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商学院推荐2025年优秀应届本科毕业生免试攻读研究生综合评价总分及初选名单补充公示</w:t>
      </w:r>
    </w:p>
    <w:p>
      <w:r>
        <w:t>因金融学专业段鹏宇同学申请退出，根据按专业总分排序产生推免名单的原则，确定王静同学列入推免资格“是”名单，公示七天，并上报学校。</w:t>
      </w:r>
    </w:p>
    <w:p>
      <w:r>
        <w:t>学院申诉邮箱:yanhongwei@suda.edu.cn</w:t>
      </w:r>
    </w:p>
    <w:p>
      <w:r>
        <w:t>教务处申诉邮箱:xlhu@suda.edu.cn</w:t>
      </w:r>
    </w:p>
    <w:p>
      <w:r>
        <w:t>苏州大学商学院</w:t>
      </w:r>
    </w:p>
    <w:p>
      <w:r>
        <w:t>2024年9月18日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