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苏州大学商学院2025年推荐优秀应届 本科毕业生免试攻读研究生实施细则</w:t>
      </w:r>
    </w:p>
    <w:p>
      <w:r>
        <w:t>（2024年9月4日商学院党政联席会议通过）</w:t>
      </w:r>
    </w:p>
    <w:p>
      <w:r>
        <w:t>根据教育部和江苏省教育厅相关文件、《苏州大学推荐优秀应届本科毕业生免试攻读硕士研究生工作实施办法》（2021年修订），以及学校《关于组织开展推荐2025年优秀应届本科毕业生免试攻读研究生工作的通知》（教字﹝ 2024 ﹞ 190号）精神和要求，为做好我院2025届优秀应届本科毕业生免试攻读硕士学位研究生（以下简称推免生）的推荐工作，结合我院实际,特制定本工作实施细则。</w:t>
      </w:r>
    </w:p>
    <w:p>
      <w:r>
        <w:t>一、推免工作的组织机构</w:t>
      </w:r>
    </w:p>
    <w:p>
      <w:r>
        <w:t>为加强对推免工作的组织和管理，学院成立推免工作小组。组长：冯博、刘志明；副组长：周中胜、徐涛；成员：王要玉、黄晓辉、马龙剑、周俊、沈怡、方一蔚、程萍、严宏伟、占玉倩、顾博文。</w:t>
      </w:r>
    </w:p>
    <w:p>
      <w:r>
        <w:t>二、推免生应具备的条件</w:t>
      </w:r>
    </w:p>
    <w:p>
      <w:r>
        <w:t>（一）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（二）纳入国家普通本科招生计划录取的应届本科毕业生。</w:t>
      </w:r>
    </w:p>
    <w:p>
      <w:r>
        <w:t>（三）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在本专业名列前茅,外语水平优秀；申请时必修课程无“弃考”记录。</w:t>
      </w:r>
    </w:p>
    <w:p>
      <w:r>
        <w:t>三、选拔程序</w:t>
      </w:r>
    </w:p>
    <w:p>
      <w:r>
        <w:t>（一）学生申请</w:t>
      </w:r>
    </w:p>
    <w:p>
      <w:r>
        <w:t>符合推免申请条件的2025届预毕业本科生，于9月6日10:00至10日10:00，登录“苏州大学本科生推免申请系统”（网址：http://tmsq.jwb.suda.edu.cn/，外网需先登录学校VPN），点击“推免申请”，并上传相关证明材料。申请时务必认真阅读页面内的提示内容；申请时间截止，系统自动关闭，学生不能再申请。申请参加“支教团”计划的学生按校团委相关工作通知执行。</w:t>
      </w:r>
    </w:p>
    <w:p>
      <w:r>
        <w:t>（二）申请资格审核</w:t>
      </w:r>
    </w:p>
    <w:p>
      <w:r>
        <w:t>学院教务老师于9月11日16：00前登录“苏州大学本科生推免申请系统”（网址：http://tmsq.jwb.suda.edu.cn/，外网需先登学校VPN，账号和密码同教务管理系统），完成学生申请资格的审核。</w:t>
      </w:r>
    </w:p>
    <w:p>
      <w:r>
        <w:t>（三）综合评价与遴选</w:t>
      </w:r>
    </w:p>
    <w:p>
      <w:r>
        <w:t>学院成立综合评价及遴选专家组，严格按《苏州大学推荐优秀应届本科毕业生免试攻读硕士研究生工作实施办法》（2021年修订）、《关于组织开展推荐2025年优秀应届本科毕业生免试攻读研究生工作的通知》及本实施细则等，对符合申请资格的学生展开综合评价，并在学校下达的限额内，根据申请者综合评价成绩，按专业排序确定拟推荐学生初选名单。</w:t>
      </w:r>
    </w:p>
    <w:p>
      <w:r>
        <w:t>综合评价成绩（满分500分）=学业成绩（GPA*100）+发展素质成绩（满分100分），其中，GPA保留小数点后两位。发展素质成绩按以下五个方面打分：参军入伍服兵役（最高20分）、参加志愿服务（最高10分）、到国际组织实习（最高10分）、科研成果（最高30分）、竞赛获奖（最高30分）。申请人在某一方面下有多个加分项时，采取不累加原则，只取该方面下得分最高项。发展素质打分表详见附件。</w:t>
      </w:r>
    </w:p>
    <w:p>
      <w:r>
        <w:t>学院成立专家审核小组（具有相关学科副教授及以上职称，不少于5人），负责审核、鉴定学生以上各项评价内容并打分。必要时可会同本研究领域权威专家、相关期刊杂志单位或赛事主办单位等，对申请推免资格学生的科研创新成果、论文、竞赛获奖奖项及内容进行审核鉴定，排除抄袭、造假、冒名及有名无实等情况。</w:t>
      </w:r>
    </w:p>
    <w:p>
      <w:r>
        <w:t>（四）确定拟推荐学生名单（含候补名额）。学院根据学校下达的总指标限额，下达各专业推荐名额。</w:t>
      </w:r>
    </w:p>
    <w:p>
      <w:r>
        <w:t>推荐学生名单的确定按照各专业申请学生综合评价成绩总分排序。综合评价成绩总分=（GPA × 100）+发展素质成绩，其中，GPA保留小数点后两位。各专业根据本专业申请学生的综合评价成绩总分由高到低进行排序，综合评价成绩总分相同时，按照GPA（保留4位小数）成绩高者优先原则排序。学院按学校下达推荐名额的1:1确定初步推荐名单，并确定1-2名候补人员。</w:t>
      </w:r>
    </w:p>
    <w:p>
      <w:r>
        <w:t>候补名单的确定，在全院已申请且未入选推荐名单的学生中，按照学生综合评价成绩总分由高到低进行排序，综合评价成绩总分相同时，按照GPA（保留4位小数）成绩高者优先原则排序。</w:t>
      </w:r>
    </w:p>
    <w:p>
      <w:r>
        <w:t>进行公示，并上报学校。</w:t>
      </w:r>
    </w:p>
    <w:p>
      <w:r>
        <w:t>四、推免工作流程</w:t>
      </w:r>
    </w:p>
    <w:p>
      <w:r>
        <w:t>（一）9月3—5日，部署动员。成立学院推免生遴选工作领导小组，制定选拔评价方案及具体实施细则。</w:t>
      </w:r>
    </w:p>
    <w:p>
      <w:r>
        <w:t>（二）9月6—10日，个人申请。凡符合推免条件的2025届本科毕业生自愿登录系统、提交申请材料，参加推免选拔。</w:t>
      </w:r>
    </w:p>
    <w:p>
      <w:r>
        <w:t>（三）9月11日，资格审核。学院教务办公室工作人员根据推免条件对申请人进行资格初步审查，确定有资格参加综合评价的人选。</w:t>
      </w:r>
    </w:p>
    <w:p>
      <w:r>
        <w:t>（四）9月12—17日，综合评价。学院成立5-7人的综合评价专家小组负责综合评价。</w:t>
      </w:r>
    </w:p>
    <w:p>
      <w:r>
        <w:t>（五）9月18日前，学院确定拟推荐学生（含候补名额）名单，并上报学校。</w:t>
      </w:r>
    </w:p>
    <w:p>
      <w:r>
        <w:t>（六）9月18日前，公示。学院公示推荐学生（含候补名额）名单。</w:t>
      </w:r>
    </w:p>
    <w:p>
      <w:r>
        <w:t>五、其他</w:t>
      </w:r>
    </w:p>
    <w:p>
      <w:r>
        <w:t>（一）学生对推免生公示名单若有异议，可实名及时向学院和学校教务处学籍管理科反映。由学院推免工作小组负责处理。</w:t>
      </w:r>
    </w:p>
    <w:p>
      <w:r>
        <w:t>学院联系人：严老师；邮箱：yanhongwei@suda.edu.cn</w:t>
      </w:r>
    </w:p>
    <w:p>
      <w:r>
        <w:t>学校教务处学籍科联系人：胡老师，邮箱：xlhu@suda.edu.cn。</w:t>
      </w:r>
    </w:p>
    <w:p>
      <w:r>
        <w:t>（二）对申请人在申请推免过程中弄虚作假者，取消其推免生资格并严肃追究其责任。对不能按期毕业或不能获得学士学位证书的本科学生，视为自动放弃推免生资格。</w:t>
      </w:r>
    </w:p>
    <w:p>
      <w:r>
        <w:t>（三）经学校审定获得推免资格的学生,不应以其他方式自主择业或申请出国（境）高校留学等，否则将作为不诚信记录存入该生个人档案，学院将函告其被录用的单位或国外院校。</w:t>
      </w:r>
    </w:p>
    <w:p>
      <w:r>
        <w:t>（四）推免相关工作人员有直系亲属或利益相关人员（如收费辅导教学等）报名参加本单位推免招生的须主动申请回避，有非直系亲属等报名参加推免招生的要主动报备。相关学生申请推免资格时也应主动报备声明。9月9日前，相关工作人员、申请学生的回避及报备声明请以书面方式发送到指定的邮箱，电子邮箱: yanhongwei@suda.edu.cn,报备联系人：严老师，67162218。</w:t>
      </w:r>
    </w:p>
    <w:p>
      <w:r>
        <w:t>（五）本细则未尽事宜，由商学院推免工作小组讨论决定，并负责解释。</w:t>
      </w:r>
    </w:p>
    <w:p>
      <w:r>
        <w:t>商学院</w:t>
      </w:r>
    </w:p>
    <w:p>
      <w:r>
        <w:t>二○二四年九月</w:t>
      </w:r>
    </w:p>
    <w:p>
      <w:r>
        <w:t>附件1：</w:t>
      </w:r>
    </w:p>
    <w:p>
      <w:r>
        <w:t>商学院2025届本科生推免指标分配表</w:t>
      </w:r>
    </w:p>
    <w:tbl>
      <w:tblPr>
        <w:tblStyle w:val="TableGrid"/>
        <w:tblW w:type="auto" w:w="0"/>
        <w:tblLook w:firstColumn="1" w:firstRow="1" w:lastColumn="0" w:lastRow="0" w:noHBand="0" w:noVBand="1" w:val="04A0"/>
      </w:tblPr>
      <w:tblGrid>
        <w:gridCol w:w="4320"/>
        <w:gridCol w:w="4320"/>
      </w:tblGrid>
      <w:tr>
        <w:tc>
          <w:tcPr>
            <w:tcW w:type="dxa" w:w="4320"/>
          </w:tcPr>
          <w:p>
            <w:r>
              <w:t>学院分得指标总数：56</w:t>
            </w:r>
          </w:p>
        </w:tc>
        <w:tc>
          <w:tcPr>
            <w:tcW w:type="dxa" w:w="4320"/>
          </w:tcPr>
          <w:p/>
        </w:tc>
      </w:tr>
      <w:tr>
        <w:tc>
          <w:tcPr>
            <w:tcW w:type="dxa" w:w="4320"/>
          </w:tcPr>
          <w:p>
            <w:r>
              <w:t>年级专业</w:t>
            </w:r>
          </w:p>
        </w:tc>
        <w:tc>
          <w:tcPr>
            <w:tcW w:type="dxa" w:w="4320"/>
          </w:tcPr>
          <w:p>
            <w:r>
              <w:t>指标分配数</w:t>
            </w:r>
          </w:p>
        </w:tc>
      </w:tr>
      <w:tr>
        <w:tc>
          <w:tcPr>
            <w:tcW w:type="dxa" w:w="4320"/>
          </w:tcPr>
          <w:p>
            <w:r>
              <w:t>21级工商管理</w:t>
            </w:r>
          </w:p>
        </w:tc>
        <w:tc>
          <w:tcPr>
            <w:tcW w:type="dxa" w:w="4320"/>
          </w:tcPr>
          <w:p>
            <w:r>
              <w:t>6</w:t>
            </w:r>
          </w:p>
        </w:tc>
      </w:tr>
      <w:tr>
        <w:tc>
          <w:tcPr>
            <w:tcW w:type="dxa" w:w="4320"/>
          </w:tcPr>
          <w:p>
            <w:r>
              <w:t>21级财政学</w:t>
            </w:r>
          </w:p>
        </w:tc>
        <w:tc>
          <w:tcPr>
            <w:tcW w:type="dxa" w:w="4320"/>
          </w:tcPr>
          <w:p>
            <w:r>
              <w:t>4</w:t>
            </w:r>
          </w:p>
        </w:tc>
      </w:tr>
      <w:tr>
        <w:tc>
          <w:tcPr>
            <w:tcW w:type="dxa" w:w="4320"/>
          </w:tcPr>
          <w:p>
            <w:r>
              <w:t>21级会计学</w:t>
            </w:r>
          </w:p>
        </w:tc>
        <w:tc>
          <w:tcPr>
            <w:tcW w:type="dxa" w:w="4320"/>
          </w:tcPr>
          <w:p>
            <w:r>
              <w:t>11</w:t>
            </w:r>
          </w:p>
        </w:tc>
      </w:tr>
      <w:tr>
        <w:tc>
          <w:tcPr>
            <w:tcW w:type="dxa" w:w="4320"/>
          </w:tcPr>
          <w:p>
            <w:r>
              <w:t>21级经济学</w:t>
            </w:r>
          </w:p>
        </w:tc>
        <w:tc>
          <w:tcPr>
            <w:tcW w:type="dxa" w:w="4320"/>
          </w:tcPr>
          <w:p>
            <w:r>
              <w:t>6</w:t>
            </w:r>
          </w:p>
        </w:tc>
      </w:tr>
      <w:tr>
        <w:tc>
          <w:tcPr>
            <w:tcW w:type="dxa" w:w="4320"/>
          </w:tcPr>
          <w:p>
            <w:r>
              <w:t>21级财务管理</w:t>
            </w:r>
          </w:p>
        </w:tc>
        <w:tc>
          <w:tcPr>
            <w:tcW w:type="dxa" w:w="4320"/>
          </w:tcPr>
          <w:p>
            <w:r>
              <w:t>5</w:t>
            </w:r>
          </w:p>
        </w:tc>
      </w:tr>
      <w:tr>
        <w:tc>
          <w:tcPr>
            <w:tcW w:type="dxa" w:w="4320"/>
          </w:tcPr>
          <w:p>
            <w:r>
              <w:t>21级金融学</w:t>
            </w:r>
          </w:p>
        </w:tc>
        <w:tc>
          <w:tcPr>
            <w:tcW w:type="dxa" w:w="4320"/>
          </w:tcPr>
          <w:p>
            <w:r>
              <w:t>13</w:t>
            </w:r>
          </w:p>
        </w:tc>
      </w:tr>
      <w:tr>
        <w:tc>
          <w:tcPr>
            <w:tcW w:type="dxa" w:w="4320"/>
          </w:tcPr>
          <w:p>
            <w:r>
              <w:t>21级金融学（中外合作）</w:t>
            </w:r>
          </w:p>
        </w:tc>
        <w:tc>
          <w:tcPr>
            <w:tcW w:type="dxa" w:w="4320"/>
          </w:tcPr>
          <w:p>
            <w:r>
              <w:t>11</w:t>
            </w:r>
          </w:p>
        </w:tc>
      </w:tr>
    </w:tbl>
    <w:p>
      <w:r>
        <w:t>商学院申请推免硕士研究生学生发展素质加分附表</w:t>
      </w:r>
    </w:p>
    <w:p>
      <w:r>
        <w:t>附表2：入伍服兵役、参加志愿服务和到国际组织实习加分</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方面</w:t>
            </w:r>
          </w:p>
        </w:tc>
        <w:tc>
          <w:tcPr>
            <w:tcW w:type="dxa" w:w="1440"/>
          </w:tcPr>
          <w:p>
            <w:r>
              <w:t>项目</w:t>
            </w:r>
          </w:p>
        </w:tc>
        <w:tc>
          <w:tcPr>
            <w:tcW w:type="dxa" w:w="1440"/>
          </w:tcPr>
          <w:p>
            <w:r>
              <w:t>等级</w:t>
            </w:r>
          </w:p>
        </w:tc>
        <w:tc>
          <w:tcPr>
            <w:tcW w:type="dxa" w:w="1440"/>
          </w:tcPr>
          <w:p>
            <w:r>
              <w:t>排名</w:t>
            </w:r>
          </w:p>
        </w:tc>
        <w:tc>
          <w:tcPr>
            <w:tcW w:type="dxa" w:w="1440"/>
          </w:tcPr>
          <w:p>
            <w:r>
              <w:t>对应分值</w:t>
            </w:r>
          </w:p>
        </w:tc>
        <w:tc>
          <w:tcPr>
            <w:tcW w:type="dxa" w:w="1440"/>
          </w:tcPr>
          <w:p>
            <w:r>
              <w:t>备注</w:t>
            </w:r>
          </w:p>
        </w:tc>
      </w:tr>
      <w:tr>
        <w:tc>
          <w:tcPr>
            <w:tcW w:type="dxa" w:w="1440"/>
          </w:tcPr>
          <w:p>
            <w:r>
              <w:t>入伍服兵役</w:t>
            </w:r>
          </w:p>
        </w:tc>
        <w:tc>
          <w:tcPr>
            <w:tcW w:type="dxa" w:w="1440"/>
          </w:tcPr>
          <w:p>
            <w:r>
              <w:t>完成义务兵役</w:t>
            </w:r>
          </w:p>
        </w:tc>
        <w:tc>
          <w:tcPr>
            <w:tcW w:type="dxa" w:w="1440"/>
          </w:tcPr>
          <w:p>
            <w:r/>
          </w:p>
        </w:tc>
        <w:tc>
          <w:tcPr>
            <w:tcW w:type="dxa" w:w="1440"/>
          </w:tcPr>
          <w:p>
            <w:r/>
          </w:p>
        </w:tc>
        <w:tc>
          <w:tcPr>
            <w:tcW w:type="dxa" w:w="1440"/>
          </w:tcPr>
          <w:p>
            <w:r>
              <w:t>20</w:t>
            </w:r>
          </w:p>
        </w:tc>
        <w:tc>
          <w:tcPr>
            <w:tcW w:type="dxa" w:w="1440"/>
          </w:tcPr>
          <w:p>
            <w:r>
              <w:t>需正常完成服役</w:t>
            </w:r>
          </w:p>
        </w:tc>
      </w:tr>
      <w:tr>
        <w:tc>
          <w:tcPr>
            <w:tcW w:type="dxa" w:w="1440"/>
          </w:tcPr>
          <w:p>
            <w:r>
              <w:t>参加志愿服务</w:t>
            </w:r>
          </w:p>
        </w:tc>
        <w:tc>
          <w:tcPr>
            <w:tcW w:type="dxa" w:w="1440"/>
          </w:tcPr>
          <w:p>
            <w:r>
              <w:t>国际机构组织的活动志愿者</w:t>
            </w:r>
          </w:p>
        </w:tc>
        <w:tc>
          <w:tcPr>
            <w:tcW w:type="dxa" w:w="1440"/>
          </w:tcPr>
          <w:p>
            <w:r/>
          </w:p>
        </w:tc>
        <w:tc>
          <w:tcPr>
            <w:tcW w:type="dxa" w:w="1440"/>
          </w:tcPr>
          <w:p>
            <w:r/>
          </w:p>
        </w:tc>
        <w:tc>
          <w:tcPr>
            <w:tcW w:type="dxa" w:w="1440"/>
          </w:tcPr>
          <w:p>
            <w:r>
              <w:t>10</w:t>
            </w:r>
          </w:p>
        </w:tc>
        <w:tc>
          <w:tcPr>
            <w:tcW w:type="dxa" w:w="1440"/>
          </w:tcPr>
          <w:p>
            <w:r>
              <w:t>需出具官方的证明文件</w:t>
            </w:r>
          </w:p>
        </w:tc>
      </w:tr>
      <w:tr>
        <w:tc>
          <w:tcPr>
            <w:tcW w:type="dxa" w:w="1440"/>
          </w:tcPr>
          <w:p>
            <w:r>
              <w:t>国家层面组织的活动志愿者</w:t>
            </w:r>
          </w:p>
        </w:tc>
        <w:tc>
          <w:tcPr>
            <w:tcW w:type="dxa" w:w="1440"/>
          </w:tcPr>
          <w:p>
            <w:r/>
          </w:p>
        </w:tc>
        <w:tc>
          <w:tcPr>
            <w:tcW w:type="dxa" w:w="1440"/>
          </w:tcPr>
          <w:p>
            <w:r/>
          </w:p>
        </w:tc>
        <w:tc>
          <w:tcPr>
            <w:tcW w:type="dxa" w:w="1440"/>
          </w:tcPr>
          <w:p>
            <w:r>
              <w:t>8</w:t>
            </w:r>
          </w:p>
        </w:tc>
        <w:tc>
          <w:tcPr>
            <w:tcW w:type="dxa" w:w="1440"/>
          </w:tcPr>
          <w:p>
            <w:r>
              <w:t>需出具官方的证明文件</w:t>
            </w:r>
          </w:p>
        </w:tc>
        <w:tc>
          <w:tcPr>
            <w:tcW w:type="dxa" w:w="1440"/>
          </w:tcPr>
          <w:p/>
        </w:tc>
      </w:tr>
      <w:tr>
        <w:tc>
          <w:tcPr>
            <w:tcW w:type="dxa" w:w="1440"/>
          </w:tcPr>
          <w:p>
            <w:r>
              <w:t>省（部）级人民政府组织的活动志愿者</w:t>
            </w:r>
          </w:p>
        </w:tc>
        <w:tc>
          <w:tcPr>
            <w:tcW w:type="dxa" w:w="1440"/>
          </w:tcPr>
          <w:p>
            <w:r/>
          </w:p>
        </w:tc>
        <w:tc>
          <w:tcPr>
            <w:tcW w:type="dxa" w:w="1440"/>
          </w:tcPr>
          <w:p>
            <w:r/>
          </w:p>
        </w:tc>
        <w:tc>
          <w:tcPr>
            <w:tcW w:type="dxa" w:w="1440"/>
          </w:tcPr>
          <w:p>
            <w:r>
              <w:t>6</w:t>
            </w:r>
          </w:p>
        </w:tc>
        <w:tc>
          <w:tcPr>
            <w:tcW w:type="dxa" w:w="1440"/>
          </w:tcPr>
          <w:p>
            <w:r>
              <w:t>需出具官方的证明文件</w:t>
            </w:r>
          </w:p>
        </w:tc>
        <w:tc>
          <w:tcPr>
            <w:tcW w:type="dxa" w:w="1440"/>
          </w:tcPr>
          <w:p/>
        </w:tc>
      </w:tr>
      <w:tr>
        <w:tc>
          <w:tcPr>
            <w:tcW w:type="dxa" w:w="1440"/>
          </w:tcPr>
          <w:p>
            <w:r>
              <w:t>义务献血</w:t>
            </w:r>
          </w:p>
        </w:tc>
        <w:tc>
          <w:tcPr>
            <w:tcW w:type="dxa" w:w="1440"/>
          </w:tcPr>
          <w:p>
            <w:r/>
          </w:p>
        </w:tc>
        <w:tc>
          <w:tcPr>
            <w:tcW w:type="dxa" w:w="1440"/>
          </w:tcPr>
          <w:p>
            <w:r/>
          </w:p>
        </w:tc>
        <w:tc>
          <w:tcPr>
            <w:tcW w:type="dxa" w:w="1440"/>
          </w:tcPr>
          <w:p>
            <w:r>
              <w:t>3</w:t>
            </w:r>
          </w:p>
        </w:tc>
        <w:tc>
          <w:tcPr>
            <w:tcW w:type="dxa" w:w="1440"/>
          </w:tcPr>
          <w:p>
            <w:r/>
          </w:p>
        </w:tc>
        <w:tc>
          <w:tcPr>
            <w:tcW w:type="dxa" w:w="1440"/>
          </w:tcPr>
          <w:p/>
        </w:tc>
      </w:tr>
      <w:tr>
        <w:tc>
          <w:tcPr>
            <w:tcW w:type="dxa" w:w="1440"/>
          </w:tcPr>
          <w:p>
            <w:r>
              <w:t>其他活动志愿者（3次及3次以上）</w:t>
            </w:r>
          </w:p>
        </w:tc>
        <w:tc>
          <w:tcPr>
            <w:tcW w:type="dxa" w:w="1440"/>
          </w:tcPr>
          <w:p>
            <w:r/>
          </w:p>
        </w:tc>
        <w:tc>
          <w:tcPr>
            <w:tcW w:type="dxa" w:w="1440"/>
          </w:tcPr>
          <w:p>
            <w:r/>
          </w:p>
        </w:tc>
        <w:tc>
          <w:tcPr>
            <w:tcW w:type="dxa" w:w="1440"/>
          </w:tcPr>
          <w:p>
            <w:r>
              <w:t>3</w:t>
            </w:r>
          </w:p>
        </w:tc>
        <w:tc>
          <w:tcPr>
            <w:tcW w:type="dxa" w:w="1440"/>
          </w:tcPr>
          <w:p>
            <w:r/>
          </w:p>
        </w:tc>
        <w:tc>
          <w:tcPr>
            <w:tcW w:type="dxa" w:w="1440"/>
          </w:tcPr>
          <w:p/>
        </w:tc>
      </w:tr>
      <w:tr>
        <w:tc>
          <w:tcPr>
            <w:tcW w:type="dxa" w:w="1440"/>
          </w:tcPr>
          <w:p>
            <w:r>
              <w:t>到国际组织实习</w:t>
            </w:r>
          </w:p>
        </w:tc>
        <w:tc>
          <w:tcPr>
            <w:tcW w:type="dxa" w:w="1440"/>
          </w:tcPr>
          <w:p>
            <w:r>
              <w:t>联合国等国际机构实习</w:t>
            </w:r>
          </w:p>
        </w:tc>
        <w:tc>
          <w:tcPr>
            <w:tcW w:type="dxa" w:w="1440"/>
          </w:tcPr>
          <w:p>
            <w:r/>
          </w:p>
        </w:tc>
        <w:tc>
          <w:tcPr>
            <w:tcW w:type="dxa" w:w="1440"/>
          </w:tcPr>
          <w:p>
            <w:r/>
          </w:p>
        </w:tc>
        <w:tc>
          <w:tcPr>
            <w:tcW w:type="dxa" w:w="1440"/>
          </w:tcPr>
          <w:p>
            <w:r>
              <w:t>10</w:t>
            </w:r>
          </w:p>
        </w:tc>
        <w:tc>
          <w:tcPr>
            <w:tcW w:type="dxa" w:w="1440"/>
          </w:tcPr>
          <w:p>
            <w:r>
              <w:t>国际组织的认定，以国家人力资源和社会保障部网站名录为依据。具体网址为：http://io.mohrss.gov.cn/col/1002/index.html</w:t>
            </w:r>
          </w:p>
        </w:tc>
      </w:tr>
      <w:tr>
        <w:tc>
          <w:tcPr>
            <w:tcW w:type="dxa" w:w="1440"/>
          </w:tcPr>
          <w:p>
            <w:r>
              <w:t>其他国际机构实习</w:t>
            </w:r>
          </w:p>
        </w:tc>
        <w:tc>
          <w:tcPr>
            <w:tcW w:type="dxa" w:w="1440"/>
          </w:tcPr>
          <w:p>
            <w:r/>
          </w:p>
        </w:tc>
        <w:tc>
          <w:tcPr>
            <w:tcW w:type="dxa" w:w="1440"/>
          </w:tcPr>
          <w:p>
            <w:r/>
          </w:p>
        </w:tc>
        <w:tc>
          <w:tcPr>
            <w:tcW w:type="dxa" w:w="1440"/>
          </w:tcPr>
          <w:p>
            <w:r>
              <w:t>6</w:t>
            </w:r>
          </w:p>
        </w:tc>
        <w:tc>
          <w:tcPr>
            <w:tcW w:type="dxa" w:w="1440"/>
          </w:tcPr>
          <w:p>
            <w:r>
              <w:t>国际组织的认定，以国家人力资源和社会保障部网站名录为依据。具体网址为：http://io.mohrss.gov.cn/col/1002/index.html</w:t>
            </w:r>
          </w:p>
        </w:tc>
        <w:tc>
          <w:tcPr>
            <w:tcW w:type="dxa" w:w="1440"/>
          </w:tcPr>
          <w:p/>
        </w:tc>
      </w:tr>
      <w:tr>
        <w:tc>
          <w:tcPr>
            <w:tcW w:type="dxa" w:w="1440"/>
          </w:tcPr>
          <w:p>
            <w:r>
              <w:t>世界教室活动</w:t>
            </w:r>
          </w:p>
        </w:tc>
        <w:tc>
          <w:tcPr>
            <w:tcW w:type="dxa" w:w="1440"/>
          </w:tcPr>
          <w:p>
            <w:r/>
          </w:p>
        </w:tc>
        <w:tc>
          <w:tcPr>
            <w:tcW w:type="dxa" w:w="1440"/>
          </w:tcPr>
          <w:p>
            <w:r/>
          </w:p>
        </w:tc>
        <w:tc>
          <w:tcPr>
            <w:tcW w:type="dxa" w:w="1440"/>
          </w:tcPr>
          <w:p>
            <w:r>
              <w:t>4</w:t>
            </w:r>
          </w:p>
        </w:tc>
        <w:tc>
          <w:tcPr>
            <w:tcW w:type="dxa" w:w="1440"/>
          </w:tcPr>
          <w:p>
            <w:r/>
          </w:p>
        </w:tc>
        <w:tc>
          <w:tcPr>
            <w:tcW w:type="dxa" w:w="1440"/>
          </w:tcPr>
          <w:p/>
        </w:tc>
      </w:tr>
    </w:tbl>
    <w:p>
      <w:r>
        <w:t>注：每一方面加分只计算一次，选相对较高分值计入。</w:t>
      </w:r>
    </w:p>
    <w:p>
      <w:r>
        <w:t>附表3：学科竞赛加分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级别</w:t>
            </w:r>
          </w:p>
        </w:tc>
        <w:tc>
          <w:tcPr>
            <w:tcW w:type="dxa" w:w="1728"/>
          </w:tcPr>
          <w:p>
            <w:r>
              <w:t>名次</w:t>
            </w:r>
          </w:p>
        </w:tc>
        <w:tc>
          <w:tcPr>
            <w:tcW w:type="dxa" w:w="1728"/>
          </w:tcPr>
          <w:p>
            <w:r>
              <w:t>总分</w:t>
            </w:r>
          </w:p>
        </w:tc>
        <w:tc>
          <w:tcPr>
            <w:tcW w:type="dxa" w:w="1728"/>
          </w:tcPr>
          <w:p>
            <w:r>
              <w:t>备注</w:t>
            </w:r>
          </w:p>
        </w:tc>
      </w:tr>
      <w:tr>
        <w:tc>
          <w:tcPr>
            <w:tcW w:type="dxa" w:w="1728"/>
          </w:tcPr>
          <w:p>
            <w:r>
              <w:t>“三大赛”（中国国际“互联网+”大学生创新创业大赛、“挑战杯”全国大学生课外学术科技作品竞赛、“挑战杯”中国大学生创业计划大赛）</w:t>
            </w:r>
          </w:p>
        </w:tc>
        <w:tc>
          <w:tcPr>
            <w:tcW w:type="dxa" w:w="1728"/>
          </w:tcPr>
          <w:p>
            <w:r>
              <w:t>国家级</w:t>
            </w:r>
          </w:p>
        </w:tc>
        <w:tc>
          <w:tcPr>
            <w:tcW w:type="dxa" w:w="1728"/>
          </w:tcPr>
          <w:p>
            <w:r>
              <w:t>一等奖/金奖</w:t>
            </w:r>
          </w:p>
        </w:tc>
        <w:tc>
          <w:tcPr>
            <w:tcW w:type="dxa" w:w="1728"/>
          </w:tcPr>
          <w:p>
            <w:r>
              <w:t>30</w:t>
            </w:r>
          </w:p>
        </w:tc>
        <w:tc>
          <w:tcPr>
            <w:tcW w:type="dxa" w:w="1728"/>
          </w:tcPr>
          <w:p>
            <w:r>
              <w:t>1.得分不累加，学科竞赛方面取单项最高分；2.除三大赛外，其他学科竞赛按《中国高校创新人才培养及学科竞赛评估》的各学科竞赛名单及苏州大学教务处承认或纳入统计的省级及以上学科竞赛的项目执行。3.各类学科竞赛包含但不限于高数竞赛、数学建模大赛、英语竞赛等；4.美国数学建模比赛等同于国家级比赛，其中O奖和F认定为一等奖，M奖认定为二等奖，H奖认定为三等奖，S奖不加分。另外，美赛不区别排名位次。5.如果上述比赛设置有特等奖的，获得特等奖的个人或团队按照一等奖记分，一等奖按照二等奖记分，二等奖按照三等奖记分，三等奖不记分。6.三大赛所列加分为该项所得总分，如奖项为单人获得，则由个人全部获得。如果学生团队参赛，获得以上奖励的，主持人按100%计分，第2名按照80%计分，第3分按70%计分，第4-5名每人按照50%计分，其他每人按照20%计分。7.其他学科竞赛，如奖项为单人获得，则由个人全部获得。如果学生团队参赛，获得以上奖励的，只对前三名成员计分，具体计分按表中所示。8.如有其他比赛获奖，学生也可提交，经专家组认定后酌情加分。</w:t>
            </w:r>
          </w:p>
        </w:tc>
      </w:tr>
      <w:tr>
        <w:tc>
          <w:tcPr>
            <w:tcW w:type="dxa" w:w="1728"/>
          </w:tcPr>
          <w:p>
            <w:r>
              <w:t>二等奖/银奖</w:t>
            </w:r>
          </w:p>
        </w:tc>
        <w:tc>
          <w:tcPr>
            <w:tcW w:type="dxa" w:w="1728"/>
          </w:tcPr>
          <w:p>
            <w:r>
              <w:t>25</w:t>
            </w:r>
          </w:p>
        </w:tc>
        <w:tc>
          <w:tcPr>
            <w:tcW w:type="dxa" w:w="1728"/>
          </w:tcPr>
          <w:p/>
        </w:tc>
        <w:tc>
          <w:tcPr>
            <w:tcW w:type="dxa" w:w="1728"/>
          </w:tcPr>
          <w:p/>
        </w:tc>
        <w:tc>
          <w:tcPr>
            <w:tcW w:type="dxa" w:w="1728"/>
          </w:tcPr>
          <w:p/>
        </w:tc>
      </w:tr>
      <w:tr>
        <w:tc>
          <w:tcPr>
            <w:tcW w:type="dxa" w:w="1728"/>
          </w:tcPr>
          <w:p>
            <w:r>
              <w:t>三等奖/铜奖</w:t>
            </w:r>
          </w:p>
        </w:tc>
        <w:tc>
          <w:tcPr>
            <w:tcW w:type="dxa" w:w="1728"/>
          </w:tcPr>
          <w:p>
            <w:r>
              <w:t>20</w:t>
            </w:r>
          </w:p>
        </w:tc>
        <w:tc>
          <w:tcPr>
            <w:tcW w:type="dxa" w:w="1728"/>
          </w:tcPr>
          <w:p/>
        </w:tc>
        <w:tc>
          <w:tcPr>
            <w:tcW w:type="dxa" w:w="1728"/>
          </w:tcPr>
          <w:p/>
        </w:tc>
        <w:tc>
          <w:tcPr>
            <w:tcW w:type="dxa" w:w="1728"/>
          </w:tcPr>
          <w:p/>
        </w:tc>
      </w:tr>
      <w:tr>
        <w:tc>
          <w:tcPr>
            <w:tcW w:type="dxa" w:w="1728"/>
          </w:tcPr>
          <w:p>
            <w:r>
              <w:t>省级</w:t>
            </w:r>
          </w:p>
        </w:tc>
        <w:tc>
          <w:tcPr>
            <w:tcW w:type="dxa" w:w="1728"/>
          </w:tcPr>
          <w:p>
            <w:r>
              <w:t>一等奖/金奖</w:t>
            </w:r>
          </w:p>
        </w:tc>
        <w:tc>
          <w:tcPr>
            <w:tcW w:type="dxa" w:w="1728"/>
          </w:tcPr>
          <w:p>
            <w:r>
              <w:t>20</w:t>
            </w:r>
          </w:p>
        </w:tc>
        <w:tc>
          <w:tcPr>
            <w:tcW w:type="dxa" w:w="1728"/>
          </w:tcPr>
          <w:p/>
        </w:tc>
        <w:tc>
          <w:tcPr>
            <w:tcW w:type="dxa" w:w="1728"/>
          </w:tcPr>
          <w:p/>
        </w:tc>
      </w:tr>
      <w:tr>
        <w:tc>
          <w:tcPr>
            <w:tcW w:type="dxa" w:w="1728"/>
          </w:tcPr>
          <w:p>
            <w:r>
              <w:t>二等奖/银奖</w:t>
            </w:r>
          </w:p>
        </w:tc>
        <w:tc>
          <w:tcPr>
            <w:tcW w:type="dxa" w:w="1728"/>
          </w:tcPr>
          <w:p>
            <w:r>
              <w:t>15</w:t>
            </w:r>
          </w:p>
        </w:tc>
        <w:tc>
          <w:tcPr>
            <w:tcW w:type="dxa" w:w="1728"/>
          </w:tcPr>
          <w:p/>
        </w:tc>
        <w:tc>
          <w:tcPr>
            <w:tcW w:type="dxa" w:w="1728"/>
          </w:tcPr>
          <w:p/>
        </w:tc>
        <w:tc>
          <w:tcPr>
            <w:tcW w:type="dxa" w:w="1728"/>
          </w:tcPr>
          <w:p/>
        </w:tc>
      </w:tr>
      <w:tr>
        <w:tc>
          <w:tcPr>
            <w:tcW w:type="dxa" w:w="1728"/>
          </w:tcPr>
          <w:p>
            <w:r>
              <w:t>三等奖/铜奖</w:t>
            </w:r>
          </w:p>
        </w:tc>
        <w:tc>
          <w:tcPr>
            <w:tcW w:type="dxa" w:w="1728"/>
          </w:tcPr>
          <w:p>
            <w:r>
              <w:t>12</w:t>
            </w:r>
          </w:p>
        </w:tc>
        <w:tc>
          <w:tcPr>
            <w:tcW w:type="dxa" w:w="1728"/>
          </w:tcPr>
          <w:p/>
        </w:tc>
        <w:tc>
          <w:tcPr>
            <w:tcW w:type="dxa" w:w="1728"/>
          </w:tcPr>
          <w:p/>
        </w:tc>
        <w:tc>
          <w:tcPr>
            <w:tcW w:type="dxa" w:w="1728"/>
          </w:tcPr>
          <w:p/>
        </w:tc>
      </w:tr>
      <w:tr>
        <w:tc>
          <w:tcPr>
            <w:tcW w:type="dxa" w:w="1728"/>
          </w:tcPr>
          <w:p>
            <w:r>
              <w:t>校级</w:t>
            </w:r>
          </w:p>
        </w:tc>
        <w:tc>
          <w:tcPr>
            <w:tcW w:type="dxa" w:w="1728"/>
          </w:tcPr>
          <w:p>
            <w:r>
              <w:t>一等奖/金奖</w:t>
            </w:r>
          </w:p>
        </w:tc>
        <w:tc>
          <w:tcPr>
            <w:tcW w:type="dxa" w:w="1728"/>
          </w:tcPr>
          <w:p>
            <w:r>
              <w:t>10</w:t>
            </w:r>
          </w:p>
        </w:tc>
        <w:tc>
          <w:tcPr>
            <w:tcW w:type="dxa" w:w="1728"/>
          </w:tcPr>
          <w:p/>
        </w:tc>
        <w:tc>
          <w:tcPr>
            <w:tcW w:type="dxa" w:w="1728"/>
          </w:tcPr>
          <w:p/>
        </w:tc>
      </w:tr>
      <w:tr>
        <w:tc>
          <w:tcPr>
            <w:tcW w:type="dxa" w:w="1728"/>
          </w:tcPr>
          <w:p>
            <w:r>
              <w:t>二等奖/银奖</w:t>
            </w:r>
          </w:p>
        </w:tc>
        <w:tc>
          <w:tcPr>
            <w:tcW w:type="dxa" w:w="1728"/>
          </w:tcPr>
          <w:p>
            <w:r>
              <w:t>6</w:t>
            </w:r>
          </w:p>
        </w:tc>
        <w:tc>
          <w:tcPr>
            <w:tcW w:type="dxa" w:w="1728"/>
          </w:tcPr>
          <w:p/>
        </w:tc>
        <w:tc>
          <w:tcPr>
            <w:tcW w:type="dxa" w:w="1728"/>
          </w:tcPr>
          <w:p/>
        </w:tc>
        <w:tc>
          <w:tcPr>
            <w:tcW w:type="dxa" w:w="1728"/>
          </w:tcPr>
          <w:p/>
        </w:tc>
      </w:tr>
      <w:tr>
        <w:tc>
          <w:tcPr>
            <w:tcW w:type="dxa" w:w="1728"/>
          </w:tcPr>
          <w:p>
            <w:r>
              <w:t>三等奖/铜奖</w:t>
            </w:r>
          </w:p>
        </w:tc>
        <w:tc>
          <w:tcPr>
            <w:tcW w:type="dxa" w:w="1728"/>
          </w:tcPr>
          <w:p>
            <w:r>
              <w:t>4</w:t>
            </w:r>
          </w:p>
        </w:tc>
        <w:tc>
          <w:tcPr>
            <w:tcW w:type="dxa" w:w="1728"/>
          </w:tcPr>
          <w:p/>
        </w:tc>
        <w:tc>
          <w:tcPr>
            <w:tcW w:type="dxa" w:w="1728"/>
          </w:tcPr>
          <w:p/>
        </w:tc>
        <w:tc>
          <w:tcPr>
            <w:tcW w:type="dxa" w:w="1728"/>
          </w:tcPr>
          <w:p/>
        </w:tc>
      </w:tr>
      <w:tr>
        <w:tc>
          <w:tcPr>
            <w:tcW w:type="dxa" w:w="1728"/>
          </w:tcPr>
          <w:p>
            <w:r>
              <w:t>其他学科竞赛</w:t>
            </w:r>
          </w:p>
        </w:tc>
        <w:tc>
          <w:tcPr>
            <w:tcW w:type="dxa" w:w="1728"/>
          </w:tcPr>
          <w:p>
            <w:r>
              <w:t>国家级</w:t>
            </w:r>
          </w:p>
        </w:tc>
        <w:tc>
          <w:tcPr>
            <w:tcW w:type="dxa" w:w="1728"/>
          </w:tcPr>
          <w:p>
            <w:r>
              <w:t>一等奖</w:t>
            </w:r>
          </w:p>
        </w:tc>
        <w:tc>
          <w:tcPr>
            <w:tcW w:type="dxa" w:w="1728"/>
          </w:tcPr>
          <w:p>
            <w:r>
              <w:t>第一名</w:t>
            </w:r>
          </w:p>
        </w:tc>
        <w:tc>
          <w:tcPr>
            <w:tcW w:type="dxa" w:w="1728"/>
          </w:tcPr>
          <w:p>
            <w:r>
              <w:t>18</w:t>
            </w:r>
          </w:p>
        </w:tc>
      </w:tr>
      <w:tr>
        <w:tc>
          <w:tcPr>
            <w:tcW w:type="dxa" w:w="1728"/>
          </w:tcPr>
          <w:p>
            <w:r>
              <w:t>第二名</w:t>
            </w:r>
          </w:p>
        </w:tc>
        <w:tc>
          <w:tcPr>
            <w:tcW w:type="dxa" w:w="1728"/>
          </w:tcPr>
          <w:p>
            <w:r>
              <w:t>12</w:t>
            </w:r>
          </w:p>
        </w:tc>
        <w:tc>
          <w:tcPr>
            <w:tcW w:type="dxa" w:w="1728"/>
          </w:tcPr>
          <w:p/>
        </w:tc>
        <w:tc>
          <w:tcPr>
            <w:tcW w:type="dxa" w:w="1728"/>
          </w:tcPr>
          <w:p/>
        </w:tc>
        <w:tc>
          <w:tcPr>
            <w:tcW w:type="dxa" w:w="1728"/>
          </w:tcPr>
          <w:p/>
        </w:tc>
      </w:tr>
      <w:tr>
        <w:tc>
          <w:tcPr>
            <w:tcW w:type="dxa" w:w="1728"/>
          </w:tcPr>
          <w:p>
            <w:r>
              <w:t>第三名</w:t>
            </w:r>
          </w:p>
        </w:tc>
        <w:tc>
          <w:tcPr>
            <w:tcW w:type="dxa" w:w="1728"/>
          </w:tcPr>
          <w:p>
            <w:r>
              <w:t>6</w:t>
            </w:r>
          </w:p>
        </w:tc>
        <w:tc>
          <w:tcPr>
            <w:tcW w:type="dxa" w:w="1728"/>
          </w:tcPr>
          <w:p/>
        </w:tc>
        <w:tc>
          <w:tcPr>
            <w:tcW w:type="dxa" w:w="1728"/>
          </w:tcPr>
          <w:p/>
        </w:tc>
        <w:tc>
          <w:tcPr>
            <w:tcW w:type="dxa" w:w="1728"/>
          </w:tcPr>
          <w:p/>
        </w:tc>
      </w:tr>
      <w:tr>
        <w:tc>
          <w:tcPr>
            <w:tcW w:type="dxa" w:w="1728"/>
          </w:tcPr>
          <w:p>
            <w:r>
              <w:t>二等奖</w:t>
            </w:r>
          </w:p>
        </w:tc>
        <w:tc>
          <w:tcPr>
            <w:tcW w:type="dxa" w:w="1728"/>
          </w:tcPr>
          <w:p>
            <w:r>
              <w:t>第一名</w:t>
            </w:r>
          </w:p>
        </w:tc>
        <w:tc>
          <w:tcPr>
            <w:tcW w:type="dxa" w:w="1728"/>
          </w:tcPr>
          <w:p>
            <w:r>
              <w:t>15</w:t>
            </w:r>
          </w:p>
        </w:tc>
        <w:tc>
          <w:tcPr>
            <w:tcW w:type="dxa" w:w="1728"/>
          </w:tcPr>
          <w:p/>
        </w:tc>
        <w:tc>
          <w:tcPr>
            <w:tcW w:type="dxa" w:w="1728"/>
          </w:tcPr>
          <w:p/>
        </w:tc>
      </w:tr>
      <w:tr>
        <w:tc>
          <w:tcPr>
            <w:tcW w:type="dxa" w:w="1728"/>
          </w:tcPr>
          <w:p>
            <w:r>
              <w:t>第二名</w:t>
            </w:r>
          </w:p>
        </w:tc>
        <w:tc>
          <w:tcPr>
            <w:tcW w:type="dxa" w:w="1728"/>
          </w:tcPr>
          <w:p>
            <w:r>
              <w:t>10</w:t>
            </w:r>
          </w:p>
        </w:tc>
        <w:tc>
          <w:tcPr>
            <w:tcW w:type="dxa" w:w="1728"/>
          </w:tcPr>
          <w:p/>
        </w:tc>
        <w:tc>
          <w:tcPr>
            <w:tcW w:type="dxa" w:w="1728"/>
          </w:tcPr>
          <w:p/>
        </w:tc>
        <w:tc>
          <w:tcPr>
            <w:tcW w:type="dxa" w:w="1728"/>
          </w:tcPr>
          <w:p/>
        </w:tc>
      </w:tr>
      <w:tr>
        <w:tc>
          <w:tcPr>
            <w:tcW w:type="dxa" w:w="1728"/>
          </w:tcPr>
          <w:p>
            <w:r>
              <w:t>第三名</w:t>
            </w:r>
          </w:p>
        </w:tc>
        <w:tc>
          <w:tcPr>
            <w:tcW w:type="dxa" w:w="1728"/>
          </w:tcPr>
          <w:p>
            <w:r>
              <w:t>5</w:t>
            </w:r>
          </w:p>
        </w:tc>
        <w:tc>
          <w:tcPr>
            <w:tcW w:type="dxa" w:w="1728"/>
          </w:tcPr>
          <w:p/>
        </w:tc>
        <w:tc>
          <w:tcPr>
            <w:tcW w:type="dxa" w:w="1728"/>
          </w:tcPr>
          <w:p/>
        </w:tc>
        <w:tc>
          <w:tcPr>
            <w:tcW w:type="dxa" w:w="1728"/>
          </w:tcPr>
          <w:p/>
        </w:tc>
      </w:tr>
      <w:tr>
        <w:tc>
          <w:tcPr>
            <w:tcW w:type="dxa" w:w="1728"/>
          </w:tcPr>
          <w:p>
            <w:r>
              <w:t>三等奖</w:t>
            </w:r>
          </w:p>
        </w:tc>
        <w:tc>
          <w:tcPr>
            <w:tcW w:type="dxa" w:w="1728"/>
          </w:tcPr>
          <w:p>
            <w:r>
              <w:t>第一名</w:t>
            </w:r>
          </w:p>
        </w:tc>
        <w:tc>
          <w:tcPr>
            <w:tcW w:type="dxa" w:w="1728"/>
          </w:tcPr>
          <w:p>
            <w:r>
              <w:t>12</w:t>
            </w:r>
          </w:p>
        </w:tc>
        <w:tc>
          <w:tcPr>
            <w:tcW w:type="dxa" w:w="1728"/>
          </w:tcPr>
          <w:p/>
        </w:tc>
        <w:tc>
          <w:tcPr>
            <w:tcW w:type="dxa" w:w="1728"/>
          </w:tcPr>
          <w:p/>
        </w:tc>
      </w:tr>
      <w:tr>
        <w:tc>
          <w:tcPr>
            <w:tcW w:type="dxa" w:w="1728"/>
          </w:tcPr>
          <w:p>
            <w:r>
              <w:t>第二名</w:t>
            </w:r>
          </w:p>
        </w:tc>
        <w:tc>
          <w:tcPr>
            <w:tcW w:type="dxa" w:w="1728"/>
          </w:tcPr>
          <w:p>
            <w:r>
              <w:t>8</w:t>
            </w:r>
          </w:p>
        </w:tc>
        <w:tc>
          <w:tcPr>
            <w:tcW w:type="dxa" w:w="1728"/>
          </w:tcPr>
          <w:p/>
        </w:tc>
        <w:tc>
          <w:tcPr>
            <w:tcW w:type="dxa" w:w="1728"/>
          </w:tcPr>
          <w:p/>
        </w:tc>
        <w:tc>
          <w:tcPr>
            <w:tcW w:type="dxa" w:w="1728"/>
          </w:tcPr>
          <w:p/>
        </w:tc>
      </w:tr>
      <w:tr>
        <w:tc>
          <w:tcPr>
            <w:tcW w:type="dxa" w:w="1728"/>
          </w:tcPr>
          <w:p>
            <w:r>
              <w:t>第三名</w:t>
            </w:r>
          </w:p>
        </w:tc>
        <w:tc>
          <w:tcPr>
            <w:tcW w:type="dxa" w:w="1728"/>
          </w:tcPr>
          <w:p>
            <w:r>
              <w:t>4</w:t>
            </w:r>
          </w:p>
        </w:tc>
        <w:tc>
          <w:tcPr>
            <w:tcW w:type="dxa" w:w="1728"/>
          </w:tcPr>
          <w:p/>
        </w:tc>
        <w:tc>
          <w:tcPr>
            <w:tcW w:type="dxa" w:w="1728"/>
          </w:tcPr>
          <w:p/>
        </w:tc>
        <w:tc>
          <w:tcPr>
            <w:tcW w:type="dxa" w:w="1728"/>
          </w:tcPr>
          <w:p/>
        </w:tc>
      </w:tr>
      <w:tr>
        <w:tc>
          <w:tcPr>
            <w:tcW w:type="dxa" w:w="1728"/>
          </w:tcPr>
          <w:p>
            <w:r>
              <w:t>省级</w:t>
            </w:r>
          </w:p>
        </w:tc>
        <w:tc>
          <w:tcPr>
            <w:tcW w:type="dxa" w:w="1728"/>
          </w:tcPr>
          <w:p>
            <w:r>
              <w:t>一等奖</w:t>
            </w:r>
          </w:p>
        </w:tc>
        <w:tc>
          <w:tcPr>
            <w:tcW w:type="dxa" w:w="1728"/>
          </w:tcPr>
          <w:p>
            <w:r>
              <w:t>第一名</w:t>
            </w:r>
          </w:p>
        </w:tc>
        <w:tc>
          <w:tcPr>
            <w:tcW w:type="dxa" w:w="1728"/>
          </w:tcPr>
          <w:p>
            <w:r>
              <w:t>12</w:t>
            </w:r>
          </w:p>
        </w:tc>
        <w:tc>
          <w:tcPr>
            <w:tcW w:type="dxa" w:w="1728"/>
          </w:tcPr>
          <w:p/>
        </w:tc>
      </w:tr>
      <w:tr>
        <w:tc>
          <w:tcPr>
            <w:tcW w:type="dxa" w:w="1728"/>
          </w:tcPr>
          <w:p>
            <w:r>
              <w:t>第二名</w:t>
            </w:r>
          </w:p>
        </w:tc>
        <w:tc>
          <w:tcPr>
            <w:tcW w:type="dxa" w:w="1728"/>
          </w:tcPr>
          <w:p>
            <w:r>
              <w:t>8</w:t>
            </w:r>
          </w:p>
        </w:tc>
        <w:tc>
          <w:tcPr>
            <w:tcW w:type="dxa" w:w="1728"/>
          </w:tcPr>
          <w:p/>
        </w:tc>
        <w:tc>
          <w:tcPr>
            <w:tcW w:type="dxa" w:w="1728"/>
          </w:tcPr>
          <w:p/>
        </w:tc>
        <w:tc>
          <w:tcPr>
            <w:tcW w:type="dxa" w:w="1728"/>
          </w:tcPr>
          <w:p/>
        </w:tc>
      </w:tr>
      <w:tr>
        <w:tc>
          <w:tcPr>
            <w:tcW w:type="dxa" w:w="1728"/>
          </w:tcPr>
          <w:p>
            <w:r>
              <w:t>第三名</w:t>
            </w:r>
          </w:p>
        </w:tc>
        <w:tc>
          <w:tcPr>
            <w:tcW w:type="dxa" w:w="1728"/>
          </w:tcPr>
          <w:p>
            <w:r>
              <w:t>4</w:t>
            </w:r>
          </w:p>
        </w:tc>
        <w:tc>
          <w:tcPr>
            <w:tcW w:type="dxa" w:w="1728"/>
          </w:tcPr>
          <w:p/>
        </w:tc>
        <w:tc>
          <w:tcPr>
            <w:tcW w:type="dxa" w:w="1728"/>
          </w:tcPr>
          <w:p/>
        </w:tc>
        <w:tc>
          <w:tcPr>
            <w:tcW w:type="dxa" w:w="1728"/>
          </w:tcPr>
          <w:p/>
        </w:tc>
      </w:tr>
      <w:tr>
        <w:tc>
          <w:tcPr>
            <w:tcW w:type="dxa" w:w="1728"/>
          </w:tcPr>
          <w:p>
            <w:r>
              <w:t>二等奖</w:t>
            </w:r>
          </w:p>
        </w:tc>
        <w:tc>
          <w:tcPr>
            <w:tcW w:type="dxa" w:w="1728"/>
          </w:tcPr>
          <w:p>
            <w:r>
              <w:t>第一名</w:t>
            </w:r>
          </w:p>
        </w:tc>
        <w:tc>
          <w:tcPr>
            <w:tcW w:type="dxa" w:w="1728"/>
          </w:tcPr>
          <w:p>
            <w:r>
              <w:t>10</w:t>
            </w:r>
          </w:p>
        </w:tc>
        <w:tc>
          <w:tcPr>
            <w:tcW w:type="dxa" w:w="1728"/>
          </w:tcPr>
          <w:p/>
        </w:tc>
        <w:tc>
          <w:tcPr>
            <w:tcW w:type="dxa" w:w="1728"/>
          </w:tcPr>
          <w:p/>
        </w:tc>
      </w:tr>
      <w:tr>
        <w:tc>
          <w:tcPr>
            <w:tcW w:type="dxa" w:w="1728"/>
          </w:tcPr>
          <w:p>
            <w:r>
              <w:t>第二名</w:t>
            </w:r>
          </w:p>
        </w:tc>
        <w:tc>
          <w:tcPr>
            <w:tcW w:type="dxa" w:w="1728"/>
          </w:tcPr>
          <w:p>
            <w:r>
              <w:t>7</w:t>
            </w:r>
          </w:p>
        </w:tc>
        <w:tc>
          <w:tcPr>
            <w:tcW w:type="dxa" w:w="1728"/>
          </w:tcPr>
          <w:p/>
        </w:tc>
        <w:tc>
          <w:tcPr>
            <w:tcW w:type="dxa" w:w="1728"/>
          </w:tcPr>
          <w:p/>
        </w:tc>
        <w:tc>
          <w:tcPr>
            <w:tcW w:type="dxa" w:w="1728"/>
          </w:tcPr>
          <w:p/>
        </w:tc>
      </w:tr>
      <w:tr>
        <w:tc>
          <w:tcPr>
            <w:tcW w:type="dxa" w:w="1728"/>
          </w:tcPr>
          <w:p>
            <w:r>
              <w:t>第三名</w:t>
            </w:r>
          </w:p>
        </w:tc>
        <w:tc>
          <w:tcPr>
            <w:tcW w:type="dxa" w:w="1728"/>
          </w:tcPr>
          <w:p>
            <w:r>
              <w:t>3</w:t>
            </w:r>
          </w:p>
        </w:tc>
        <w:tc>
          <w:tcPr>
            <w:tcW w:type="dxa" w:w="1728"/>
          </w:tcPr>
          <w:p/>
        </w:tc>
        <w:tc>
          <w:tcPr>
            <w:tcW w:type="dxa" w:w="1728"/>
          </w:tcPr>
          <w:p/>
        </w:tc>
        <w:tc>
          <w:tcPr>
            <w:tcW w:type="dxa" w:w="1728"/>
          </w:tcPr>
          <w:p/>
        </w:tc>
      </w:tr>
      <w:tr>
        <w:tc>
          <w:tcPr>
            <w:tcW w:type="dxa" w:w="1728"/>
          </w:tcPr>
          <w:p>
            <w:r>
              <w:t>三等奖</w:t>
            </w:r>
          </w:p>
        </w:tc>
        <w:tc>
          <w:tcPr>
            <w:tcW w:type="dxa" w:w="1728"/>
          </w:tcPr>
          <w:p>
            <w:r>
              <w:t>第一名</w:t>
            </w:r>
          </w:p>
        </w:tc>
        <w:tc>
          <w:tcPr>
            <w:tcW w:type="dxa" w:w="1728"/>
          </w:tcPr>
          <w:p>
            <w:r>
              <w:t>8</w:t>
            </w:r>
          </w:p>
        </w:tc>
        <w:tc>
          <w:tcPr>
            <w:tcW w:type="dxa" w:w="1728"/>
          </w:tcPr>
          <w:p/>
        </w:tc>
        <w:tc>
          <w:tcPr>
            <w:tcW w:type="dxa" w:w="1728"/>
          </w:tcPr>
          <w:p/>
        </w:tc>
      </w:tr>
      <w:tr>
        <w:tc>
          <w:tcPr>
            <w:tcW w:type="dxa" w:w="1728"/>
          </w:tcPr>
          <w:p>
            <w:r>
              <w:t>第二名</w:t>
            </w:r>
          </w:p>
        </w:tc>
        <w:tc>
          <w:tcPr>
            <w:tcW w:type="dxa" w:w="1728"/>
          </w:tcPr>
          <w:p>
            <w:r>
              <w:t>6</w:t>
            </w:r>
          </w:p>
        </w:tc>
        <w:tc>
          <w:tcPr>
            <w:tcW w:type="dxa" w:w="1728"/>
          </w:tcPr>
          <w:p/>
        </w:tc>
        <w:tc>
          <w:tcPr>
            <w:tcW w:type="dxa" w:w="1728"/>
          </w:tcPr>
          <w:p/>
        </w:tc>
        <w:tc>
          <w:tcPr>
            <w:tcW w:type="dxa" w:w="1728"/>
          </w:tcPr>
          <w:p/>
        </w:tc>
      </w:tr>
      <w:tr>
        <w:tc>
          <w:tcPr>
            <w:tcW w:type="dxa" w:w="1728"/>
          </w:tcPr>
          <w:p>
            <w:r>
              <w:t>第三名</w:t>
            </w:r>
          </w:p>
        </w:tc>
        <w:tc>
          <w:tcPr>
            <w:tcW w:type="dxa" w:w="1728"/>
          </w:tcPr>
          <w:p>
            <w:r>
              <w:t>2</w:t>
            </w:r>
          </w:p>
        </w:tc>
        <w:tc>
          <w:tcPr>
            <w:tcW w:type="dxa" w:w="1728"/>
          </w:tcPr>
          <w:p/>
        </w:tc>
        <w:tc>
          <w:tcPr>
            <w:tcW w:type="dxa" w:w="1728"/>
          </w:tcPr>
          <w:p/>
        </w:tc>
        <w:tc>
          <w:tcPr>
            <w:tcW w:type="dxa" w:w="1728"/>
          </w:tcPr>
          <w:p/>
        </w:tc>
      </w:tr>
    </w:tbl>
    <w:p>
      <w:r>
        <w:t>注：1、每一方面加分只计算一次，选相对较高分值计入。</w:t>
      </w:r>
    </w:p>
    <w:p>
      <w:r>
        <w:t>2、国家级榜单赛事详见文末附件。</w:t>
      </w:r>
    </w:p>
    <w:p>
      <w:r>
        <w:t>3、江苏省级赛事认定网址：http://m.jsgjxh.cn/uploadfile/2023-06/2023061610091277387.pdf</w:t>
      </w:r>
    </w:p>
    <w:p>
      <w:r>
        <w:t>4、明年起，竞赛加分仅限于国家级榜单赛事、高数竞赛、英语竞赛和美国数学建模比赛，其他赛事不加分。</w:t>
      </w:r>
    </w:p>
    <w:p>
      <w:r>
        <w:t>附表4：科研成果加分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级别</w:t>
            </w:r>
          </w:p>
        </w:tc>
        <w:tc>
          <w:tcPr>
            <w:tcW w:type="dxa" w:w="1728"/>
          </w:tcPr>
          <w:p>
            <w:r>
              <w:t>名次</w:t>
            </w:r>
          </w:p>
        </w:tc>
        <w:tc>
          <w:tcPr>
            <w:tcW w:type="dxa" w:w="1728"/>
          </w:tcPr>
          <w:p>
            <w:r>
              <w:t>得分</w:t>
            </w:r>
          </w:p>
        </w:tc>
        <w:tc>
          <w:tcPr>
            <w:tcW w:type="dxa" w:w="1728"/>
          </w:tcPr>
          <w:p>
            <w:r>
              <w:t>备注</w:t>
            </w:r>
          </w:p>
        </w:tc>
      </w:tr>
      <w:tr>
        <w:tc>
          <w:tcPr>
            <w:tcW w:type="dxa" w:w="1728"/>
          </w:tcPr>
          <w:p>
            <w:r>
              <w:t>大学生创新创业训练计划</w:t>
            </w:r>
          </w:p>
        </w:tc>
        <w:tc>
          <w:tcPr>
            <w:tcW w:type="dxa" w:w="1728"/>
          </w:tcPr>
          <w:p>
            <w:r>
              <w:t>国家级</w:t>
            </w:r>
          </w:p>
        </w:tc>
        <w:tc>
          <w:tcPr>
            <w:tcW w:type="dxa" w:w="1728"/>
          </w:tcPr>
          <w:p>
            <w:r>
              <w:t>独立或第一名</w:t>
            </w:r>
          </w:p>
        </w:tc>
        <w:tc>
          <w:tcPr>
            <w:tcW w:type="dxa" w:w="1728"/>
          </w:tcPr>
          <w:p>
            <w:r>
              <w:t>25</w:t>
            </w:r>
          </w:p>
        </w:tc>
        <w:tc>
          <w:tcPr>
            <w:tcW w:type="dxa" w:w="1728"/>
          </w:tcPr>
          <w:p>
            <w:r>
              <w:t>1.得分不累加，科研成果方面取单个最高分；2.各类科研项目需提供结题或中期检查合格的证书或发文，相关公开发表学术成果需提供杂志或期刊原件及完整复印件或其他证明文件，无支撑材料者一律不予认可；莙政基金项目需结题验收合格或中期检查通过。3.期刊范围按苏州大学人文社会科学高质量论文管理办法（苏大社科〔2022〕3号），国际掠食者网站所列刊物除外。4.如有其他不在列与学科相关的科研成果也可提交，经由专家组认定后，酌情加分。5.如第一作者是指导老师，仅限指导老师与同学无利益关系时可加分。6.专利不包括软件著作权。</w:t>
            </w:r>
          </w:p>
        </w:tc>
      </w:tr>
      <w:tr>
        <w:tc>
          <w:tcPr>
            <w:tcW w:type="dxa" w:w="1728"/>
          </w:tcPr>
          <w:p>
            <w:r>
              <w:t>第二名</w:t>
            </w:r>
          </w:p>
        </w:tc>
        <w:tc>
          <w:tcPr>
            <w:tcW w:type="dxa" w:w="1728"/>
          </w:tcPr>
          <w:p>
            <w:r>
              <w:t>12</w:t>
            </w:r>
          </w:p>
        </w:tc>
        <w:tc>
          <w:tcPr>
            <w:tcW w:type="dxa" w:w="1728"/>
          </w:tcPr>
          <w:p/>
        </w:tc>
        <w:tc>
          <w:tcPr>
            <w:tcW w:type="dxa" w:w="1728"/>
          </w:tcPr>
          <w:p/>
        </w:tc>
        <w:tc>
          <w:tcPr>
            <w:tcW w:type="dxa" w:w="1728"/>
          </w:tcPr>
          <w:p/>
        </w:tc>
      </w:tr>
      <w:tr>
        <w:tc>
          <w:tcPr>
            <w:tcW w:type="dxa" w:w="1728"/>
          </w:tcPr>
          <w:p>
            <w:r>
              <w:t>第三名</w:t>
            </w:r>
          </w:p>
        </w:tc>
        <w:tc>
          <w:tcPr>
            <w:tcW w:type="dxa" w:w="1728"/>
          </w:tcPr>
          <w:p>
            <w:r>
              <w:t>6</w:t>
            </w:r>
          </w:p>
        </w:tc>
        <w:tc>
          <w:tcPr>
            <w:tcW w:type="dxa" w:w="1728"/>
          </w:tcPr>
          <w:p/>
        </w:tc>
        <w:tc>
          <w:tcPr>
            <w:tcW w:type="dxa" w:w="1728"/>
          </w:tcPr>
          <w:p/>
        </w:tc>
        <w:tc>
          <w:tcPr>
            <w:tcW w:type="dxa" w:w="1728"/>
          </w:tcPr>
          <w:p/>
        </w:tc>
      </w:tr>
      <w:tr>
        <w:tc>
          <w:tcPr>
            <w:tcW w:type="dxa" w:w="1728"/>
          </w:tcPr>
          <w:p>
            <w:r>
              <w:t>省级</w:t>
            </w:r>
          </w:p>
        </w:tc>
        <w:tc>
          <w:tcPr>
            <w:tcW w:type="dxa" w:w="1728"/>
          </w:tcPr>
          <w:p>
            <w:r>
              <w:t>独立或第一名</w:t>
            </w:r>
          </w:p>
        </w:tc>
        <w:tc>
          <w:tcPr>
            <w:tcW w:type="dxa" w:w="1728"/>
          </w:tcPr>
          <w:p>
            <w:r>
              <w:t>15</w:t>
            </w:r>
          </w:p>
        </w:tc>
        <w:tc>
          <w:tcPr>
            <w:tcW w:type="dxa" w:w="1728"/>
          </w:tcPr>
          <w:p/>
        </w:tc>
        <w:tc>
          <w:tcPr>
            <w:tcW w:type="dxa" w:w="1728"/>
          </w:tcPr>
          <w:p/>
        </w:tc>
      </w:tr>
      <w:tr>
        <w:tc>
          <w:tcPr>
            <w:tcW w:type="dxa" w:w="1728"/>
          </w:tcPr>
          <w:p>
            <w:r>
              <w:t>第二名</w:t>
            </w:r>
          </w:p>
        </w:tc>
        <w:tc>
          <w:tcPr>
            <w:tcW w:type="dxa" w:w="1728"/>
          </w:tcPr>
          <w:p>
            <w:r>
              <w:t>7</w:t>
            </w:r>
          </w:p>
        </w:tc>
        <w:tc>
          <w:tcPr>
            <w:tcW w:type="dxa" w:w="1728"/>
          </w:tcPr>
          <w:p/>
        </w:tc>
        <w:tc>
          <w:tcPr>
            <w:tcW w:type="dxa" w:w="1728"/>
          </w:tcPr>
          <w:p/>
        </w:tc>
        <w:tc>
          <w:tcPr>
            <w:tcW w:type="dxa" w:w="1728"/>
          </w:tcPr>
          <w:p/>
        </w:tc>
      </w:tr>
      <w:tr>
        <w:tc>
          <w:tcPr>
            <w:tcW w:type="dxa" w:w="1728"/>
          </w:tcPr>
          <w:p>
            <w:r>
              <w:t>第三名</w:t>
            </w:r>
          </w:p>
        </w:tc>
        <w:tc>
          <w:tcPr>
            <w:tcW w:type="dxa" w:w="1728"/>
          </w:tcPr>
          <w:p>
            <w:r>
              <w:t>4</w:t>
            </w:r>
          </w:p>
        </w:tc>
        <w:tc>
          <w:tcPr>
            <w:tcW w:type="dxa" w:w="1728"/>
          </w:tcPr>
          <w:p/>
        </w:tc>
        <w:tc>
          <w:tcPr>
            <w:tcW w:type="dxa" w:w="1728"/>
          </w:tcPr>
          <w:p/>
        </w:tc>
        <w:tc>
          <w:tcPr>
            <w:tcW w:type="dxa" w:w="1728"/>
          </w:tcPr>
          <w:p/>
        </w:tc>
      </w:tr>
      <w:tr>
        <w:tc>
          <w:tcPr>
            <w:tcW w:type="dxa" w:w="1728"/>
          </w:tcPr>
          <w:p>
            <w:r>
              <w:t>校级</w:t>
            </w:r>
          </w:p>
        </w:tc>
        <w:tc>
          <w:tcPr>
            <w:tcW w:type="dxa" w:w="1728"/>
          </w:tcPr>
          <w:p>
            <w:r>
              <w:t>独立或第一名</w:t>
            </w:r>
          </w:p>
        </w:tc>
        <w:tc>
          <w:tcPr>
            <w:tcW w:type="dxa" w:w="1728"/>
          </w:tcPr>
          <w:p>
            <w:r>
              <w:t>8</w:t>
            </w:r>
          </w:p>
        </w:tc>
        <w:tc>
          <w:tcPr>
            <w:tcW w:type="dxa" w:w="1728"/>
          </w:tcPr>
          <w:p/>
        </w:tc>
        <w:tc>
          <w:tcPr>
            <w:tcW w:type="dxa" w:w="1728"/>
          </w:tcPr>
          <w:p/>
        </w:tc>
      </w:tr>
      <w:tr>
        <w:tc>
          <w:tcPr>
            <w:tcW w:type="dxa" w:w="1728"/>
          </w:tcPr>
          <w:p>
            <w:r>
              <w:t>第二名</w:t>
            </w:r>
          </w:p>
        </w:tc>
        <w:tc>
          <w:tcPr>
            <w:tcW w:type="dxa" w:w="1728"/>
          </w:tcPr>
          <w:p>
            <w:r>
              <w:t>4</w:t>
            </w:r>
          </w:p>
        </w:tc>
        <w:tc>
          <w:tcPr>
            <w:tcW w:type="dxa" w:w="1728"/>
          </w:tcPr>
          <w:p/>
        </w:tc>
        <w:tc>
          <w:tcPr>
            <w:tcW w:type="dxa" w:w="1728"/>
          </w:tcPr>
          <w:p/>
        </w:tc>
        <w:tc>
          <w:tcPr>
            <w:tcW w:type="dxa" w:w="1728"/>
          </w:tcPr>
          <w:p/>
        </w:tc>
      </w:tr>
      <w:tr>
        <w:tc>
          <w:tcPr>
            <w:tcW w:type="dxa" w:w="1728"/>
          </w:tcPr>
          <w:p>
            <w:r>
              <w:t>第三名</w:t>
            </w:r>
          </w:p>
        </w:tc>
        <w:tc>
          <w:tcPr>
            <w:tcW w:type="dxa" w:w="1728"/>
          </w:tcPr>
          <w:p>
            <w:r>
              <w:t>2</w:t>
            </w:r>
          </w:p>
        </w:tc>
        <w:tc>
          <w:tcPr>
            <w:tcW w:type="dxa" w:w="1728"/>
          </w:tcPr>
          <w:p/>
        </w:tc>
        <w:tc>
          <w:tcPr>
            <w:tcW w:type="dxa" w:w="1728"/>
          </w:tcPr>
          <w:p/>
        </w:tc>
        <w:tc>
          <w:tcPr>
            <w:tcW w:type="dxa" w:w="1728"/>
          </w:tcPr>
          <w:p/>
        </w:tc>
      </w:tr>
      <w:tr>
        <w:tc>
          <w:tcPr>
            <w:tcW w:type="dxa" w:w="1728"/>
          </w:tcPr>
          <w:p>
            <w:r>
              <w:t>获得专利</w:t>
            </w:r>
          </w:p>
        </w:tc>
        <w:tc>
          <w:tcPr>
            <w:tcW w:type="dxa" w:w="1728"/>
          </w:tcPr>
          <w:p>
            <w:r>
              <w:t>发明专利</w:t>
            </w:r>
          </w:p>
        </w:tc>
        <w:tc>
          <w:tcPr>
            <w:tcW w:type="dxa" w:w="1728"/>
          </w:tcPr>
          <w:p>
            <w:r>
              <w:t>独立或第一名</w:t>
            </w:r>
          </w:p>
        </w:tc>
        <w:tc>
          <w:tcPr>
            <w:tcW w:type="dxa" w:w="1728"/>
          </w:tcPr>
          <w:p>
            <w:r>
              <w:t>8</w:t>
            </w:r>
          </w:p>
        </w:tc>
        <w:tc>
          <w:tcPr>
            <w:tcW w:type="dxa" w:w="1728"/>
          </w:tcPr>
          <w:p/>
        </w:tc>
      </w:tr>
      <w:tr>
        <w:tc>
          <w:tcPr>
            <w:tcW w:type="dxa" w:w="1728"/>
          </w:tcPr>
          <w:p>
            <w:r>
              <w:t>实用新型专利或外观专利</w:t>
            </w:r>
          </w:p>
        </w:tc>
        <w:tc>
          <w:tcPr>
            <w:tcW w:type="dxa" w:w="1728"/>
          </w:tcPr>
          <w:p>
            <w:r>
              <w:t>4</w:t>
            </w:r>
          </w:p>
        </w:tc>
        <w:tc>
          <w:tcPr>
            <w:tcW w:type="dxa" w:w="1728"/>
          </w:tcPr>
          <w:p/>
        </w:tc>
        <w:tc>
          <w:tcPr>
            <w:tcW w:type="dxa" w:w="1728"/>
          </w:tcPr>
          <w:p/>
        </w:tc>
        <w:tc>
          <w:tcPr>
            <w:tcW w:type="dxa" w:w="1728"/>
          </w:tcPr>
          <w:p/>
        </w:tc>
      </w:tr>
      <w:tr>
        <w:tc>
          <w:tcPr>
            <w:tcW w:type="dxa" w:w="1728"/>
          </w:tcPr>
          <w:p>
            <w:r>
              <w:t>莙政基金项目</w:t>
            </w:r>
          </w:p>
        </w:tc>
        <w:tc>
          <w:tcPr>
            <w:tcW w:type="dxa" w:w="1728"/>
          </w:tcPr>
          <w:p>
            <w:r/>
          </w:p>
        </w:tc>
        <w:tc>
          <w:tcPr>
            <w:tcW w:type="dxa" w:w="1728"/>
          </w:tcPr>
          <w:p>
            <w:r/>
          </w:p>
        </w:tc>
        <w:tc>
          <w:tcPr>
            <w:tcW w:type="dxa" w:w="1728"/>
          </w:tcPr>
          <w:p>
            <w:r>
              <w:t>15</w:t>
            </w:r>
          </w:p>
        </w:tc>
        <w:tc>
          <w:tcPr>
            <w:tcW w:type="dxa" w:w="1728"/>
          </w:tcPr>
          <w:p/>
        </w:tc>
      </w:tr>
      <w:tr>
        <w:tc>
          <w:tcPr>
            <w:tcW w:type="dxa" w:w="1728"/>
          </w:tcPr>
          <w:p>
            <w:r>
              <w:t>公开发表专业性学术论文</w:t>
            </w:r>
          </w:p>
        </w:tc>
        <w:tc>
          <w:tcPr>
            <w:tcW w:type="dxa" w:w="1728"/>
          </w:tcPr>
          <w:p>
            <w:r>
              <w:t>SCI一区、SSCI、一类中文核心发表</w:t>
            </w:r>
          </w:p>
        </w:tc>
        <w:tc>
          <w:tcPr>
            <w:tcW w:type="dxa" w:w="1728"/>
          </w:tcPr>
          <w:p>
            <w:r>
              <w:t>独立或第一名（指导老师为第一作者的可放宽到第二名）。每篇6000字及以上。</w:t>
            </w:r>
          </w:p>
        </w:tc>
        <w:tc>
          <w:tcPr>
            <w:tcW w:type="dxa" w:w="1728"/>
          </w:tcPr>
          <w:p>
            <w:r>
              <w:t>30</w:t>
            </w:r>
          </w:p>
        </w:tc>
        <w:tc>
          <w:tcPr>
            <w:tcW w:type="dxa" w:w="1728"/>
          </w:tcPr>
          <w:p/>
        </w:tc>
      </w:tr>
      <w:tr>
        <w:tc>
          <w:tcPr>
            <w:tcW w:type="dxa" w:w="1728"/>
          </w:tcPr>
          <w:p>
            <w:r>
              <w:t>SCI二区、SCI三区、二类中文核心发表</w:t>
            </w:r>
          </w:p>
        </w:tc>
        <w:tc>
          <w:tcPr>
            <w:tcW w:type="dxa" w:w="1728"/>
          </w:tcPr>
          <w:p>
            <w:r>
              <w:t>15</w:t>
            </w:r>
          </w:p>
        </w:tc>
        <w:tc>
          <w:tcPr>
            <w:tcW w:type="dxa" w:w="1728"/>
          </w:tcPr>
          <w:p/>
        </w:tc>
        <w:tc>
          <w:tcPr>
            <w:tcW w:type="dxa" w:w="1728"/>
          </w:tcPr>
          <w:p/>
        </w:tc>
        <w:tc>
          <w:tcPr>
            <w:tcW w:type="dxa" w:w="1728"/>
          </w:tcPr>
          <w:p/>
        </w:tc>
      </w:tr>
      <w:tr>
        <w:tc>
          <w:tcPr>
            <w:tcW w:type="dxa" w:w="1728"/>
          </w:tcPr>
          <w:p>
            <w:r>
              <w:t>三类中文核心期刊</w:t>
            </w:r>
          </w:p>
        </w:tc>
        <w:tc>
          <w:tcPr>
            <w:tcW w:type="dxa" w:w="1728"/>
          </w:tcPr>
          <w:p>
            <w:r>
              <w:t>10</w:t>
            </w:r>
          </w:p>
        </w:tc>
        <w:tc>
          <w:tcPr>
            <w:tcW w:type="dxa" w:w="1728"/>
          </w:tcPr>
          <w:p/>
        </w:tc>
        <w:tc>
          <w:tcPr>
            <w:tcW w:type="dxa" w:w="1728"/>
          </w:tcPr>
          <w:p/>
        </w:tc>
        <w:tc>
          <w:tcPr>
            <w:tcW w:type="dxa" w:w="1728"/>
          </w:tcPr>
          <w:p/>
        </w:tc>
      </w:tr>
      <w:tr>
        <w:tc>
          <w:tcPr>
            <w:tcW w:type="dxa" w:w="1728"/>
          </w:tcPr>
          <w:p>
            <w:r>
              <w:t>省级学术刊物发表高质量论文3篇及以上或北图核心期刊1篇及以上。</w:t>
            </w:r>
          </w:p>
        </w:tc>
        <w:tc>
          <w:tcPr>
            <w:tcW w:type="dxa" w:w="1728"/>
          </w:tcPr>
          <w:p>
            <w:r>
              <w:t>独立或第一名（指导老师为第一作者的可放宽到第二名）。每篇6000字及以上。</w:t>
            </w:r>
          </w:p>
        </w:tc>
        <w:tc>
          <w:tcPr>
            <w:tcW w:type="dxa" w:w="1728"/>
          </w:tcPr>
          <w:p>
            <w:r>
              <w:t>6</w:t>
            </w:r>
          </w:p>
        </w:tc>
        <w:tc>
          <w:tcPr>
            <w:tcW w:type="dxa" w:w="1728"/>
          </w:tcPr>
          <w:p/>
        </w:tc>
        <w:tc>
          <w:tcPr>
            <w:tcW w:type="dxa" w:w="1728"/>
          </w:tcPr>
          <w:p/>
        </w:tc>
      </w:tr>
      <w:tr>
        <w:tc>
          <w:tcPr>
            <w:tcW w:type="dxa" w:w="1728"/>
          </w:tcPr>
          <w:p>
            <w:r>
              <w:t>公开正式出版刊物（含报纸）上发表普通学术论文。</w:t>
            </w:r>
          </w:p>
        </w:tc>
        <w:tc>
          <w:tcPr>
            <w:tcW w:type="dxa" w:w="1728"/>
          </w:tcPr>
          <w:p>
            <w:r>
              <w:t>2</w:t>
            </w:r>
          </w:p>
        </w:tc>
        <w:tc>
          <w:tcPr>
            <w:tcW w:type="dxa" w:w="1728"/>
          </w:tcPr>
          <w:p/>
        </w:tc>
        <w:tc>
          <w:tcPr>
            <w:tcW w:type="dxa" w:w="1728"/>
          </w:tcPr>
          <w:p/>
        </w:tc>
        <w:tc>
          <w:tcPr>
            <w:tcW w:type="dxa" w:w="1728"/>
          </w:tcPr>
          <w:p/>
        </w:tc>
      </w:tr>
    </w:tbl>
    <w:p>
      <w:r>
        <w:t>注：1、每一方面加分只计算一次，选相对较高分值计入</w:t>
      </w:r>
    </w:p>
    <w:p>
      <w:r>
        <w:t>2、论文发表目录依据苏州大学人文社会科学高质量论文管理办法（苏大社科〔2022〕3号）确定。</w:t>
      </w:r>
    </w:p>
    <w:p>
      <w:r>
        <w:t>2023国家级榜单赛事（2024年不变）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