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唐文治书院推荐优秀应届本科毕业生2023年免试攻读硕士学位研究生名单公示</w:t>
      </w:r>
    </w:p>
    <w:p>
      <w:r>
        <w:t>唐文治书院推荐工作领导小组根据《苏州大学推荐优秀应届毕业生免试攻读硕士学位研究生工作实施办法》、《院部推免工作实施细则》等规定，经审核学生的申请资格并组织全面审核鉴定，现根据申请者综合成绩，按照院部排序拟定推荐学生名单，公示如下：</w:t>
      </w:r>
    </w:p>
    <w:p>
      <w:r>
        <w:t>唐文治书院2023年推免研究生综合测评成绩</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排名</w:t>
            </w:r>
          </w:p>
        </w:tc>
        <w:tc>
          <w:tcPr>
            <w:tcW w:type="dxa" w:w="1440"/>
          </w:tcPr>
          <w:p>
            <w:r>
              <w:t>姓名</w:t>
            </w:r>
          </w:p>
        </w:tc>
        <w:tc>
          <w:tcPr>
            <w:tcW w:type="dxa" w:w="1440"/>
          </w:tcPr>
          <w:p>
            <w:r>
              <w:t>绩点成绩</w:t>
            </w:r>
          </w:p>
        </w:tc>
        <w:tc>
          <w:tcPr>
            <w:tcW w:type="dxa" w:w="1440"/>
          </w:tcPr>
          <w:p>
            <w:r>
              <w:t>综合成绩</w:t>
            </w:r>
          </w:p>
        </w:tc>
        <w:tc>
          <w:tcPr>
            <w:tcW w:type="dxa" w:w="1440"/>
          </w:tcPr>
          <w:p>
            <w:r>
              <w:t>总分</w:t>
            </w:r>
          </w:p>
        </w:tc>
        <w:tc>
          <w:tcPr>
            <w:tcW w:type="dxa" w:w="1440"/>
          </w:tcPr>
          <w:p>
            <w:r>
              <w:t>备注</w:t>
            </w:r>
          </w:p>
        </w:tc>
      </w:tr>
      <w:tr>
        <w:tc>
          <w:tcPr>
            <w:tcW w:type="dxa" w:w="1440"/>
          </w:tcPr>
          <w:p>
            <w:r>
              <w:t>1</w:t>
            </w:r>
          </w:p>
        </w:tc>
        <w:tc>
          <w:tcPr>
            <w:tcW w:type="dxa" w:w="1440"/>
          </w:tcPr>
          <w:p>
            <w:r>
              <w:t>黄奕扬</w:t>
            </w:r>
          </w:p>
        </w:tc>
        <w:tc>
          <w:tcPr>
            <w:tcW w:type="dxa" w:w="1440"/>
          </w:tcPr>
          <w:p>
            <w:r>
              <w:t>390</w:t>
            </w:r>
          </w:p>
        </w:tc>
        <w:tc>
          <w:tcPr>
            <w:tcW w:type="dxa" w:w="1440"/>
          </w:tcPr>
          <w:p>
            <w:r>
              <w:t>33</w:t>
            </w:r>
          </w:p>
        </w:tc>
        <w:tc>
          <w:tcPr>
            <w:tcW w:type="dxa" w:w="1440"/>
          </w:tcPr>
          <w:p>
            <w:r>
              <w:t>423</w:t>
            </w:r>
          </w:p>
        </w:tc>
        <w:tc>
          <w:tcPr>
            <w:tcW w:type="dxa" w:w="1440"/>
          </w:tcPr>
          <w:p>
            <w:r/>
          </w:p>
        </w:tc>
      </w:tr>
      <w:tr>
        <w:tc>
          <w:tcPr>
            <w:tcW w:type="dxa" w:w="1440"/>
          </w:tcPr>
          <w:p>
            <w:r>
              <w:t>2</w:t>
            </w:r>
          </w:p>
        </w:tc>
        <w:tc>
          <w:tcPr>
            <w:tcW w:type="dxa" w:w="1440"/>
          </w:tcPr>
          <w:p>
            <w:r>
              <w:t>钱婧</w:t>
            </w:r>
          </w:p>
        </w:tc>
        <w:tc>
          <w:tcPr>
            <w:tcW w:type="dxa" w:w="1440"/>
          </w:tcPr>
          <w:p>
            <w:r>
              <w:t>380</w:t>
            </w:r>
          </w:p>
        </w:tc>
        <w:tc>
          <w:tcPr>
            <w:tcW w:type="dxa" w:w="1440"/>
          </w:tcPr>
          <w:p>
            <w:r>
              <w:t>39</w:t>
            </w:r>
          </w:p>
        </w:tc>
        <w:tc>
          <w:tcPr>
            <w:tcW w:type="dxa" w:w="1440"/>
          </w:tcPr>
          <w:p>
            <w:r>
              <w:t>419</w:t>
            </w:r>
          </w:p>
        </w:tc>
        <w:tc>
          <w:tcPr>
            <w:tcW w:type="dxa" w:w="1440"/>
          </w:tcPr>
          <w:p>
            <w:r/>
          </w:p>
        </w:tc>
      </w:tr>
      <w:tr>
        <w:tc>
          <w:tcPr>
            <w:tcW w:type="dxa" w:w="1440"/>
          </w:tcPr>
          <w:p>
            <w:r>
              <w:t>3</w:t>
            </w:r>
          </w:p>
        </w:tc>
        <w:tc>
          <w:tcPr>
            <w:tcW w:type="dxa" w:w="1440"/>
          </w:tcPr>
          <w:p>
            <w:r>
              <w:t>朱天怡</w:t>
            </w:r>
          </w:p>
        </w:tc>
        <w:tc>
          <w:tcPr>
            <w:tcW w:type="dxa" w:w="1440"/>
          </w:tcPr>
          <w:p>
            <w:r>
              <w:t>390</w:t>
            </w:r>
          </w:p>
        </w:tc>
        <w:tc>
          <w:tcPr>
            <w:tcW w:type="dxa" w:w="1440"/>
          </w:tcPr>
          <w:p>
            <w:r>
              <w:t>26</w:t>
            </w:r>
          </w:p>
        </w:tc>
        <w:tc>
          <w:tcPr>
            <w:tcW w:type="dxa" w:w="1440"/>
          </w:tcPr>
          <w:p>
            <w:r>
              <w:t>416</w:t>
            </w:r>
          </w:p>
        </w:tc>
        <w:tc>
          <w:tcPr>
            <w:tcW w:type="dxa" w:w="1440"/>
          </w:tcPr>
          <w:p>
            <w:r/>
          </w:p>
        </w:tc>
      </w:tr>
      <w:tr>
        <w:tc>
          <w:tcPr>
            <w:tcW w:type="dxa" w:w="1440"/>
          </w:tcPr>
          <w:p>
            <w:r>
              <w:t>4</w:t>
            </w:r>
          </w:p>
        </w:tc>
        <w:tc>
          <w:tcPr>
            <w:tcW w:type="dxa" w:w="1440"/>
          </w:tcPr>
          <w:p>
            <w:r>
              <w:t>汤浩然</w:t>
            </w:r>
          </w:p>
        </w:tc>
        <w:tc>
          <w:tcPr>
            <w:tcW w:type="dxa" w:w="1440"/>
          </w:tcPr>
          <w:p>
            <w:r>
              <w:t>380</w:t>
            </w:r>
          </w:p>
        </w:tc>
        <w:tc>
          <w:tcPr>
            <w:tcW w:type="dxa" w:w="1440"/>
          </w:tcPr>
          <w:p>
            <w:r>
              <w:t>25</w:t>
            </w:r>
          </w:p>
        </w:tc>
        <w:tc>
          <w:tcPr>
            <w:tcW w:type="dxa" w:w="1440"/>
          </w:tcPr>
          <w:p>
            <w:r>
              <w:t>405</w:t>
            </w:r>
          </w:p>
        </w:tc>
        <w:tc>
          <w:tcPr>
            <w:tcW w:type="dxa" w:w="1440"/>
          </w:tcPr>
          <w:p>
            <w:r/>
          </w:p>
        </w:tc>
      </w:tr>
      <w:tr>
        <w:tc>
          <w:tcPr>
            <w:tcW w:type="dxa" w:w="1440"/>
          </w:tcPr>
          <w:p>
            <w:r>
              <w:t>5</w:t>
            </w:r>
          </w:p>
        </w:tc>
        <w:tc>
          <w:tcPr>
            <w:tcW w:type="dxa" w:w="1440"/>
          </w:tcPr>
          <w:p>
            <w:r>
              <w:t>刘明居</w:t>
            </w:r>
          </w:p>
        </w:tc>
        <w:tc>
          <w:tcPr>
            <w:tcW w:type="dxa" w:w="1440"/>
          </w:tcPr>
          <w:p>
            <w:r>
              <w:t>380</w:t>
            </w:r>
          </w:p>
        </w:tc>
        <w:tc>
          <w:tcPr>
            <w:tcW w:type="dxa" w:w="1440"/>
          </w:tcPr>
          <w:p>
            <w:r>
              <w:t>23</w:t>
            </w:r>
          </w:p>
        </w:tc>
        <w:tc>
          <w:tcPr>
            <w:tcW w:type="dxa" w:w="1440"/>
          </w:tcPr>
          <w:p>
            <w:r>
              <w:t>403</w:t>
            </w:r>
          </w:p>
        </w:tc>
        <w:tc>
          <w:tcPr>
            <w:tcW w:type="dxa" w:w="1440"/>
          </w:tcPr>
          <w:p>
            <w:r/>
          </w:p>
        </w:tc>
      </w:tr>
      <w:tr>
        <w:tc>
          <w:tcPr>
            <w:tcW w:type="dxa" w:w="1440"/>
          </w:tcPr>
          <w:p>
            <w:r>
              <w:t>6</w:t>
            </w:r>
          </w:p>
        </w:tc>
        <w:tc>
          <w:tcPr>
            <w:tcW w:type="dxa" w:w="1440"/>
          </w:tcPr>
          <w:p>
            <w:r>
              <w:t>王丽萍</w:t>
            </w:r>
          </w:p>
        </w:tc>
        <w:tc>
          <w:tcPr>
            <w:tcW w:type="dxa" w:w="1440"/>
          </w:tcPr>
          <w:p>
            <w:r>
              <w:t>390</w:t>
            </w:r>
          </w:p>
        </w:tc>
        <w:tc>
          <w:tcPr>
            <w:tcW w:type="dxa" w:w="1440"/>
          </w:tcPr>
          <w:p>
            <w:r>
              <w:t>11</w:t>
            </w:r>
          </w:p>
        </w:tc>
        <w:tc>
          <w:tcPr>
            <w:tcW w:type="dxa" w:w="1440"/>
          </w:tcPr>
          <w:p>
            <w:r>
              <w:t>401</w:t>
            </w:r>
          </w:p>
        </w:tc>
        <w:tc>
          <w:tcPr>
            <w:tcW w:type="dxa" w:w="1440"/>
          </w:tcPr>
          <w:p>
            <w:r/>
          </w:p>
        </w:tc>
      </w:tr>
      <w:tr>
        <w:tc>
          <w:tcPr>
            <w:tcW w:type="dxa" w:w="1440"/>
          </w:tcPr>
          <w:p>
            <w:r>
              <w:t>7</w:t>
            </w:r>
          </w:p>
        </w:tc>
        <w:tc>
          <w:tcPr>
            <w:tcW w:type="dxa" w:w="1440"/>
          </w:tcPr>
          <w:p>
            <w:r>
              <w:t>杨晨昕</w:t>
            </w:r>
          </w:p>
        </w:tc>
        <w:tc>
          <w:tcPr>
            <w:tcW w:type="dxa" w:w="1440"/>
          </w:tcPr>
          <w:p>
            <w:r>
              <w:t>380</w:t>
            </w:r>
          </w:p>
        </w:tc>
        <w:tc>
          <w:tcPr>
            <w:tcW w:type="dxa" w:w="1440"/>
          </w:tcPr>
          <w:p>
            <w:r>
              <w:t>19</w:t>
            </w:r>
          </w:p>
        </w:tc>
        <w:tc>
          <w:tcPr>
            <w:tcW w:type="dxa" w:w="1440"/>
          </w:tcPr>
          <w:p>
            <w:r>
              <w:t>399</w:t>
            </w:r>
          </w:p>
        </w:tc>
        <w:tc>
          <w:tcPr>
            <w:tcW w:type="dxa" w:w="1440"/>
          </w:tcPr>
          <w:p>
            <w:r/>
          </w:p>
        </w:tc>
      </w:tr>
      <w:tr>
        <w:tc>
          <w:tcPr>
            <w:tcW w:type="dxa" w:w="1440"/>
          </w:tcPr>
          <w:p>
            <w:r>
              <w:t>8</w:t>
            </w:r>
          </w:p>
        </w:tc>
        <w:tc>
          <w:tcPr>
            <w:tcW w:type="dxa" w:w="1440"/>
          </w:tcPr>
          <w:p>
            <w:r>
              <w:t>罗逍逍</w:t>
            </w:r>
          </w:p>
        </w:tc>
        <w:tc>
          <w:tcPr>
            <w:tcW w:type="dxa" w:w="1440"/>
          </w:tcPr>
          <w:p>
            <w:r>
              <w:t>380</w:t>
            </w:r>
          </w:p>
        </w:tc>
        <w:tc>
          <w:tcPr>
            <w:tcW w:type="dxa" w:w="1440"/>
          </w:tcPr>
          <w:p>
            <w:r>
              <w:t>18</w:t>
            </w:r>
          </w:p>
        </w:tc>
        <w:tc>
          <w:tcPr>
            <w:tcW w:type="dxa" w:w="1440"/>
          </w:tcPr>
          <w:p>
            <w:r>
              <w:t>398</w:t>
            </w:r>
          </w:p>
        </w:tc>
        <w:tc>
          <w:tcPr>
            <w:tcW w:type="dxa" w:w="1440"/>
          </w:tcPr>
          <w:p>
            <w:r/>
          </w:p>
        </w:tc>
      </w:tr>
      <w:tr>
        <w:tc>
          <w:tcPr>
            <w:tcW w:type="dxa" w:w="1440"/>
          </w:tcPr>
          <w:p>
            <w:r>
              <w:t>9</w:t>
            </w:r>
          </w:p>
        </w:tc>
        <w:tc>
          <w:tcPr>
            <w:tcW w:type="dxa" w:w="1440"/>
          </w:tcPr>
          <w:p>
            <w:r>
              <w:t>赵嘉程</w:t>
            </w:r>
          </w:p>
        </w:tc>
        <w:tc>
          <w:tcPr>
            <w:tcW w:type="dxa" w:w="1440"/>
          </w:tcPr>
          <w:p>
            <w:r>
              <w:t>380</w:t>
            </w:r>
          </w:p>
        </w:tc>
        <w:tc>
          <w:tcPr>
            <w:tcW w:type="dxa" w:w="1440"/>
          </w:tcPr>
          <w:p>
            <w:r>
              <w:t>16.5</w:t>
            </w:r>
          </w:p>
        </w:tc>
        <w:tc>
          <w:tcPr>
            <w:tcW w:type="dxa" w:w="1440"/>
          </w:tcPr>
          <w:p>
            <w:r>
              <w:t>396.5</w:t>
            </w:r>
          </w:p>
        </w:tc>
        <w:tc>
          <w:tcPr>
            <w:tcW w:type="dxa" w:w="1440"/>
          </w:tcPr>
          <w:p>
            <w:r/>
          </w:p>
        </w:tc>
      </w:tr>
      <w:tr>
        <w:tc>
          <w:tcPr>
            <w:tcW w:type="dxa" w:w="1440"/>
          </w:tcPr>
          <w:p>
            <w:r>
              <w:t>10</w:t>
            </w:r>
          </w:p>
        </w:tc>
        <w:tc>
          <w:tcPr>
            <w:tcW w:type="dxa" w:w="1440"/>
          </w:tcPr>
          <w:p>
            <w:r>
              <w:t>张艺鑫</w:t>
            </w:r>
          </w:p>
        </w:tc>
        <w:tc>
          <w:tcPr>
            <w:tcW w:type="dxa" w:w="1440"/>
          </w:tcPr>
          <w:p>
            <w:r>
              <w:t>380</w:t>
            </w:r>
          </w:p>
        </w:tc>
        <w:tc>
          <w:tcPr>
            <w:tcW w:type="dxa" w:w="1440"/>
          </w:tcPr>
          <w:p>
            <w:r>
              <w:t>15</w:t>
            </w:r>
          </w:p>
        </w:tc>
        <w:tc>
          <w:tcPr>
            <w:tcW w:type="dxa" w:w="1440"/>
          </w:tcPr>
          <w:p>
            <w:r>
              <w:t>395</w:t>
            </w:r>
          </w:p>
        </w:tc>
        <w:tc>
          <w:tcPr>
            <w:tcW w:type="dxa" w:w="1440"/>
          </w:tcPr>
          <w:p>
            <w:r/>
          </w:p>
        </w:tc>
      </w:tr>
      <w:tr>
        <w:tc>
          <w:tcPr>
            <w:tcW w:type="dxa" w:w="1440"/>
          </w:tcPr>
          <w:p>
            <w:r>
              <w:t>11</w:t>
            </w:r>
          </w:p>
        </w:tc>
        <w:tc>
          <w:tcPr>
            <w:tcW w:type="dxa" w:w="1440"/>
          </w:tcPr>
          <w:p>
            <w:r>
              <w:t>宋衍</w:t>
            </w:r>
          </w:p>
        </w:tc>
        <w:tc>
          <w:tcPr>
            <w:tcW w:type="dxa" w:w="1440"/>
          </w:tcPr>
          <w:p>
            <w:r>
              <w:t>380</w:t>
            </w:r>
          </w:p>
        </w:tc>
        <w:tc>
          <w:tcPr>
            <w:tcW w:type="dxa" w:w="1440"/>
          </w:tcPr>
          <w:p>
            <w:r>
              <w:t>10</w:t>
            </w:r>
          </w:p>
        </w:tc>
        <w:tc>
          <w:tcPr>
            <w:tcW w:type="dxa" w:w="1440"/>
          </w:tcPr>
          <w:p>
            <w:r>
              <w:t>390</w:t>
            </w:r>
          </w:p>
        </w:tc>
        <w:tc>
          <w:tcPr>
            <w:tcW w:type="dxa" w:w="1440"/>
          </w:tcPr>
          <w:p>
            <w:r>
              <w:t>并列第11名，精确到小数点后两位后排名11</w:t>
            </w:r>
          </w:p>
        </w:tc>
      </w:tr>
      <w:tr>
        <w:tc>
          <w:tcPr>
            <w:tcW w:type="dxa" w:w="1440"/>
          </w:tcPr>
          <w:p>
            <w:r>
              <w:t>12</w:t>
            </w:r>
          </w:p>
        </w:tc>
        <w:tc>
          <w:tcPr>
            <w:tcW w:type="dxa" w:w="1440"/>
          </w:tcPr>
          <w:p>
            <w:r>
              <w:t>吴栩薇</w:t>
            </w:r>
          </w:p>
        </w:tc>
        <w:tc>
          <w:tcPr>
            <w:tcW w:type="dxa" w:w="1440"/>
          </w:tcPr>
          <w:p>
            <w:r>
              <w:t>380</w:t>
            </w:r>
          </w:p>
        </w:tc>
        <w:tc>
          <w:tcPr>
            <w:tcW w:type="dxa" w:w="1440"/>
          </w:tcPr>
          <w:p>
            <w:r>
              <w:t>10</w:t>
            </w:r>
          </w:p>
        </w:tc>
        <w:tc>
          <w:tcPr>
            <w:tcW w:type="dxa" w:w="1440"/>
          </w:tcPr>
          <w:p>
            <w:r>
              <w:t>390</w:t>
            </w:r>
          </w:p>
        </w:tc>
        <w:tc>
          <w:tcPr>
            <w:tcW w:type="dxa" w:w="1440"/>
          </w:tcPr>
          <w:p>
            <w:r>
              <w:t>并列第12名，精确到小数点后两位后排名12</w:t>
            </w:r>
          </w:p>
        </w:tc>
      </w:tr>
      <w:tr>
        <w:tc>
          <w:tcPr>
            <w:tcW w:type="dxa" w:w="1440"/>
          </w:tcPr>
          <w:p>
            <w:r>
              <w:t>13</w:t>
            </w:r>
          </w:p>
        </w:tc>
        <w:tc>
          <w:tcPr>
            <w:tcW w:type="dxa" w:w="1440"/>
          </w:tcPr>
          <w:p>
            <w:r>
              <w:t>李思睿</w:t>
            </w:r>
          </w:p>
        </w:tc>
        <w:tc>
          <w:tcPr>
            <w:tcW w:type="dxa" w:w="1440"/>
          </w:tcPr>
          <w:p>
            <w:r>
              <w:t>380</w:t>
            </w:r>
          </w:p>
        </w:tc>
        <w:tc>
          <w:tcPr>
            <w:tcW w:type="dxa" w:w="1440"/>
          </w:tcPr>
          <w:p>
            <w:r>
              <w:t>8</w:t>
            </w:r>
          </w:p>
        </w:tc>
        <w:tc>
          <w:tcPr>
            <w:tcW w:type="dxa" w:w="1440"/>
          </w:tcPr>
          <w:p>
            <w:r>
              <w:t>388</w:t>
            </w:r>
          </w:p>
        </w:tc>
        <w:tc>
          <w:tcPr>
            <w:tcW w:type="dxa" w:w="1440"/>
          </w:tcPr>
          <w:p>
            <w:r/>
          </w:p>
        </w:tc>
      </w:tr>
      <w:tr>
        <w:tc>
          <w:tcPr>
            <w:tcW w:type="dxa" w:w="1440"/>
          </w:tcPr>
          <w:p>
            <w:r>
              <w:t>14</w:t>
            </w:r>
          </w:p>
        </w:tc>
        <w:tc>
          <w:tcPr>
            <w:tcW w:type="dxa" w:w="1440"/>
          </w:tcPr>
          <w:p>
            <w:r>
              <w:t>陆贝宁</w:t>
            </w:r>
          </w:p>
        </w:tc>
        <w:tc>
          <w:tcPr>
            <w:tcW w:type="dxa" w:w="1440"/>
          </w:tcPr>
          <w:p>
            <w:r>
              <w:t>380</w:t>
            </w:r>
          </w:p>
        </w:tc>
        <w:tc>
          <w:tcPr>
            <w:tcW w:type="dxa" w:w="1440"/>
          </w:tcPr>
          <w:p>
            <w:r>
              <w:t>6</w:t>
            </w:r>
          </w:p>
        </w:tc>
        <w:tc>
          <w:tcPr>
            <w:tcW w:type="dxa" w:w="1440"/>
          </w:tcPr>
          <w:p>
            <w:r>
              <w:t>386</w:t>
            </w:r>
          </w:p>
        </w:tc>
        <w:tc>
          <w:tcPr>
            <w:tcW w:type="dxa" w:w="1440"/>
          </w:tcPr>
          <w:p>
            <w:r>
              <w:t>候补，并列第14名，精确到小数点后两位后排名14</w:t>
            </w:r>
          </w:p>
        </w:tc>
      </w:tr>
      <w:tr>
        <w:tc>
          <w:tcPr>
            <w:tcW w:type="dxa" w:w="1440"/>
          </w:tcPr>
          <w:p>
            <w:r>
              <w:t>15</w:t>
            </w:r>
          </w:p>
        </w:tc>
        <w:tc>
          <w:tcPr>
            <w:tcW w:type="dxa" w:w="1440"/>
          </w:tcPr>
          <w:p>
            <w:r>
              <w:t>张心怡</w:t>
            </w:r>
          </w:p>
        </w:tc>
        <w:tc>
          <w:tcPr>
            <w:tcW w:type="dxa" w:w="1440"/>
          </w:tcPr>
          <w:p>
            <w:r>
              <w:t>380</w:t>
            </w:r>
          </w:p>
        </w:tc>
        <w:tc>
          <w:tcPr>
            <w:tcW w:type="dxa" w:w="1440"/>
          </w:tcPr>
          <w:p>
            <w:r>
              <w:t>6</w:t>
            </w:r>
          </w:p>
        </w:tc>
        <w:tc>
          <w:tcPr>
            <w:tcW w:type="dxa" w:w="1440"/>
          </w:tcPr>
          <w:p>
            <w:r>
              <w:t>386</w:t>
            </w:r>
          </w:p>
        </w:tc>
        <w:tc>
          <w:tcPr>
            <w:tcW w:type="dxa" w:w="1440"/>
          </w:tcPr>
          <w:p>
            <w:r>
              <w:t>候补，并列第14名，精确到小数点后两位后排名15</w:t>
            </w:r>
          </w:p>
        </w:tc>
      </w:tr>
    </w:tbl>
    <w:p>
      <w:r>
        <w:t>公示期：2022年9月16日－2022年9月26日。如有异议，请于2022年9月26日前与唐文治书院推荐工作领导小组联系，电话：65880757。</w:t>
      </w:r>
    </w:p>
    <w:p>
      <w:r>
        <w:t>唐文治书院</w:t>
      </w:r>
    </w:p>
    <w:p>
      <w:r>
        <w:t>2022年9月16日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