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唐文治书院推荐优秀应届本科毕业生2021年免试攻读硕士学位研究生名单公示</w:t>
      </w:r>
    </w:p>
    <w:p>
      <w:r>
        <w:t>唐文治书院推荐工作领导小组根据《苏州大学推荐优秀应届毕业生免试攻读硕士学位研究生工作实施办法》、《院部推免工作实施细则》等规定，经审核学生的申请资格并组织全面审核鉴定，现根据申请者综合成绩，按照院部排序拟定推荐学生名单，公示如下：</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唐文治书院2021年推免研究生综合测评成绩</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序号</w:t>
            </w:r>
          </w:p>
        </w:tc>
        <w:tc>
          <w:tcPr>
            <w:tcW w:type="dxa" w:w="1080"/>
          </w:tcPr>
          <w:p>
            <w:r>
              <w:t>姓名</w:t>
            </w:r>
          </w:p>
        </w:tc>
        <w:tc>
          <w:tcPr>
            <w:tcW w:type="dxa" w:w="1080"/>
          </w:tcPr>
          <w:p>
            <w:r>
              <w:t>所在专业</w:t>
            </w:r>
          </w:p>
        </w:tc>
        <w:tc>
          <w:tcPr>
            <w:tcW w:type="dxa" w:w="1080"/>
          </w:tcPr>
          <w:p>
            <w:r>
              <w:t>绩点</w:t>
            </w:r>
          </w:p>
        </w:tc>
        <w:tc>
          <w:tcPr>
            <w:tcW w:type="dxa" w:w="1080"/>
          </w:tcPr>
          <w:p>
            <w:r>
              <w:t>绩点成绩</w:t>
            </w:r>
          </w:p>
        </w:tc>
        <w:tc>
          <w:tcPr>
            <w:tcW w:type="dxa" w:w="1080"/>
          </w:tcPr>
          <w:p>
            <w:r>
              <w:t>综合加分</w:t>
            </w:r>
          </w:p>
        </w:tc>
        <w:tc>
          <w:tcPr>
            <w:tcW w:type="dxa" w:w="1080"/>
          </w:tcPr>
          <w:p>
            <w:r>
              <w:t>总成绩</w:t>
            </w:r>
          </w:p>
        </w:tc>
        <w:tc>
          <w:tcPr>
            <w:tcW w:type="dxa" w:w="1080"/>
          </w:tcPr>
          <w:p>
            <w:r>
              <w:t>备注</w:t>
            </w:r>
          </w:p>
        </w:tc>
      </w:tr>
      <w:tr>
        <w:tc>
          <w:tcPr>
            <w:tcW w:type="dxa" w:w="1080"/>
          </w:tcPr>
          <w:p>
            <w:r>
              <w:t>1</w:t>
            </w:r>
          </w:p>
        </w:tc>
        <w:tc>
          <w:tcPr>
            <w:tcW w:type="dxa" w:w="1080"/>
          </w:tcPr>
          <w:p>
            <w:r>
              <w:t>钱毅珺</w:t>
            </w:r>
          </w:p>
        </w:tc>
        <w:tc>
          <w:tcPr>
            <w:tcW w:type="dxa" w:w="1080"/>
          </w:tcPr>
          <w:p>
            <w:r>
              <w:t>哲学</w:t>
            </w:r>
          </w:p>
        </w:tc>
        <w:tc>
          <w:tcPr>
            <w:tcW w:type="dxa" w:w="1080"/>
          </w:tcPr>
          <w:p>
            <w:r>
              <w:t>3.9</w:t>
            </w:r>
          </w:p>
        </w:tc>
        <w:tc>
          <w:tcPr>
            <w:tcW w:type="dxa" w:w="1080"/>
          </w:tcPr>
          <w:p>
            <w:r>
              <w:t>390</w:t>
            </w:r>
          </w:p>
        </w:tc>
        <w:tc>
          <w:tcPr>
            <w:tcW w:type="dxa" w:w="1080"/>
          </w:tcPr>
          <w:p>
            <w:r>
              <w:t>29</w:t>
            </w:r>
          </w:p>
        </w:tc>
        <w:tc>
          <w:tcPr>
            <w:tcW w:type="dxa" w:w="1080"/>
          </w:tcPr>
          <w:p>
            <w:r>
              <w:t>419.00</w:t>
            </w:r>
          </w:p>
        </w:tc>
        <w:tc>
          <w:tcPr>
            <w:tcW w:type="dxa" w:w="1080"/>
          </w:tcPr>
          <w:p>
            <w:r>
              <w:t>​</w:t>
            </w:r>
          </w:p>
        </w:tc>
      </w:tr>
      <w:tr>
        <w:tc>
          <w:tcPr>
            <w:tcW w:type="dxa" w:w="1080"/>
          </w:tcPr>
          <w:p>
            <w:r>
              <w:t>2</w:t>
            </w:r>
          </w:p>
        </w:tc>
        <w:tc>
          <w:tcPr>
            <w:tcW w:type="dxa" w:w="1080"/>
          </w:tcPr>
          <w:p>
            <w:r>
              <w:t>徐凯悦</w:t>
            </w:r>
          </w:p>
        </w:tc>
        <w:tc>
          <w:tcPr>
            <w:tcW w:type="dxa" w:w="1080"/>
          </w:tcPr>
          <w:p>
            <w:r>
              <w:t>汉语言文学（基地）</w:t>
            </w:r>
          </w:p>
        </w:tc>
        <w:tc>
          <w:tcPr>
            <w:tcW w:type="dxa" w:w="1080"/>
          </w:tcPr>
          <w:p>
            <w:r>
              <w:t>3.8</w:t>
            </w:r>
          </w:p>
        </w:tc>
        <w:tc>
          <w:tcPr>
            <w:tcW w:type="dxa" w:w="1080"/>
          </w:tcPr>
          <w:p>
            <w:r>
              <w:t>380</w:t>
            </w:r>
          </w:p>
        </w:tc>
        <w:tc>
          <w:tcPr>
            <w:tcW w:type="dxa" w:w="1080"/>
          </w:tcPr>
          <w:p>
            <w:r>
              <w:t>33</w:t>
            </w:r>
          </w:p>
        </w:tc>
        <w:tc>
          <w:tcPr>
            <w:tcW w:type="dxa" w:w="1080"/>
          </w:tcPr>
          <w:p>
            <w:r>
              <w:t>413.00</w:t>
            </w:r>
          </w:p>
        </w:tc>
        <w:tc>
          <w:tcPr>
            <w:tcW w:type="dxa" w:w="1080"/>
          </w:tcPr>
          <w:p>
            <w:r>
              <w:t>​</w:t>
            </w:r>
          </w:p>
        </w:tc>
      </w:tr>
      <w:tr>
        <w:tc>
          <w:tcPr>
            <w:tcW w:type="dxa" w:w="1080"/>
          </w:tcPr>
          <w:p>
            <w:r>
              <w:t>3</w:t>
            </w:r>
          </w:p>
        </w:tc>
        <w:tc>
          <w:tcPr>
            <w:tcW w:type="dxa" w:w="1080"/>
          </w:tcPr>
          <w:p>
            <w:r>
              <w:t>田壮志</w:t>
            </w:r>
          </w:p>
        </w:tc>
        <w:tc>
          <w:tcPr>
            <w:tcW w:type="dxa" w:w="1080"/>
          </w:tcPr>
          <w:p>
            <w:r>
              <w:t>哲学</w:t>
            </w:r>
          </w:p>
        </w:tc>
        <w:tc>
          <w:tcPr>
            <w:tcW w:type="dxa" w:w="1080"/>
          </w:tcPr>
          <w:p>
            <w:r>
              <w:t>3.8</w:t>
            </w:r>
          </w:p>
        </w:tc>
        <w:tc>
          <w:tcPr>
            <w:tcW w:type="dxa" w:w="1080"/>
          </w:tcPr>
          <w:p>
            <w:r>
              <w:t>380</w:t>
            </w:r>
          </w:p>
        </w:tc>
        <w:tc>
          <w:tcPr>
            <w:tcW w:type="dxa" w:w="1080"/>
          </w:tcPr>
          <w:p>
            <w:r>
              <w:t>18</w:t>
            </w:r>
          </w:p>
        </w:tc>
        <w:tc>
          <w:tcPr>
            <w:tcW w:type="dxa" w:w="1080"/>
          </w:tcPr>
          <w:p>
            <w:r>
              <w:t>398.00</w:t>
            </w:r>
          </w:p>
        </w:tc>
        <w:tc>
          <w:tcPr>
            <w:tcW w:type="dxa" w:w="1080"/>
          </w:tcPr>
          <w:p>
            <w:r>
              <w:t>​</w:t>
            </w:r>
          </w:p>
        </w:tc>
      </w:tr>
      <w:tr>
        <w:tc>
          <w:tcPr>
            <w:tcW w:type="dxa" w:w="1080"/>
          </w:tcPr>
          <w:p>
            <w:r>
              <w:t>4</w:t>
            </w:r>
          </w:p>
        </w:tc>
        <w:tc>
          <w:tcPr>
            <w:tcW w:type="dxa" w:w="1080"/>
          </w:tcPr>
          <w:p>
            <w:r>
              <w:t>段琪辉</w:t>
            </w:r>
          </w:p>
        </w:tc>
        <w:tc>
          <w:tcPr>
            <w:tcW w:type="dxa" w:w="1080"/>
          </w:tcPr>
          <w:p>
            <w:r>
              <w:t>汉语言文学</w:t>
            </w:r>
          </w:p>
        </w:tc>
        <w:tc>
          <w:tcPr>
            <w:tcW w:type="dxa" w:w="1080"/>
          </w:tcPr>
          <w:p>
            <w:r>
              <w:t>3.8</w:t>
            </w:r>
          </w:p>
        </w:tc>
        <w:tc>
          <w:tcPr>
            <w:tcW w:type="dxa" w:w="1080"/>
          </w:tcPr>
          <w:p>
            <w:r>
              <w:t>380</w:t>
            </w:r>
          </w:p>
        </w:tc>
        <w:tc>
          <w:tcPr>
            <w:tcW w:type="dxa" w:w="1080"/>
          </w:tcPr>
          <w:p>
            <w:r>
              <w:t>14</w:t>
            </w:r>
          </w:p>
        </w:tc>
        <w:tc>
          <w:tcPr>
            <w:tcW w:type="dxa" w:w="1080"/>
          </w:tcPr>
          <w:p>
            <w:r>
              <w:t>394.00</w:t>
            </w:r>
          </w:p>
        </w:tc>
        <w:tc>
          <w:tcPr>
            <w:tcW w:type="dxa" w:w="1080"/>
          </w:tcPr>
          <w:p>
            <w:r>
              <w:t>​</w:t>
            </w:r>
          </w:p>
        </w:tc>
      </w:tr>
      <w:tr>
        <w:tc>
          <w:tcPr>
            <w:tcW w:type="dxa" w:w="1080"/>
          </w:tcPr>
          <w:p>
            <w:r>
              <w:t>5</w:t>
            </w:r>
          </w:p>
        </w:tc>
        <w:tc>
          <w:tcPr>
            <w:tcW w:type="dxa" w:w="1080"/>
          </w:tcPr>
          <w:p>
            <w:r>
              <w:t>吴雨馨</w:t>
            </w:r>
          </w:p>
        </w:tc>
        <w:tc>
          <w:tcPr>
            <w:tcW w:type="dxa" w:w="1080"/>
          </w:tcPr>
          <w:p>
            <w:r>
              <w:t>汉语言文学基地</w:t>
            </w:r>
          </w:p>
        </w:tc>
        <w:tc>
          <w:tcPr>
            <w:tcW w:type="dxa" w:w="1080"/>
          </w:tcPr>
          <w:p>
            <w:r>
              <w:t>3.8</w:t>
            </w:r>
          </w:p>
        </w:tc>
        <w:tc>
          <w:tcPr>
            <w:tcW w:type="dxa" w:w="1080"/>
          </w:tcPr>
          <w:p>
            <w:r>
              <w:t>380</w:t>
            </w:r>
          </w:p>
        </w:tc>
        <w:tc>
          <w:tcPr>
            <w:tcW w:type="dxa" w:w="1080"/>
          </w:tcPr>
          <w:p>
            <w:r>
              <w:t>14</w:t>
            </w:r>
          </w:p>
        </w:tc>
        <w:tc>
          <w:tcPr>
            <w:tcW w:type="dxa" w:w="1080"/>
          </w:tcPr>
          <w:p>
            <w:r>
              <w:t>394.00</w:t>
            </w:r>
          </w:p>
        </w:tc>
        <w:tc>
          <w:tcPr>
            <w:tcW w:type="dxa" w:w="1080"/>
          </w:tcPr>
          <w:p>
            <w:r>
              <w:t>​</w:t>
            </w:r>
          </w:p>
        </w:tc>
      </w:tr>
      <w:tr>
        <w:tc>
          <w:tcPr>
            <w:tcW w:type="dxa" w:w="1080"/>
          </w:tcPr>
          <w:p>
            <w:r>
              <w:t>6</w:t>
            </w:r>
          </w:p>
        </w:tc>
        <w:tc>
          <w:tcPr>
            <w:tcW w:type="dxa" w:w="1080"/>
          </w:tcPr>
          <w:p>
            <w:r>
              <w:t>鲍悦</w:t>
            </w:r>
          </w:p>
        </w:tc>
        <w:tc>
          <w:tcPr>
            <w:tcW w:type="dxa" w:w="1080"/>
          </w:tcPr>
          <w:p>
            <w:r>
              <w:t>汉语言文学（基地）</w:t>
            </w:r>
          </w:p>
        </w:tc>
        <w:tc>
          <w:tcPr>
            <w:tcW w:type="dxa" w:w="1080"/>
          </w:tcPr>
          <w:p>
            <w:r>
              <w:t>3.8</w:t>
            </w:r>
          </w:p>
        </w:tc>
        <w:tc>
          <w:tcPr>
            <w:tcW w:type="dxa" w:w="1080"/>
          </w:tcPr>
          <w:p>
            <w:r>
              <w:t>380</w:t>
            </w:r>
          </w:p>
        </w:tc>
        <w:tc>
          <w:tcPr>
            <w:tcW w:type="dxa" w:w="1080"/>
          </w:tcPr>
          <w:p>
            <w:r>
              <w:t>12</w:t>
            </w:r>
          </w:p>
        </w:tc>
        <w:tc>
          <w:tcPr>
            <w:tcW w:type="dxa" w:w="1080"/>
          </w:tcPr>
          <w:p>
            <w:r>
              <w:t>392.00</w:t>
            </w:r>
          </w:p>
        </w:tc>
        <w:tc>
          <w:tcPr>
            <w:tcW w:type="dxa" w:w="1080"/>
          </w:tcPr>
          <w:p>
            <w:r>
              <w:t>​</w:t>
            </w:r>
          </w:p>
        </w:tc>
      </w:tr>
      <w:tr>
        <w:tc>
          <w:tcPr>
            <w:tcW w:type="dxa" w:w="1080"/>
          </w:tcPr>
          <w:p>
            <w:r>
              <w:t>7</w:t>
            </w:r>
          </w:p>
        </w:tc>
        <w:tc>
          <w:tcPr>
            <w:tcW w:type="dxa" w:w="1080"/>
          </w:tcPr>
          <w:p>
            <w:r>
              <w:t>於悠然</w:t>
            </w:r>
          </w:p>
        </w:tc>
        <w:tc>
          <w:tcPr>
            <w:tcW w:type="dxa" w:w="1080"/>
          </w:tcPr>
          <w:p>
            <w:r>
              <w:t>汉语言文学（基地）</w:t>
            </w:r>
          </w:p>
        </w:tc>
        <w:tc>
          <w:tcPr>
            <w:tcW w:type="dxa" w:w="1080"/>
          </w:tcPr>
          <w:p>
            <w:r>
              <w:t>3.8</w:t>
            </w:r>
          </w:p>
        </w:tc>
        <w:tc>
          <w:tcPr>
            <w:tcW w:type="dxa" w:w="1080"/>
          </w:tcPr>
          <w:p>
            <w:r>
              <w:t>380</w:t>
            </w:r>
          </w:p>
        </w:tc>
        <w:tc>
          <w:tcPr>
            <w:tcW w:type="dxa" w:w="1080"/>
          </w:tcPr>
          <w:p>
            <w:r>
              <w:t>11</w:t>
            </w:r>
          </w:p>
        </w:tc>
        <w:tc>
          <w:tcPr>
            <w:tcW w:type="dxa" w:w="1080"/>
          </w:tcPr>
          <w:p>
            <w:r>
              <w:t>391.00</w:t>
            </w:r>
          </w:p>
        </w:tc>
        <w:tc>
          <w:tcPr>
            <w:tcW w:type="dxa" w:w="1080"/>
          </w:tcPr>
          <w:p>
            <w:r>
              <w:t>​</w:t>
            </w:r>
          </w:p>
        </w:tc>
      </w:tr>
      <w:tr>
        <w:tc>
          <w:tcPr>
            <w:tcW w:type="dxa" w:w="1080"/>
          </w:tcPr>
          <w:p>
            <w:r>
              <w:t>8</w:t>
            </w:r>
          </w:p>
        </w:tc>
        <w:tc>
          <w:tcPr>
            <w:tcW w:type="dxa" w:w="1080"/>
          </w:tcPr>
          <w:p>
            <w:r>
              <w:t>段晓臻</w:t>
            </w:r>
          </w:p>
        </w:tc>
        <w:tc>
          <w:tcPr>
            <w:tcW w:type="dxa" w:w="1080"/>
          </w:tcPr>
          <w:p>
            <w:r>
              <w:t>汉语言文学（基地）</w:t>
            </w:r>
          </w:p>
        </w:tc>
        <w:tc>
          <w:tcPr>
            <w:tcW w:type="dxa" w:w="1080"/>
          </w:tcPr>
          <w:p>
            <w:r>
              <w:t>3.8</w:t>
            </w:r>
          </w:p>
        </w:tc>
        <w:tc>
          <w:tcPr>
            <w:tcW w:type="dxa" w:w="1080"/>
          </w:tcPr>
          <w:p>
            <w:r>
              <w:t>380</w:t>
            </w:r>
          </w:p>
        </w:tc>
        <w:tc>
          <w:tcPr>
            <w:tcW w:type="dxa" w:w="1080"/>
          </w:tcPr>
          <w:p>
            <w:r>
              <w:t>9</w:t>
            </w:r>
          </w:p>
        </w:tc>
        <w:tc>
          <w:tcPr>
            <w:tcW w:type="dxa" w:w="1080"/>
          </w:tcPr>
          <w:p>
            <w:r>
              <w:t>389.00</w:t>
            </w:r>
          </w:p>
        </w:tc>
        <w:tc>
          <w:tcPr>
            <w:tcW w:type="dxa" w:w="1080"/>
          </w:tcPr>
          <w:p>
            <w:r>
              <w:t>​</w:t>
            </w:r>
          </w:p>
        </w:tc>
      </w:tr>
      <w:tr>
        <w:tc>
          <w:tcPr>
            <w:tcW w:type="dxa" w:w="1080"/>
          </w:tcPr>
          <w:p>
            <w:r>
              <w:t>9</w:t>
            </w:r>
          </w:p>
        </w:tc>
        <w:tc>
          <w:tcPr>
            <w:tcW w:type="dxa" w:w="1080"/>
          </w:tcPr>
          <w:p>
            <w:r>
              <w:t>潘莉雯</w:t>
            </w:r>
          </w:p>
        </w:tc>
        <w:tc>
          <w:tcPr>
            <w:tcW w:type="dxa" w:w="1080"/>
          </w:tcPr>
          <w:p>
            <w:r>
              <w:t>汉语言文学（基地）</w:t>
            </w:r>
          </w:p>
        </w:tc>
        <w:tc>
          <w:tcPr>
            <w:tcW w:type="dxa" w:w="1080"/>
          </w:tcPr>
          <w:p>
            <w:r>
              <w:t>3.8</w:t>
            </w:r>
          </w:p>
        </w:tc>
        <w:tc>
          <w:tcPr>
            <w:tcW w:type="dxa" w:w="1080"/>
          </w:tcPr>
          <w:p>
            <w:r>
              <w:t>380</w:t>
            </w:r>
          </w:p>
        </w:tc>
        <w:tc>
          <w:tcPr>
            <w:tcW w:type="dxa" w:w="1080"/>
          </w:tcPr>
          <w:p>
            <w:r>
              <w:t>7</w:t>
            </w:r>
          </w:p>
        </w:tc>
        <w:tc>
          <w:tcPr>
            <w:tcW w:type="dxa" w:w="1080"/>
          </w:tcPr>
          <w:p>
            <w:r>
              <w:t>387.00</w:t>
            </w:r>
          </w:p>
        </w:tc>
        <w:tc>
          <w:tcPr>
            <w:tcW w:type="dxa" w:w="1080"/>
          </w:tcPr>
          <w:p>
            <w:r>
              <w:t>​</w:t>
            </w:r>
          </w:p>
        </w:tc>
      </w:tr>
      <w:tr>
        <w:tc>
          <w:tcPr>
            <w:tcW w:type="dxa" w:w="1080"/>
          </w:tcPr>
          <w:p>
            <w:r>
              <w:t>10</w:t>
            </w:r>
          </w:p>
        </w:tc>
        <w:tc>
          <w:tcPr>
            <w:tcW w:type="dxa" w:w="1080"/>
          </w:tcPr>
          <w:p>
            <w:r>
              <w:t>张心雨</w:t>
            </w:r>
          </w:p>
        </w:tc>
        <w:tc>
          <w:tcPr>
            <w:tcW w:type="dxa" w:w="1080"/>
          </w:tcPr>
          <w:p>
            <w:r>
              <w:t>汉语言文学（基地）</w:t>
            </w:r>
          </w:p>
        </w:tc>
        <w:tc>
          <w:tcPr>
            <w:tcW w:type="dxa" w:w="1080"/>
          </w:tcPr>
          <w:p>
            <w:r>
              <w:t>3.8</w:t>
            </w:r>
          </w:p>
        </w:tc>
        <w:tc>
          <w:tcPr>
            <w:tcW w:type="dxa" w:w="1080"/>
          </w:tcPr>
          <w:p>
            <w:r>
              <w:t>380</w:t>
            </w:r>
          </w:p>
        </w:tc>
        <w:tc>
          <w:tcPr>
            <w:tcW w:type="dxa" w:w="1080"/>
          </w:tcPr>
          <w:p>
            <w:r>
              <w:t>7</w:t>
            </w:r>
          </w:p>
        </w:tc>
        <w:tc>
          <w:tcPr>
            <w:tcW w:type="dxa" w:w="1080"/>
          </w:tcPr>
          <w:p>
            <w:r>
              <w:t>387.00</w:t>
            </w:r>
          </w:p>
        </w:tc>
        <w:tc>
          <w:tcPr>
            <w:tcW w:type="dxa" w:w="1080"/>
          </w:tcPr>
          <w:p>
            <w:r>
              <w:t>​</w:t>
            </w:r>
          </w:p>
        </w:tc>
      </w:tr>
      <w:tr>
        <w:tc>
          <w:tcPr>
            <w:tcW w:type="dxa" w:w="1080"/>
          </w:tcPr>
          <w:p>
            <w:r>
              <w:t>11</w:t>
            </w:r>
          </w:p>
        </w:tc>
        <w:tc>
          <w:tcPr>
            <w:tcW w:type="dxa" w:w="1080"/>
          </w:tcPr>
          <w:p>
            <w:r>
              <w:t>吴昊蕊</w:t>
            </w:r>
          </w:p>
        </w:tc>
        <w:tc>
          <w:tcPr>
            <w:tcW w:type="dxa" w:w="1080"/>
          </w:tcPr>
          <w:p>
            <w:r>
              <w:t>哲学</w:t>
            </w:r>
          </w:p>
        </w:tc>
        <w:tc>
          <w:tcPr>
            <w:tcW w:type="dxa" w:w="1080"/>
          </w:tcPr>
          <w:p>
            <w:r>
              <w:t>3.8</w:t>
            </w:r>
          </w:p>
        </w:tc>
        <w:tc>
          <w:tcPr>
            <w:tcW w:type="dxa" w:w="1080"/>
          </w:tcPr>
          <w:p>
            <w:r>
              <w:t>380</w:t>
            </w:r>
          </w:p>
        </w:tc>
        <w:tc>
          <w:tcPr>
            <w:tcW w:type="dxa" w:w="1080"/>
          </w:tcPr>
          <w:p>
            <w:r>
              <w:t>6</w:t>
            </w:r>
          </w:p>
        </w:tc>
        <w:tc>
          <w:tcPr>
            <w:tcW w:type="dxa" w:w="1080"/>
          </w:tcPr>
          <w:p>
            <w:r>
              <w:t>386.00</w:t>
            </w:r>
          </w:p>
        </w:tc>
        <w:tc>
          <w:tcPr>
            <w:tcW w:type="dxa" w:w="1080"/>
          </w:tcPr>
          <w:p>
            <w:r>
              <w:t>​</w:t>
            </w:r>
          </w:p>
        </w:tc>
      </w:tr>
      <w:tr>
        <w:tc>
          <w:tcPr>
            <w:tcW w:type="dxa" w:w="1080"/>
          </w:tcPr>
          <w:p>
            <w:r>
              <w:t>12</w:t>
            </w:r>
          </w:p>
        </w:tc>
        <w:tc>
          <w:tcPr>
            <w:tcW w:type="dxa" w:w="1080"/>
          </w:tcPr>
          <w:p>
            <w:r>
              <w:t>邢文正</w:t>
            </w:r>
          </w:p>
        </w:tc>
        <w:tc>
          <w:tcPr>
            <w:tcW w:type="dxa" w:w="1080"/>
          </w:tcPr>
          <w:p>
            <w:r>
              <w:t>汉语言文学</w:t>
            </w:r>
          </w:p>
        </w:tc>
        <w:tc>
          <w:tcPr>
            <w:tcW w:type="dxa" w:w="1080"/>
          </w:tcPr>
          <w:p>
            <w:r>
              <w:t>3.8</w:t>
            </w:r>
          </w:p>
        </w:tc>
        <w:tc>
          <w:tcPr>
            <w:tcW w:type="dxa" w:w="1080"/>
          </w:tcPr>
          <w:p>
            <w:r>
              <w:t>380</w:t>
            </w:r>
          </w:p>
        </w:tc>
        <w:tc>
          <w:tcPr>
            <w:tcW w:type="dxa" w:w="1080"/>
          </w:tcPr>
          <w:p>
            <w:r>
              <w:t>1</w:t>
            </w:r>
          </w:p>
        </w:tc>
        <w:tc>
          <w:tcPr>
            <w:tcW w:type="dxa" w:w="1080"/>
          </w:tcPr>
          <w:p>
            <w:r>
              <w:t>381.00</w:t>
            </w:r>
          </w:p>
        </w:tc>
        <w:tc>
          <w:tcPr>
            <w:tcW w:type="dxa" w:w="1080"/>
          </w:tcPr>
          <w:p>
            <w:r>
              <w:t>​</w:t>
            </w:r>
          </w:p>
        </w:tc>
      </w:tr>
      <w:tr>
        <w:tc>
          <w:tcPr>
            <w:tcW w:type="dxa" w:w="1080"/>
          </w:tcPr>
          <w:p>
            <w:r>
              <w:t>13</w:t>
            </w:r>
          </w:p>
        </w:tc>
        <w:tc>
          <w:tcPr>
            <w:tcW w:type="dxa" w:w="1080"/>
          </w:tcPr>
          <w:p>
            <w:r>
              <w:t>蒲婧怡</w:t>
            </w:r>
          </w:p>
        </w:tc>
        <w:tc>
          <w:tcPr>
            <w:tcW w:type="dxa" w:w="1080"/>
          </w:tcPr>
          <w:p>
            <w:r>
              <w:t>汉语言文学（基地）</w:t>
            </w:r>
          </w:p>
        </w:tc>
        <w:tc>
          <w:tcPr>
            <w:tcW w:type="dxa" w:w="1080"/>
          </w:tcPr>
          <w:p>
            <w:r>
              <w:t>3.7</w:t>
            </w:r>
          </w:p>
        </w:tc>
        <w:tc>
          <w:tcPr>
            <w:tcW w:type="dxa" w:w="1080"/>
          </w:tcPr>
          <w:p>
            <w:r>
              <w:t>370</w:t>
            </w:r>
          </w:p>
        </w:tc>
        <w:tc>
          <w:tcPr>
            <w:tcW w:type="dxa" w:w="1080"/>
          </w:tcPr>
          <w:p>
            <w:r>
              <w:t>10</w:t>
            </w:r>
          </w:p>
        </w:tc>
        <w:tc>
          <w:tcPr>
            <w:tcW w:type="dxa" w:w="1080"/>
          </w:tcPr>
          <w:p>
            <w:r>
              <w:t>380.00</w:t>
            </w:r>
          </w:p>
        </w:tc>
        <w:tc>
          <w:tcPr>
            <w:tcW w:type="dxa" w:w="1080"/>
          </w:tcPr>
          <w:p>
            <w:r>
              <w:t>候补</w:t>
            </w:r>
          </w:p>
        </w:tc>
      </w:tr>
      <w:tr>
        <w:tc>
          <w:tcPr>
            <w:tcW w:type="dxa" w:w="1080"/>
          </w:tcPr>
          <w:p>
            <w:r>
              <w:t>14</w:t>
            </w:r>
          </w:p>
        </w:tc>
        <w:tc>
          <w:tcPr>
            <w:tcW w:type="dxa" w:w="1080"/>
          </w:tcPr>
          <w:p>
            <w:r>
              <w:t>徐于刁</w:t>
            </w:r>
          </w:p>
        </w:tc>
        <w:tc>
          <w:tcPr>
            <w:tcW w:type="dxa" w:w="1080"/>
          </w:tcPr>
          <w:p>
            <w:r>
              <w:t>汉语言文学（基地）</w:t>
            </w:r>
          </w:p>
        </w:tc>
        <w:tc>
          <w:tcPr>
            <w:tcW w:type="dxa" w:w="1080"/>
          </w:tcPr>
          <w:p>
            <w:r>
              <w:t>3.7</w:t>
            </w:r>
          </w:p>
        </w:tc>
        <w:tc>
          <w:tcPr>
            <w:tcW w:type="dxa" w:w="1080"/>
          </w:tcPr>
          <w:p>
            <w:r>
              <w:t>370</w:t>
            </w:r>
          </w:p>
        </w:tc>
        <w:tc>
          <w:tcPr>
            <w:tcW w:type="dxa" w:w="1080"/>
          </w:tcPr>
          <w:p>
            <w:r>
              <w:t>6</w:t>
            </w:r>
          </w:p>
        </w:tc>
        <w:tc>
          <w:tcPr>
            <w:tcW w:type="dxa" w:w="1080"/>
          </w:tcPr>
          <w:p>
            <w:r>
              <w:t>376.00</w:t>
            </w:r>
          </w:p>
        </w:tc>
        <w:tc>
          <w:tcPr>
            <w:tcW w:type="dxa" w:w="1080"/>
          </w:tcPr>
          <w:p>
            <w:r>
              <w:t>候补</w:t>
            </w:r>
          </w:p>
        </w:tc>
      </w:tr>
      <w:tr>
        <w:tc>
          <w:tcPr>
            <w:tcW w:type="dxa" w:w="1080"/>
          </w:tcPr>
          <w:p>
            <w:r>
              <w:t>15</w:t>
            </w:r>
          </w:p>
        </w:tc>
        <w:tc>
          <w:tcPr>
            <w:tcW w:type="dxa" w:w="1080"/>
          </w:tcPr>
          <w:p>
            <w:r>
              <w:t>翟羽瑶</w:t>
            </w:r>
          </w:p>
        </w:tc>
        <w:tc>
          <w:tcPr>
            <w:tcW w:type="dxa" w:w="1080"/>
          </w:tcPr>
          <w:p>
            <w:r>
              <w:t>汉语言文学</w:t>
            </w:r>
          </w:p>
        </w:tc>
        <w:tc>
          <w:tcPr>
            <w:tcW w:type="dxa" w:w="1080"/>
          </w:tcPr>
          <w:p>
            <w:r>
              <w:t>3.7</w:t>
            </w:r>
          </w:p>
        </w:tc>
        <w:tc>
          <w:tcPr>
            <w:tcW w:type="dxa" w:w="1080"/>
          </w:tcPr>
          <w:p>
            <w:r>
              <w:t>370</w:t>
            </w:r>
          </w:p>
        </w:tc>
        <w:tc>
          <w:tcPr>
            <w:tcW w:type="dxa" w:w="1080"/>
          </w:tcPr>
          <w:p>
            <w:r>
              <w:t>4</w:t>
            </w:r>
          </w:p>
        </w:tc>
        <w:tc>
          <w:tcPr>
            <w:tcW w:type="dxa" w:w="1080"/>
          </w:tcPr>
          <w:p>
            <w:r>
              <w:t>374.00</w:t>
            </w:r>
          </w:p>
        </w:tc>
        <w:tc>
          <w:tcPr>
            <w:tcW w:type="dxa" w:w="1080"/>
          </w:tcPr>
          <w:p>
            <w:r>
              <w:t>候补并列15名，精确到小数点后两位后排名15</w:t>
            </w:r>
          </w:p>
        </w:tc>
      </w:tr>
    </w:tbl>
    <w:p>
      <w:r>
        <w:t>公示期：2020年9月28日－2020年10月8日。如有异议，请于2020年10月8日前与唐文治书院推荐工作领导小组联系，电话：65880757。</w:t>
      </w:r>
    </w:p>
    <w:p>
      <w:r>
        <w:t>唐文治书院</w:t>
      </w:r>
    </w:p>
    <w:p>
      <w:r>
        <w:t>2020年9月28日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