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苏州大学社会学院推荐优秀应届本科生毕业生 2024年免试攻读硕士研究生办法实施细则</w:t>
      </w:r>
    </w:p>
    <w:p>
      <w:r>
        <w:t>根据上级要求及《关于组织开展推荐2024年优秀应届本科毕业生免试攻读研究生工作的通知》、《苏州大学推荐优秀应届本科毕业生免试攻读研究生工作实施办法（2021年修订）》精神，为做好我院2024年推荐免试攻读硕士研究生工作，结合本院实际情况，制定本实施细则。</w:t>
      </w:r>
    </w:p>
    <w:p>
      <w:pPr>
        <w:pStyle w:val="ListNumber"/>
      </w:pPr>
      <w:r>
        <w:t>社会学院推免工作小组</w:t>
      </w:r>
    </w:p>
    <w:p>
      <w:r>
        <w:t>学院按工作要求成立11人的学院推免工作小组，全面负责2024届毕业生的推免申请资格审核、综合评价、遴选等工作。</w:t>
      </w:r>
    </w:p>
    <w:p>
      <w:r>
        <w:t>组长：高峰、邓国林。</w:t>
      </w:r>
    </w:p>
    <w:p>
      <w:r>
        <w:t>副组长：黄鸿山、宋言奇。</w:t>
      </w:r>
    </w:p>
    <w:p>
      <w:r>
        <w:t>组员：裔洪根、朱今、王晗、毕建新、马德峰、黄泰、胡宇。</w:t>
      </w:r>
    </w:p>
    <w:p>
      <w:r>
        <w:t>秘书：郑明莉、赵立树、孙柏林。</w:t>
      </w:r>
    </w:p>
    <w:p>
      <w:r>
        <w:t>二、推荐名额</w:t>
      </w:r>
    </w:p>
    <w:p>
      <w:r>
        <w:t>因当前教育部推免指标尚未下达，学院指标分配具体方案另行公布。</w:t>
      </w:r>
    </w:p>
    <w:p>
      <w:r>
        <w:t>三、推荐程序和时间节点</w:t>
      </w:r>
    </w:p>
    <w:p>
      <w:r>
        <w:t>1.动员和公告：2023年9月9日起，学院在应届本科毕业生中进行动员，宣传上级主管部门及学校各项推免政策、条件。学院着手制定学院推免工作程序和学院推免工作实施细则，于9月12日17:00前报送学校教务处，于9月14日17：00前在学院网站发布经教务处、学校审核定稿后的《推免实施细则》，并报送加盖公章的纸质文本至教务处。</w:t>
      </w:r>
    </w:p>
    <w:p>
      <w:r>
        <w:t>2.学生申请：</w:t>
      </w:r>
    </w:p>
    <w:p>
      <w:r>
        <w:t>9月9日（周六）12:00至13日（周三）10:00，符合推免申请条件的2024届预毕业本科生自愿登录“苏州大学本科生推免申请系统”（网址：http://tmsq.jwb.suda.edu.cn/，外网需先登录学校VPN），点击“推免申请”，并上传相关证明材料。申请时务必认真阅读页面内的提示内容；申请时间截止，系统自动关闭，学生将不能再申请。</w:t>
      </w:r>
    </w:p>
    <w:p>
      <w:r>
        <w:t>尚未返校的申请学生，应及时与学院联系了解有关推免申请证明材料、综合评价等相关事宜。申请参加“支教团”计划的学生按校团委相关工作通知执行。</w:t>
      </w:r>
    </w:p>
    <w:p>
      <w:r>
        <w:t>3.审核学生申请资格：9月14日12:00前，教务老师登录“苏州大学本科生推免申请系统”，完成申请学生的资格审核。学生可于9月15日起在推免系统内查询本人申请资格是否通过。</w:t>
      </w:r>
    </w:p>
    <w:p>
      <w:r>
        <w:t>4.学生申请材料报送：学生在推免系统中提交申请后，在“申请查询”里下载并打印推免申请表（签名）、中文成绩单（可自行在在线预约系统下载打印），连同本人发展素质相关的证明材料复印件（含参军入伍服兵役、参加志愿服务、到国际组织实习、科研成果、竞赛获奖等），提交至学院。相关材料请于9月12日16：00前，提交至孙柏林老师处。相关材料需确保真实无误，弄虚作假者取消推免资格，并记入个人诚信记录，取消今后评奖评优资格。</w:t>
      </w:r>
    </w:p>
    <w:p>
      <w:r>
        <w:t>5.审核学生申请材料：9月15—16日，根据推免条件，学院推免工作小组，组织对学生提交的申请材料进行初审。</w:t>
      </w:r>
    </w:p>
    <w:p>
      <w:r>
        <w:t>6.学院初选与综合评价：9月17日— 18日，学院推免工作小组，将组织专家审核小组，依据申请者提交的申请材料，对申请者进行综合评价。再根据申请者的综合评价成绩（学业成绩与发展素质成绩之和），从高到低排序，按推荐名额的1:1，确定初步推荐名单。并根据各专业的推免名额分配情况和申请人的综合评价成绩高低，讨论确定1-2名替补名单。9月19日（周二）12:00前，教务老师在“推免申请系统”中录入初选学生的综合评价成绩等信息，并完成电子和纸质文本报送工作。学院初选名单自报送之日起，在学院网站公示10个工作日。</w:t>
      </w:r>
    </w:p>
    <w:p>
      <w:r>
        <w:t>7.学校审核和名单报送：9月22日（周五）17:00前，学校审定推免名单并在校内通知中予以公示，教务处在教育部推免服务系统内报送推免生数据。随后学生可在学校官网校内通知中查询推免生公示名单。</w:t>
      </w:r>
    </w:p>
    <w:p>
      <w:r>
        <w:t>8.后续工作提醒：获得推免资格的学生应自行及时登录教育部“推免服务系统”，查询相关工作信息及安排，并按要求完成相关操作，错过或错误操作者，责任自负。有关操作指南说明请及时关注教育部网站，有关网上填报问题请及时与拟申请单位的研究生招生工作管理部门联系咨询。</w:t>
      </w:r>
    </w:p>
    <w:p>
      <w:r>
        <w:t>四、推免对象和基本条件</w:t>
      </w:r>
    </w:p>
    <w:p>
      <w:pPr>
        <w:pStyle w:val="ListNumber"/>
      </w:pPr>
      <w:r>
        <w:t>推免对象</w:t>
      </w:r>
    </w:p>
    <w:p>
      <w:r>
        <w:t>1．2019级五年制专业、2020级四年制专业，且预计能于2024年6月正常毕业并获得学士学位的学生；</w:t>
      </w:r>
    </w:p>
    <w:p>
      <w:r>
        <w:t>2．在校期间曾因休学而延长学年，将于2024年6月首次进入毕业环节，且预计能正常毕业并获得学士学位的学生。</w:t>
      </w:r>
    </w:p>
    <w:p>
      <w:r>
        <w:t>特别提醒：第2类学生应经学院（部）查实学籍异动记录，确认符合条件后，由学院（部）于9月12日（周二）上午10:00前将名单报至教务处学籍管理科（邮件发送至yhwu@suda.edu.cn）后，方可在推免申请系统中进行申请。</w:t>
      </w:r>
    </w:p>
    <w:p>
      <w:pPr>
        <w:pStyle w:val="ListNumber"/>
      </w:pPr>
      <w:r>
        <w:t>基本条件</w:t>
      </w:r>
    </w:p>
    <w:p>
      <w:r>
        <w:t>推免工作坚持德智体美劳全面衡量，以德为先，择优选拔，申请推免的学生须满足以下条件：</w:t>
      </w:r>
    </w:p>
    <w:p>
      <w:r>
        <w:t>1.拥护党的领导，坚定社会主义信念，具有高尚的爱国主义情操和集体主义精神，社会责任感强，遵纪守法，积极向上，身心健康；品行表现优良，无任何违法违纪受处分记录或受处分记录解除后品德表现优良；诚实守信，学风端正，无任何剽窃他人学术成果等学术不端记录。</w:t>
      </w:r>
    </w:p>
    <w:p>
      <w:r>
        <w:t>2.纳入国家普通本科招生计划录取的应届本科毕业生（不含第二学士学位专业学生）。</w:t>
      </w:r>
    </w:p>
    <w:p>
      <w:r>
        <w:t>3.具有学术研究的兴趣和潜力，学习刻苦、勤奋，且成绩优秀。已修课程成绩全部合格，即记录百分制的课程学分绩点达1.0及以上、记录等级的课程成绩达D及以上等级（体育保健班学生体育课程标注为“保健”）；取得毕业要求总学分的四分之三以上（含四分之三）学分；课程平均学分绩点（GPA）在本专业名列前茅,外语水平优秀；申请时必修课程无“弃考”记录。</w:t>
      </w:r>
    </w:p>
    <w:p>
      <w:r>
        <w:t>五、综合考核及遴选办法</w:t>
      </w:r>
    </w:p>
    <w:p>
      <w:r>
        <w:t>综合考核成绩的计算办法如下：</w:t>
      </w:r>
    </w:p>
    <w:p>
      <w:r>
        <w:t>1.综合评价成绩（满分500分）=学业成绩（GPA*100）+发展素质成绩（满分100分）。其中，发展素质成绩按以下五项打分：完成义务兵役（20分）、参加志愿服务（最高10分）、到国际组织实习（最高10分）、科研成果（最高30分）、竞赛获奖（最高30分）。具体遴选指标及所占权重及单项指标上限分值，参见附件。</w:t>
      </w:r>
    </w:p>
    <w:p>
      <w:r>
        <w:t>2.学生在某一方面中有多项加分情况时，原则上只取一项，不得为仅符合单一或部分遴选指标的学生单列计划，不得降低推免选拔标准。每个项目的具体打分标准参见附件。学生申报时须提供证明材料，由专家审核小组进行审核。</w:t>
      </w:r>
    </w:p>
    <w:p>
      <w:r>
        <w:t>3.GPA以学校教务系统中的数值为准（精确到小数点后两位）。同一专业综合评价成绩完全相等的同学，以GPA高者排名在前；同一专业综合评价成绩完全相等、同时GPA也完全相同的，将精确计算该生的GPA至小数点后三位，以高者排名在前。若采取上述办法仍不能区分前后，将精确计算该生大类基础课程的GPA至小数点后三位，数值高者排名在前；仍相同者，再精确计算该生专业必修课程的GPA至小数点后三位，数值高者排名在前；若仍相同者，将以百分制的大类基础课程及专业必修课程的平均分高低为依据进行排名。</w:t>
      </w:r>
    </w:p>
    <w:p>
      <w:r>
        <w:t>六、建立健全学院推免工作回避和报备制度</w:t>
      </w:r>
    </w:p>
    <w:p>
      <w:r>
        <w:t>按照《苏州大学推荐优秀应届本科毕业生免试攻读研究生工作实施办法（2021年修订）》第十三条规定，推免工作实行回避制度。推免相关工作人员有直系亲属或利益相关人员（如收费辅导教学等）报名参加本单位推免招生的须主动申请回避，有非直系亲属等报名参加推免招生的要主动报备。相关学生申请推免资格时也应主动报备声明。各单位回避情况须报学校备案，对未按规定报备声明回避关系的推免相关工作人员，学校将依规依纪严肃处理；对未按规定报备声明回避关系且影响推免过程和结果公平公正的学生，学校将取消其推免资格。工作人员回避申请或报备请于9月12日17：00前主动以书面形式上报赵立树老师，学生回避申请或报备请于9月12日17：00前主动以书面形式上报孙柏林老师。</w:t>
      </w:r>
    </w:p>
    <w:p>
      <w:r>
        <w:t>七、推免生名单产生办法</w:t>
      </w:r>
    </w:p>
    <w:p>
      <w:r>
        <w:t>根据综合考核成绩总分排名，按总成绩由高到低排定顺序，确定推免生名单。</w:t>
      </w:r>
    </w:p>
    <w:p>
      <w:r>
        <w:t>八、申诉机制</w:t>
      </w:r>
    </w:p>
    <w:p>
      <w:r>
        <w:t>《实施细则》将按照公正、公开、公平的原则贯彻实施。未尽事宜，按学校规定执行。如果有任何异议，可及时向学院推免工作小组进行申诉和反馈。联系人：孙老师，联系电话：0512-65883970，邮箱blsun@suda.edu.cn。学生若对学院意见不服的，可继续向学校教务处实名申诉，联系方式：电话0512-67163652；邮箱xlhu@suda.edu.cn。</w:t>
      </w:r>
    </w:p>
    <w:p>
      <w:r>
        <w:t>九、其他事项按照学校有关文件规定执行</w:t>
      </w:r>
    </w:p>
    <w:p>
      <w:r>
        <w:t>以上工作安排若有变化，以上级部门的最新工作通知为准。</w:t>
      </w:r>
    </w:p>
    <w:p>
      <w:r>
        <w:t>苏州大学社会学院</w:t>
      </w:r>
    </w:p>
    <w:p>
      <w:r>
        <w:t>2023年9月12日</w:t>
      </w:r>
    </w:p>
    <w:p>
      <w:r>
        <w:t>附件1：综合评价成绩指标说明</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一级指标</w:t>
            </w:r>
          </w:p>
        </w:tc>
        <w:tc>
          <w:tcPr>
            <w:tcW w:type="dxa" w:w="2160"/>
          </w:tcPr>
          <w:p>
            <w:r>
              <w:t>二级指标</w:t>
            </w:r>
          </w:p>
        </w:tc>
        <w:tc>
          <w:tcPr>
            <w:tcW w:type="dxa" w:w="2160"/>
          </w:tcPr>
          <w:p>
            <w:r>
              <w:t>三级指标</w:t>
            </w:r>
          </w:p>
        </w:tc>
        <w:tc>
          <w:tcPr>
            <w:tcW w:type="dxa" w:w="2160"/>
          </w:tcPr>
          <w:p>
            <w:r>
              <w:t>分值</w:t>
            </w:r>
          </w:p>
        </w:tc>
      </w:tr>
      <w:tr>
        <w:tc>
          <w:tcPr>
            <w:tcW w:type="dxa" w:w="2160"/>
          </w:tcPr>
          <w:p>
            <w:r>
              <w:t>入伍服兵役（20分）</w:t>
            </w:r>
          </w:p>
        </w:tc>
        <w:tc>
          <w:tcPr>
            <w:tcW w:type="dxa" w:w="2160"/>
          </w:tcPr>
          <w:p>
            <w:r>
              <w:t>完成义务兵役（20分）</w:t>
            </w:r>
          </w:p>
        </w:tc>
        <w:tc>
          <w:tcPr>
            <w:tcW w:type="dxa" w:w="2160"/>
          </w:tcPr>
          <w:p>
            <w:r/>
          </w:p>
        </w:tc>
        <w:tc>
          <w:tcPr>
            <w:tcW w:type="dxa" w:w="2160"/>
          </w:tcPr>
          <w:p>
            <w:r>
              <w:t>20</w:t>
            </w:r>
          </w:p>
        </w:tc>
      </w:tr>
      <w:tr>
        <w:tc>
          <w:tcPr>
            <w:tcW w:type="dxa" w:w="2160"/>
          </w:tcPr>
          <w:p>
            <w:r>
              <w:t>志愿服务（10分）</w:t>
            </w:r>
          </w:p>
        </w:tc>
        <w:tc>
          <w:tcPr>
            <w:tcW w:type="dxa" w:w="2160"/>
          </w:tcPr>
          <w:p>
            <w:r>
              <w:t>志愿服务时长（10分）</w:t>
            </w:r>
          </w:p>
        </w:tc>
        <w:tc>
          <w:tcPr>
            <w:tcW w:type="dxa" w:w="2160"/>
          </w:tcPr>
          <w:p>
            <w:r>
              <w:t>在本专业申请推免的同学中，经学院认定的志愿服务时长排名前20%（含20%）</w:t>
            </w:r>
          </w:p>
        </w:tc>
        <w:tc>
          <w:tcPr>
            <w:tcW w:type="dxa" w:w="2160"/>
          </w:tcPr>
          <w:p>
            <w:r>
              <w:t>10</w:t>
            </w:r>
          </w:p>
        </w:tc>
      </w:tr>
      <w:tr>
        <w:tc>
          <w:tcPr>
            <w:tcW w:type="dxa" w:w="2160"/>
          </w:tcPr>
          <w:p>
            <w:r>
              <w:t>在本专业申请推免的同学中，经学院认定的志愿服务时长排名前20%-50%（含50%）</w:t>
            </w:r>
          </w:p>
        </w:tc>
        <w:tc>
          <w:tcPr>
            <w:tcW w:type="dxa" w:w="2160"/>
          </w:tcPr>
          <w:p>
            <w:r>
              <w:t>8</w:t>
            </w:r>
          </w:p>
        </w:tc>
        <w:tc>
          <w:tcPr>
            <w:tcW w:type="dxa" w:w="2160"/>
          </w:tcPr>
          <w:p/>
        </w:tc>
        <w:tc>
          <w:tcPr>
            <w:tcW w:type="dxa" w:w="2160"/>
          </w:tcPr>
          <w:p/>
        </w:tc>
      </w:tr>
      <w:tr>
        <w:tc>
          <w:tcPr>
            <w:tcW w:type="dxa" w:w="2160"/>
          </w:tcPr>
          <w:p>
            <w:r>
              <w:t>有志愿服务经历，在本专业申请推免的同学中，经学院认定的志愿服务时长排名50%以下。</w:t>
            </w:r>
          </w:p>
        </w:tc>
        <w:tc>
          <w:tcPr>
            <w:tcW w:type="dxa" w:w="2160"/>
          </w:tcPr>
          <w:p>
            <w:r>
              <w:t>6</w:t>
            </w:r>
          </w:p>
        </w:tc>
        <w:tc>
          <w:tcPr>
            <w:tcW w:type="dxa" w:w="2160"/>
          </w:tcPr>
          <w:p/>
        </w:tc>
        <w:tc>
          <w:tcPr>
            <w:tcW w:type="dxa" w:w="2160"/>
          </w:tcPr>
          <w:p/>
        </w:tc>
      </w:tr>
      <w:tr>
        <w:tc>
          <w:tcPr>
            <w:tcW w:type="dxa" w:w="2160"/>
          </w:tcPr>
          <w:p>
            <w:r>
              <w:t>国际组织实习（10分）</w:t>
            </w:r>
          </w:p>
        </w:tc>
        <w:tc>
          <w:tcPr>
            <w:tcW w:type="dxa" w:w="2160"/>
          </w:tcPr>
          <w:p>
            <w:r>
              <w:t>实习时长（5分）</w:t>
            </w:r>
          </w:p>
        </w:tc>
        <w:tc>
          <w:tcPr>
            <w:tcW w:type="dxa" w:w="2160"/>
          </w:tcPr>
          <w:p>
            <w:r>
              <w:t>实习时间3个月及以上</w:t>
            </w:r>
          </w:p>
        </w:tc>
        <w:tc>
          <w:tcPr>
            <w:tcW w:type="dxa" w:w="2160"/>
          </w:tcPr>
          <w:p>
            <w:r>
              <w:t>5</w:t>
            </w:r>
          </w:p>
        </w:tc>
      </w:tr>
      <w:tr>
        <w:tc>
          <w:tcPr>
            <w:tcW w:type="dxa" w:w="2160"/>
          </w:tcPr>
          <w:p>
            <w:r>
              <w:t>实习时间1个月及以上，3个月以内</w:t>
            </w:r>
          </w:p>
        </w:tc>
        <w:tc>
          <w:tcPr>
            <w:tcW w:type="dxa" w:w="2160"/>
          </w:tcPr>
          <w:p>
            <w:r>
              <w:t>4</w:t>
            </w:r>
          </w:p>
        </w:tc>
        <w:tc>
          <w:tcPr>
            <w:tcW w:type="dxa" w:w="2160"/>
          </w:tcPr>
          <w:p/>
        </w:tc>
        <w:tc>
          <w:tcPr>
            <w:tcW w:type="dxa" w:w="2160"/>
          </w:tcPr>
          <w:p/>
        </w:tc>
      </w:tr>
      <w:tr>
        <w:tc>
          <w:tcPr>
            <w:tcW w:type="dxa" w:w="2160"/>
          </w:tcPr>
          <w:p>
            <w:r>
              <w:t>有实习经历，但实习时间在1个月以内</w:t>
            </w:r>
          </w:p>
        </w:tc>
        <w:tc>
          <w:tcPr>
            <w:tcW w:type="dxa" w:w="2160"/>
          </w:tcPr>
          <w:p>
            <w:r>
              <w:t>3</w:t>
            </w:r>
          </w:p>
        </w:tc>
        <w:tc>
          <w:tcPr>
            <w:tcW w:type="dxa" w:w="2160"/>
          </w:tcPr>
          <w:p/>
        </w:tc>
        <w:tc>
          <w:tcPr>
            <w:tcW w:type="dxa" w:w="2160"/>
          </w:tcPr>
          <w:p/>
        </w:tc>
      </w:tr>
      <w:tr>
        <w:tc>
          <w:tcPr>
            <w:tcW w:type="dxa" w:w="2160"/>
          </w:tcPr>
          <w:p>
            <w:r>
              <w:t>实习质量（5分）</w:t>
            </w:r>
          </w:p>
        </w:tc>
        <w:tc>
          <w:tcPr>
            <w:tcW w:type="dxa" w:w="2160"/>
          </w:tcPr>
          <w:p>
            <w:r>
              <w:t>实习工作受到国际组织认可，获得个人类的表彰</w:t>
            </w:r>
          </w:p>
        </w:tc>
        <w:tc>
          <w:tcPr>
            <w:tcW w:type="dxa" w:w="2160"/>
          </w:tcPr>
          <w:p>
            <w:r>
              <w:t>5</w:t>
            </w:r>
          </w:p>
        </w:tc>
        <w:tc>
          <w:tcPr>
            <w:tcW w:type="dxa" w:w="2160"/>
          </w:tcPr>
          <w:p/>
        </w:tc>
      </w:tr>
      <w:tr>
        <w:tc>
          <w:tcPr>
            <w:tcW w:type="dxa" w:w="2160"/>
          </w:tcPr>
          <w:p>
            <w:r>
              <w:t>实习工作受到国际组织认可，作为成员获得团体类的表彰</w:t>
            </w:r>
          </w:p>
        </w:tc>
        <w:tc>
          <w:tcPr>
            <w:tcW w:type="dxa" w:w="2160"/>
          </w:tcPr>
          <w:p>
            <w:r>
              <w:t>4</w:t>
            </w:r>
          </w:p>
        </w:tc>
        <w:tc>
          <w:tcPr>
            <w:tcW w:type="dxa" w:w="2160"/>
          </w:tcPr>
          <w:p/>
        </w:tc>
        <w:tc>
          <w:tcPr>
            <w:tcW w:type="dxa" w:w="2160"/>
          </w:tcPr>
          <w:p/>
        </w:tc>
      </w:tr>
      <w:tr>
        <w:tc>
          <w:tcPr>
            <w:tcW w:type="dxa" w:w="2160"/>
          </w:tcPr>
          <w:p>
            <w:r>
              <w:t>实习工作受到国际组织认可，有书面证明的</w:t>
            </w:r>
          </w:p>
        </w:tc>
        <w:tc>
          <w:tcPr>
            <w:tcW w:type="dxa" w:w="2160"/>
          </w:tcPr>
          <w:p>
            <w:r>
              <w:t>3</w:t>
            </w:r>
          </w:p>
        </w:tc>
        <w:tc>
          <w:tcPr>
            <w:tcW w:type="dxa" w:w="2160"/>
          </w:tcPr>
          <w:p/>
        </w:tc>
        <w:tc>
          <w:tcPr>
            <w:tcW w:type="dxa" w:w="2160"/>
          </w:tcPr>
          <w:p/>
        </w:tc>
      </w:tr>
      <w:tr>
        <w:tc>
          <w:tcPr>
            <w:tcW w:type="dxa" w:w="2160"/>
          </w:tcPr>
          <w:p>
            <w:r>
              <w:t>科研成果（30分）</w:t>
            </w:r>
          </w:p>
        </w:tc>
        <w:tc>
          <w:tcPr>
            <w:tcW w:type="dxa" w:w="2160"/>
          </w:tcPr>
          <w:p>
            <w:r>
              <w:t>科研项目（18分）</w:t>
            </w:r>
          </w:p>
        </w:tc>
        <w:tc>
          <w:tcPr>
            <w:tcW w:type="dxa" w:w="2160"/>
          </w:tcPr>
          <w:p>
            <w:r>
              <w:t>见附件1</w:t>
            </w:r>
          </w:p>
        </w:tc>
        <w:tc>
          <w:tcPr>
            <w:tcW w:type="dxa" w:w="2160"/>
          </w:tcPr>
          <w:p>
            <w:r>
              <w:t>18</w:t>
            </w:r>
          </w:p>
        </w:tc>
      </w:tr>
      <w:tr>
        <w:tc>
          <w:tcPr>
            <w:tcW w:type="dxa" w:w="2160"/>
          </w:tcPr>
          <w:p>
            <w:r>
              <w:t>科研论文或专利（12分）</w:t>
            </w:r>
          </w:p>
        </w:tc>
        <w:tc>
          <w:tcPr>
            <w:tcW w:type="dxa" w:w="2160"/>
          </w:tcPr>
          <w:p>
            <w:r>
              <w:t>见附件2</w:t>
            </w:r>
          </w:p>
        </w:tc>
        <w:tc>
          <w:tcPr>
            <w:tcW w:type="dxa" w:w="2160"/>
          </w:tcPr>
          <w:p>
            <w:r>
              <w:t>12</w:t>
            </w:r>
          </w:p>
        </w:tc>
        <w:tc>
          <w:tcPr>
            <w:tcW w:type="dxa" w:w="2160"/>
          </w:tcPr>
          <w:p/>
        </w:tc>
      </w:tr>
      <w:tr>
        <w:tc>
          <w:tcPr>
            <w:tcW w:type="dxa" w:w="2160"/>
          </w:tcPr>
          <w:p>
            <w:r>
              <w:t>竞赛获奖（30分）</w:t>
            </w:r>
          </w:p>
        </w:tc>
        <w:tc>
          <w:tcPr>
            <w:tcW w:type="dxa" w:w="2160"/>
          </w:tcPr>
          <w:p>
            <w:r>
              <w:t>学科竞赛（18分）</w:t>
            </w:r>
          </w:p>
        </w:tc>
        <w:tc>
          <w:tcPr>
            <w:tcW w:type="dxa" w:w="2160"/>
          </w:tcPr>
          <w:p>
            <w:r>
              <w:t>见附件3</w:t>
            </w:r>
          </w:p>
        </w:tc>
        <w:tc>
          <w:tcPr>
            <w:tcW w:type="dxa" w:w="2160"/>
          </w:tcPr>
          <w:p>
            <w:r>
              <w:t>18</w:t>
            </w:r>
          </w:p>
        </w:tc>
      </w:tr>
      <w:tr>
        <w:tc>
          <w:tcPr>
            <w:tcW w:type="dxa" w:w="2160"/>
          </w:tcPr>
          <w:p>
            <w:r>
              <w:t>非学科竞赛（12分）</w:t>
            </w:r>
          </w:p>
        </w:tc>
        <w:tc>
          <w:tcPr>
            <w:tcW w:type="dxa" w:w="2160"/>
          </w:tcPr>
          <w:p>
            <w:r>
              <w:t>见附件4</w:t>
            </w:r>
          </w:p>
        </w:tc>
        <w:tc>
          <w:tcPr>
            <w:tcW w:type="dxa" w:w="2160"/>
          </w:tcPr>
          <w:p>
            <w:r>
              <w:t>12</w:t>
            </w:r>
          </w:p>
        </w:tc>
        <w:tc>
          <w:tcPr>
            <w:tcW w:type="dxa" w:w="2160"/>
          </w:tcPr>
          <w:p/>
        </w:tc>
      </w:tr>
    </w:tbl>
    <w:p>
      <w:r>
        <w:t>其他：</w:t>
      </w:r>
    </w:p>
    <w:p>
      <w:r>
        <w:t>1.相关材料的截止时间为该规则发布之时；</w:t>
      </w:r>
    </w:p>
    <w:p>
      <w:r>
        <w:t>2.表中未涵盖的其他科研成果，经专家审核小组评议后，可酌情加分；</w:t>
      </w:r>
    </w:p>
    <w:p>
      <w:r>
        <w:t>3.在某一指标中有多项加分情况时，原则上只取一项；</w:t>
      </w:r>
    </w:p>
    <w:p>
      <w:r>
        <w:t>4.国际组织名录，参见人力资源和社会保障部国际组织人才服务信息网的“了解国际组织”栏目，网站链接：http://io.mohrss.gov.cn/col/1002/index.html。</w:t>
      </w:r>
    </w:p>
    <w:p>
      <w:r>
        <w:t>5.未尽事宜，由专家审核小组评议并报社会学院推免工作小组决定。</w:t>
      </w:r>
    </w:p>
    <w:p>
      <w:r>
        <w:t>附件2：科研项目加分规则（18分）</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项目</w:t>
            </w:r>
          </w:p>
        </w:tc>
        <w:tc>
          <w:tcPr>
            <w:tcW w:type="dxa" w:w="1728"/>
          </w:tcPr>
          <w:p>
            <w:r>
              <w:t>级别</w:t>
            </w:r>
          </w:p>
        </w:tc>
        <w:tc>
          <w:tcPr>
            <w:tcW w:type="dxa" w:w="1728"/>
          </w:tcPr>
          <w:p>
            <w:r>
              <w:t>位次</w:t>
            </w:r>
          </w:p>
        </w:tc>
        <w:tc>
          <w:tcPr>
            <w:tcW w:type="dxa" w:w="1728"/>
          </w:tcPr>
          <w:p>
            <w:r>
              <w:t>分值</w:t>
            </w:r>
          </w:p>
        </w:tc>
        <w:tc>
          <w:tcPr>
            <w:tcW w:type="dxa" w:w="1728"/>
          </w:tcPr>
          <w:p>
            <w:r>
              <w:t>备注</w:t>
            </w:r>
          </w:p>
        </w:tc>
      </w:tr>
      <w:tr>
        <w:tc>
          <w:tcPr>
            <w:tcW w:type="dxa" w:w="1728"/>
          </w:tcPr>
          <w:p>
            <w:r>
              <w:t>大学生创新性实验计划项目</w:t>
            </w:r>
          </w:p>
        </w:tc>
        <w:tc>
          <w:tcPr>
            <w:tcW w:type="dxa" w:w="1728"/>
          </w:tcPr>
          <w:p>
            <w:r>
              <w:t>国家级</w:t>
            </w:r>
          </w:p>
        </w:tc>
        <w:tc>
          <w:tcPr>
            <w:tcW w:type="dxa" w:w="1728"/>
          </w:tcPr>
          <w:p>
            <w:r>
              <w:t>主持人</w:t>
            </w:r>
          </w:p>
        </w:tc>
        <w:tc>
          <w:tcPr>
            <w:tcW w:type="dxa" w:w="1728"/>
          </w:tcPr>
          <w:p>
            <w:r>
              <w:t>18</w:t>
            </w:r>
          </w:p>
        </w:tc>
        <w:tc>
          <w:tcPr>
            <w:tcW w:type="dxa" w:w="1728"/>
          </w:tcPr>
          <w:p>
            <w:r>
              <w:t>所有项目均需通过结题验收或中期检查合格</w:t>
            </w:r>
          </w:p>
        </w:tc>
      </w:tr>
      <w:tr>
        <w:tc>
          <w:tcPr>
            <w:tcW w:type="dxa" w:w="1728"/>
          </w:tcPr>
          <w:p>
            <w:r>
              <w:t>项目组其他成员（排名第2、3）</w:t>
            </w:r>
          </w:p>
        </w:tc>
        <w:tc>
          <w:tcPr>
            <w:tcW w:type="dxa" w:w="1728"/>
          </w:tcPr>
          <w:p>
            <w:r>
              <w:t>12</w:t>
            </w:r>
          </w:p>
        </w:tc>
        <w:tc>
          <w:tcPr>
            <w:tcW w:type="dxa" w:w="1728"/>
          </w:tcPr>
          <w:p/>
        </w:tc>
        <w:tc>
          <w:tcPr>
            <w:tcW w:type="dxa" w:w="1728"/>
          </w:tcPr>
          <w:p/>
        </w:tc>
        <w:tc>
          <w:tcPr>
            <w:tcW w:type="dxa" w:w="1728"/>
          </w:tcPr>
          <w:p/>
        </w:tc>
      </w:tr>
      <w:tr>
        <w:tc>
          <w:tcPr>
            <w:tcW w:type="dxa" w:w="1728"/>
          </w:tcPr>
          <w:p>
            <w:r>
              <w:t>省级</w:t>
            </w:r>
          </w:p>
        </w:tc>
        <w:tc>
          <w:tcPr>
            <w:tcW w:type="dxa" w:w="1728"/>
          </w:tcPr>
          <w:p>
            <w:r>
              <w:t>主持人</w:t>
            </w:r>
          </w:p>
        </w:tc>
        <w:tc>
          <w:tcPr>
            <w:tcW w:type="dxa" w:w="1728"/>
          </w:tcPr>
          <w:p>
            <w:r>
              <w:t>14</w:t>
            </w:r>
          </w:p>
        </w:tc>
        <w:tc>
          <w:tcPr>
            <w:tcW w:type="dxa" w:w="1728"/>
          </w:tcPr>
          <w:p/>
        </w:tc>
        <w:tc>
          <w:tcPr>
            <w:tcW w:type="dxa" w:w="1728"/>
          </w:tcPr>
          <w:p/>
        </w:tc>
      </w:tr>
      <w:tr>
        <w:tc>
          <w:tcPr>
            <w:tcW w:type="dxa" w:w="1728"/>
          </w:tcPr>
          <w:p>
            <w:r>
              <w:t>项目组其他成员（排名第2）</w:t>
            </w:r>
          </w:p>
        </w:tc>
        <w:tc>
          <w:tcPr>
            <w:tcW w:type="dxa" w:w="1728"/>
          </w:tcPr>
          <w:p>
            <w:r>
              <w:t>10</w:t>
            </w:r>
          </w:p>
        </w:tc>
        <w:tc>
          <w:tcPr>
            <w:tcW w:type="dxa" w:w="1728"/>
          </w:tcPr>
          <w:p/>
        </w:tc>
        <w:tc>
          <w:tcPr>
            <w:tcW w:type="dxa" w:w="1728"/>
          </w:tcPr>
          <w:p/>
        </w:tc>
        <w:tc>
          <w:tcPr>
            <w:tcW w:type="dxa" w:w="1728"/>
          </w:tcPr>
          <w:p/>
        </w:tc>
      </w:tr>
      <w:tr>
        <w:tc>
          <w:tcPr>
            <w:tcW w:type="dxa" w:w="1728"/>
          </w:tcPr>
          <w:p>
            <w:r>
              <w:t>校级</w:t>
            </w:r>
          </w:p>
        </w:tc>
        <w:tc>
          <w:tcPr>
            <w:tcW w:type="dxa" w:w="1728"/>
          </w:tcPr>
          <w:p>
            <w:r>
              <w:t>主持人</w:t>
            </w:r>
          </w:p>
        </w:tc>
        <w:tc>
          <w:tcPr>
            <w:tcW w:type="dxa" w:w="1728"/>
          </w:tcPr>
          <w:p>
            <w:r>
              <w:t>11</w:t>
            </w:r>
          </w:p>
        </w:tc>
        <w:tc>
          <w:tcPr>
            <w:tcW w:type="dxa" w:w="1728"/>
          </w:tcPr>
          <w:p/>
        </w:tc>
        <w:tc>
          <w:tcPr>
            <w:tcW w:type="dxa" w:w="1728"/>
          </w:tcPr>
          <w:p/>
        </w:tc>
      </w:tr>
      <w:tr>
        <w:tc>
          <w:tcPr>
            <w:tcW w:type="dxa" w:w="1728"/>
          </w:tcPr>
          <w:p>
            <w:r>
              <w:t>莙政学者</w:t>
            </w:r>
          </w:p>
        </w:tc>
        <w:tc>
          <w:tcPr>
            <w:tcW w:type="dxa" w:w="1728"/>
          </w:tcPr>
          <w:p>
            <w:r>
              <w:t></w:t>
            </w:r>
          </w:p>
        </w:tc>
        <w:tc>
          <w:tcPr>
            <w:tcW w:type="dxa" w:w="1728"/>
          </w:tcPr>
          <w:p>
            <w:r>
              <w:t>18</w:t>
            </w:r>
          </w:p>
        </w:tc>
        <w:tc>
          <w:tcPr>
            <w:tcW w:type="dxa" w:w="1728"/>
          </w:tcPr>
          <w:p/>
        </w:tc>
        <w:tc>
          <w:tcPr>
            <w:tcW w:type="dxa" w:w="1728"/>
          </w:tcPr>
          <w:p/>
        </w:tc>
      </w:tr>
      <w:tr>
        <w:tc>
          <w:tcPr>
            <w:tcW w:type="dxa" w:w="1728"/>
          </w:tcPr>
          <w:p>
            <w:r>
              <w:t>苏州大学课外学术科研基金</w:t>
            </w:r>
          </w:p>
        </w:tc>
        <w:tc>
          <w:tcPr>
            <w:tcW w:type="dxa" w:w="1728"/>
          </w:tcPr>
          <w:p>
            <w:r>
              <w:t>重大项目</w:t>
            </w:r>
          </w:p>
        </w:tc>
        <w:tc>
          <w:tcPr>
            <w:tcW w:type="dxa" w:w="1728"/>
          </w:tcPr>
          <w:p>
            <w:r>
              <w:t>主持人</w:t>
            </w:r>
          </w:p>
        </w:tc>
        <w:tc>
          <w:tcPr>
            <w:tcW w:type="dxa" w:w="1728"/>
          </w:tcPr>
          <w:p>
            <w:r>
              <w:t>14</w:t>
            </w:r>
          </w:p>
        </w:tc>
        <w:tc>
          <w:tcPr>
            <w:tcW w:type="dxa" w:w="1728"/>
          </w:tcPr>
          <w:p/>
        </w:tc>
      </w:tr>
      <w:tr>
        <w:tc>
          <w:tcPr>
            <w:tcW w:type="dxa" w:w="1728"/>
          </w:tcPr>
          <w:p>
            <w:r>
              <w:t>项目组其他成员（排名第2）</w:t>
            </w:r>
          </w:p>
        </w:tc>
        <w:tc>
          <w:tcPr>
            <w:tcW w:type="dxa" w:w="1728"/>
          </w:tcPr>
          <w:p>
            <w:r>
              <w:t>10</w:t>
            </w:r>
          </w:p>
        </w:tc>
        <w:tc>
          <w:tcPr>
            <w:tcW w:type="dxa" w:w="1728"/>
          </w:tcPr>
          <w:p/>
        </w:tc>
        <w:tc>
          <w:tcPr>
            <w:tcW w:type="dxa" w:w="1728"/>
          </w:tcPr>
          <w:p/>
        </w:tc>
        <w:tc>
          <w:tcPr>
            <w:tcW w:type="dxa" w:w="1728"/>
          </w:tcPr>
          <w:p/>
        </w:tc>
      </w:tr>
      <w:tr>
        <w:tc>
          <w:tcPr>
            <w:tcW w:type="dxa" w:w="1728"/>
          </w:tcPr>
          <w:p>
            <w:r>
              <w:t>重点项目</w:t>
            </w:r>
          </w:p>
        </w:tc>
        <w:tc>
          <w:tcPr>
            <w:tcW w:type="dxa" w:w="1728"/>
          </w:tcPr>
          <w:p>
            <w:r>
              <w:t>主持人</w:t>
            </w:r>
          </w:p>
        </w:tc>
        <w:tc>
          <w:tcPr>
            <w:tcW w:type="dxa" w:w="1728"/>
          </w:tcPr>
          <w:p>
            <w:r>
              <w:t>11</w:t>
            </w:r>
          </w:p>
        </w:tc>
        <w:tc>
          <w:tcPr>
            <w:tcW w:type="dxa" w:w="1728"/>
          </w:tcPr>
          <w:p/>
        </w:tc>
        <w:tc>
          <w:tcPr>
            <w:tcW w:type="dxa" w:w="1728"/>
          </w:tcPr>
          <w:p/>
        </w:tc>
      </w:tr>
      <w:tr>
        <w:tc>
          <w:tcPr>
            <w:tcW w:type="dxa" w:w="1728"/>
          </w:tcPr>
          <w:p>
            <w:r>
              <w:t>一般项目</w:t>
            </w:r>
          </w:p>
        </w:tc>
        <w:tc>
          <w:tcPr>
            <w:tcW w:type="dxa" w:w="1728"/>
          </w:tcPr>
          <w:p>
            <w:r>
              <w:t>主持人</w:t>
            </w:r>
          </w:p>
        </w:tc>
        <w:tc>
          <w:tcPr>
            <w:tcW w:type="dxa" w:w="1728"/>
          </w:tcPr>
          <w:p>
            <w:r>
              <w:t>6</w:t>
            </w:r>
          </w:p>
        </w:tc>
        <w:tc>
          <w:tcPr>
            <w:tcW w:type="dxa" w:w="1728"/>
          </w:tcPr>
          <w:p/>
        </w:tc>
        <w:tc>
          <w:tcPr>
            <w:tcW w:type="dxa" w:w="1728"/>
          </w:tcPr>
          <w:p/>
        </w:tc>
      </w:tr>
    </w:tbl>
    <w:p>
      <w:r>
        <w:t>说明：表格列举以外的其他项目，由专家审核小组依据材料，审定所属的级别、位次和分值。</w:t>
      </w:r>
    </w:p>
    <w:p>
      <w:r>
        <w:t>附件3：科研论文或专利加分情况（12分）</w:t>
      </w:r>
    </w:p>
    <w:tbl>
      <w:tblPr>
        <w:tblStyle w:val="TableGrid"/>
        <w:tblW w:type="auto" w:w="0"/>
        <w:tblLook w:firstColumn="1" w:firstRow="1" w:lastColumn="0" w:lastRow="0" w:noHBand="0" w:noVBand="1" w:val="04A0"/>
      </w:tblPr>
      <w:tblGrid>
        <w:gridCol w:w="2880"/>
        <w:gridCol w:w="2880"/>
        <w:gridCol w:w="2880"/>
      </w:tblGrid>
      <w:tr>
        <w:tc>
          <w:tcPr>
            <w:tcW w:type="dxa" w:w="2880"/>
          </w:tcPr>
          <w:p>
            <w:r>
              <w:t>级别</w:t>
            </w:r>
          </w:p>
        </w:tc>
        <w:tc>
          <w:tcPr>
            <w:tcW w:type="dxa" w:w="2880"/>
          </w:tcPr>
          <w:p>
            <w:r>
              <w:t>分值</w:t>
            </w:r>
          </w:p>
        </w:tc>
        <w:tc>
          <w:tcPr>
            <w:tcW w:type="dxa" w:w="2880"/>
          </w:tcPr>
          <w:p>
            <w:r>
              <w:t>备注</w:t>
            </w:r>
          </w:p>
        </w:tc>
      </w:tr>
      <w:tr>
        <w:tc>
          <w:tcPr>
            <w:tcW w:type="dxa" w:w="2880"/>
          </w:tcPr>
          <w:p>
            <w:r>
              <w:t>一类核心刊物（苏州大学人文社会科学处认定）或SCI第一分区论文或SSCI、A&amp;HCI来源期刊收录，或国外专利</w:t>
            </w:r>
          </w:p>
        </w:tc>
        <w:tc>
          <w:tcPr>
            <w:tcW w:type="dxa" w:w="2880"/>
          </w:tcPr>
          <w:p>
            <w:r>
              <w:t>12</w:t>
            </w:r>
          </w:p>
        </w:tc>
        <w:tc>
          <w:tcPr>
            <w:tcW w:type="dxa" w:w="2880"/>
          </w:tcPr>
          <w:p>
            <w:r>
              <w:t>论文（专利）需和自身学科领域相关，且为第一作者（专利为第一发明人）。</w:t>
            </w:r>
          </w:p>
        </w:tc>
      </w:tr>
      <w:tr>
        <w:tc>
          <w:tcPr>
            <w:tcW w:type="dxa" w:w="2880"/>
          </w:tcPr>
          <w:p>
            <w:r>
              <w:t>二类核心刊物（苏州大学人文社会科学处认定）或SCI第二分区论文，或国内发明专利</w:t>
            </w:r>
          </w:p>
        </w:tc>
        <w:tc>
          <w:tcPr>
            <w:tcW w:type="dxa" w:w="2880"/>
          </w:tcPr>
          <w:p>
            <w:r>
              <w:t>10</w:t>
            </w:r>
          </w:p>
        </w:tc>
        <w:tc>
          <w:tcPr>
            <w:tcW w:type="dxa" w:w="2880"/>
          </w:tcPr>
          <w:p/>
        </w:tc>
      </w:tr>
      <w:tr>
        <w:tc>
          <w:tcPr>
            <w:tcW w:type="dxa" w:w="2880"/>
          </w:tcPr>
          <w:p>
            <w:r>
              <w:t>三类核心刊物（苏州大学人文社会科学处认定）或SCI第三、四分区论文），或实用新型或外观设计专利</w:t>
            </w:r>
          </w:p>
        </w:tc>
        <w:tc>
          <w:tcPr>
            <w:tcW w:type="dxa" w:w="2880"/>
          </w:tcPr>
          <w:p>
            <w:r>
              <w:t>7</w:t>
            </w:r>
          </w:p>
        </w:tc>
        <w:tc>
          <w:tcPr>
            <w:tcW w:type="dxa" w:w="2880"/>
          </w:tcPr>
          <w:p/>
        </w:tc>
      </w:tr>
      <w:tr>
        <w:tc>
          <w:tcPr>
            <w:tcW w:type="dxa" w:w="2880"/>
          </w:tcPr>
          <w:p>
            <w:r>
              <w:t>CSSCI来源期刊，或计算机软件著作权、集成电路布图设计权</w:t>
            </w:r>
          </w:p>
        </w:tc>
        <w:tc>
          <w:tcPr>
            <w:tcW w:type="dxa" w:w="2880"/>
          </w:tcPr>
          <w:p>
            <w:r>
              <w:t>6</w:t>
            </w:r>
          </w:p>
        </w:tc>
        <w:tc>
          <w:tcPr>
            <w:tcW w:type="dxa" w:w="2880"/>
          </w:tcPr>
          <w:p/>
        </w:tc>
      </w:tr>
      <w:tr>
        <w:tc>
          <w:tcPr>
            <w:tcW w:type="dxa" w:w="2880"/>
          </w:tcPr>
          <w:p>
            <w:r>
              <w:t>北京大学图书馆中文核心期刊、EI期刊收录论文</w:t>
            </w:r>
          </w:p>
        </w:tc>
        <w:tc>
          <w:tcPr>
            <w:tcW w:type="dxa" w:w="2880"/>
          </w:tcPr>
          <w:p>
            <w:r>
              <w:t>5</w:t>
            </w:r>
          </w:p>
        </w:tc>
        <w:tc>
          <w:tcPr>
            <w:tcW w:type="dxa" w:w="2880"/>
          </w:tcPr>
          <w:p/>
        </w:tc>
      </w:tr>
      <w:tr>
        <w:tc>
          <w:tcPr>
            <w:tcW w:type="dxa" w:w="2880"/>
          </w:tcPr>
          <w:p>
            <w:r>
              <w:t>普通公开刊物（不包括增刊）</w:t>
            </w:r>
          </w:p>
        </w:tc>
        <w:tc>
          <w:tcPr>
            <w:tcW w:type="dxa" w:w="2880"/>
          </w:tcPr>
          <w:p>
            <w:r>
              <w:t>4</w:t>
            </w:r>
          </w:p>
        </w:tc>
        <w:tc>
          <w:tcPr>
            <w:tcW w:type="dxa" w:w="2880"/>
          </w:tcPr>
          <w:p/>
        </w:tc>
      </w:tr>
      <w:tr>
        <w:tc>
          <w:tcPr>
            <w:tcW w:type="dxa" w:w="2880"/>
          </w:tcPr>
          <w:p>
            <w:r>
              <w:t>参会论文（国家级学会主办）</w:t>
            </w:r>
          </w:p>
        </w:tc>
        <w:tc>
          <w:tcPr>
            <w:tcW w:type="dxa" w:w="2880"/>
          </w:tcPr>
          <w:p>
            <w:r>
              <w:t>2</w:t>
            </w:r>
          </w:p>
        </w:tc>
        <w:tc>
          <w:tcPr>
            <w:tcW w:type="dxa" w:w="2880"/>
          </w:tcPr>
          <w:p/>
        </w:tc>
      </w:tr>
      <w:tr>
        <w:tc>
          <w:tcPr>
            <w:tcW w:type="dxa" w:w="2880"/>
          </w:tcPr>
          <w:p>
            <w:r>
              <w:t>参会论文（省级学会主办）</w:t>
            </w:r>
          </w:p>
        </w:tc>
        <w:tc>
          <w:tcPr>
            <w:tcW w:type="dxa" w:w="2880"/>
          </w:tcPr>
          <w:p>
            <w:r>
              <w:t>1</w:t>
            </w:r>
          </w:p>
        </w:tc>
        <w:tc>
          <w:tcPr>
            <w:tcW w:type="dxa" w:w="2880"/>
          </w:tcPr>
          <w:p/>
        </w:tc>
      </w:tr>
    </w:tbl>
    <w:p>
      <w:r>
        <w:t>说明：表格列举以外的其他科研论文或专利，由专家审核小组依据材料，审定所属的级别和分值，用稿通知不计分。</w:t>
      </w:r>
    </w:p>
    <w:p>
      <w:r>
        <w:t>附件4：学科竞赛（18分）</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奖项级别</w:t>
            </w:r>
          </w:p>
        </w:tc>
        <w:tc>
          <w:tcPr>
            <w:tcW w:type="dxa" w:w="1728"/>
          </w:tcPr>
          <w:p>
            <w:r>
              <w:t>获奖等级</w:t>
            </w:r>
          </w:p>
        </w:tc>
        <w:tc>
          <w:tcPr>
            <w:tcW w:type="dxa" w:w="1728"/>
          </w:tcPr>
          <w:p>
            <w:r>
              <w:t>位次</w:t>
            </w:r>
          </w:p>
        </w:tc>
        <w:tc>
          <w:tcPr>
            <w:tcW w:type="dxa" w:w="1728"/>
          </w:tcPr>
          <w:p>
            <w:r>
              <w:t>分值</w:t>
            </w:r>
          </w:p>
        </w:tc>
        <w:tc>
          <w:tcPr>
            <w:tcW w:type="dxa" w:w="1728"/>
          </w:tcPr>
          <w:p>
            <w:r>
              <w:t>备注</w:t>
            </w:r>
          </w:p>
        </w:tc>
      </w:tr>
      <w:tr>
        <w:tc>
          <w:tcPr>
            <w:tcW w:type="dxa" w:w="1728"/>
          </w:tcPr>
          <w:p>
            <w:r>
              <w:t>国家级</w:t>
            </w:r>
          </w:p>
        </w:tc>
        <w:tc>
          <w:tcPr>
            <w:tcW w:type="dxa" w:w="1728"/>
          </w:tcPr>
          <w:p>
            <w:r>
              <w:t>最高等级</w:t>
            </w:r>
          </w:p>
        </w:tc>
        <w:tc>
          <w:tcPr>
            <w:tcW w:type="dxa" w:w="1728"/>
          </w:tcPr>
          <w:p>
            <w:r>
              <w:t>个人或团队负责人</w:t>
            </w:r>
          </w:p>
        </w:tc>
        <w:tc>
          <w:tcPr>
            <w:tcW w:type="dxa" w:w="1728"/>
          </w:tcPr>
          <w:p>
            <w:r>
              <w:t>18</w:t>
            </w:r>
          </w:p>
        </w:tc>
        <w:tc>
          <w:tcPr>
            <w:tcW w:type="dxa" w:w="1728"/>
          </w:tcPr>
          <w:p>
            <w:r>
              <w:t>获奖者需提供相关奖状或证明，级别以证书盖章单位为准进行认定</w:t>
            </w:r>
          </w:p>
        </w:tc>
      </w:tr>
      <w:tr>
        <w:tc>
          <w:tcPr>
            <w:tcW w:type="dxa" w:w="1728"/>
          </w:tcPr>
          <w:p>
            <w:r>
              <w:t>团队成员（排名第2、3）</w:t>
            </w:r>
          </w:p>
        </w:tc>
        <w:tc>
          <w:tcPr>
            <w:tcW w:type="dxa" w:w="1728"/>
          </w:tcPr>
          <w:p>
            <w:r>
              <w:t>14</w:t>
            </w:r>
          </w:p>
        </w:tc>
        <w:tc>
          <w:tcPr>
            <w:tcW w:type="dxa" w:w="1728"/>
          </w:tcPr>
          <w:p/>
        </w:tc>
        <w:tc>
          <w:tcPr>
            <w:tcW w:type="dxa" w:w="1728"/>
          </w:tcPr>
          <w:p/>
        </w:tc>
        <w:tc>
          <w:tcPr>
            <w:tcW w:type="dxa" w:w="1728"/>
          </w:tcPr>
          <w:p/>
        </w:tc>
      </w:tr>
      <w:tr>
        <w:tc>
          <w:tcPr>
            <w:tcW w:type="dxa" w:w="1728"/>
          </w:tcPr>
          <w:p>
            <w:r>
              <w:t>第二等级</w:t>
            </w:r>
          </w:p>
        </w:tc>
        <w:tc>
          <w:tcPr>
            <w:tcW w:type="dxa" w:w="1728"/>
          </w:tcPr>
          <w:p>
            <w:r>
              <w:t>个人或团队负责人</w:t>
            </w:r>
          </w:p>
        </w:tc>
        <w:tc>
          <w:tcPr>
            <w:tcW w:type="dxa" w:w="1728"/>
          </w:tcPr>
          <w:p>
            <w:r>
              <w:t>14</w:t>
            </w:r>
          </w:p>
        </w:tc>
        <w:tc>
          <w:tcPr>
            <w:tcW w:type="dxa" w:w="1728"/>
          </w:tcPr>
          <w:p/>
        </w:tc>
        <w:tc>
          <w:tcPr>
            <w:tcW w:type="dxa" w:w="1728"/>
          </w:tcPr>
          <w:p/>
        </w:tc>
      </w:tr>
      <w:tr>
        <w:tc>
          <w:tcPr>
            <w:tcW w:type="dxa" w:w="1728"/>
          </w:tcPr>
          <w:p>
            <w:r>
              <w:t>团队成员（排名第2、3）</w:t>
            </w:r>
          </w:p>
        </w:tc>
        <w:tc>
          <w:tcPr>
            <w:tcW w:type="dxa" w:w="1728"/>
          </w:tcPr>
          <w:p>
            <w:r>
              <w:t>12</w:t>
            </w:r>
          </w:p>
        </w:tc>
        <w:tc>
          <w:tcPr>
            <w:tcW w:type="dxa" w:w="1728"/>
          </w:tcPr>
          <w:p/>
        </w:tc>
        <w:tc>
          <w:tcPr>
            <w:tcW w:type="dxa" w:w="1728"/>
          </w:tcPr>
          <w:p/>
        </w:tc>
        <w:tc>
          <w:tcPr>
            <w:tcW w:type="dxa" w:w="1728"/>
          </w:tcPr>
          <w:p/>
        </w:tc>
      </w:tr>
      <w:tr>
        <w:tc>
          <w:tcPr>
            <w:tcW w:type="dxa" w:w="1728"/>
          </w:tcPr>
          <w:p>
            <w:r>
              <w:t>第三等级</w:t>
            </w:r>
          </w:p>
        </w:tc>
        <w:tc>
          <w:tcPr>
            <w:tcW w:type="dxa" w:w="1728"/>
          </w:tcPr>
          <w:p>
            <w:r>
              <w:t>个人或团队负责人</w:t>
            </w:r>
          </w:p>
        </w:tc>
        <w:tc>
          <w:tcPr>
            <w:tcW w:type="dxa" w:w="1728"/>
          </w:tcPr>
          <w:p>
            <w:r>
              <w:t>12</w:t>
            </w:r>
          </w:p>
        </w:tc>
        <w:tc>
          <w:tcPr>
            <w:tcW w:type="dxa" w:w="1728"/>
          </w:tcPr>
          <w:p/>
        </w:tc>
        <w:tc>
          <w:tcPr>
            <w:tcW w:type="dxa" w:w="1728"/>
          </w:tcPr>
          <w:p/>
        </w:tc>
      </w:tr>
      <w:tr>
        <w:tc>
          <w:tcPr>
            <w:tcW w:type="dxa" w:w="1728"/>
          </w:tcPr>
          <w:p>
            <w:r>
              <w:t>团队成员（排名第2、3）</w:t>
            </w:r>
          </w:p>
        </w:tc>
        <w:tc>
          <w:tcPr>
            <w:tcW w:type="dxa" w:w="1728"/>
          </w:tcPr>
          <w:p>
            <w:r>
              <w:t>10</w:t>
            </w:r>
          </w:p>
        </w:tc>
        <w:tc>
          <w:tcPr>
            <w:tcW w:type="dxa" w:w="1728"/>
          </w:tcPr>
          <w:p/>
        </w:tc>
        <w:tc>
          <w:tcPr>
            <w:tcW w:type="dxa" w:w="1728"/>
          </w:tcPr>
          <w:p/>
        </w:tc>
        <w:tc>
          <w:tcPr>
            <w:tcW w:type="dxa" w:w="1728"/>
          </w:tcPr>
          <w:p/>
        </w:tc>
      </w:tr>
      <w:tr>
        <w:tc>
          <w:tcPr>
            <w:tcW w:type="dxa" w:w="1728"/>
          </w:tcPr>
          <w:p>
            <w:r>
              <w:t>第四等级</w:t>
            </w:r>
          </w:p>
        </w:tc>
        <w:tc>
          <w:tcPr>
            <w:tcW w:type="dxa" w:w="1728"/>
          </w:tcPr>
          <w:p>
            <w:r>
              <w:t>个人或团队负责人</w:t>
            </w:r>
          </w:p>
        </w:tc>
        <w:tc>
          <w:tcPr>
            <w:tcW w:type="dxa" w:w="1728"/>
          </w:tcPr>
          <w:p>
            <w:r>
              <w:t>10</w:t>
            </w:r>
          </w:p>
        </w:tc>
        <w:tc>
          <w:tcPr>
            <w:tcW w:type="dxa" w:w="1728"/>
          </w:tcPr>
          <w:p/>
        </w:tc>
        <w:tc>
          <w:tcPr>
            <w:tcW w:type="dxa" w:w="1728"/>
          </w:tcPr>
          <w:p/>
        </w:tc>
      </w:tr>
      <w:tr>
        <w:tc>
          <w:tcPr>
            <w:tcW w:type="dxa" w:w="1728"/>
          </w:tcPr>
          <w:p>
            <w:r>
              <w:t>团队成员（排名第2、3）</w:t>
            </w:r>
          </w:p>
        </w:tc>
        <w:tc>
          <w:tcPr>
            <w:tcW w:type="dxa" w:w="1728"/>
          </w:tcPr>
          <w:p>
            <w:r>
              <w:t>7</w:t>
            </w:r>
          </w:p>
        </w:tc>
        <w:tc>
          <w:tcPr>
            <w:tcW w:type="dxa" w:w="1728"/>
          </w:tcPr>
          <w:p/>
        </w:tc>
        <w:tc>
          <w:tcPr>
            <w:tcW w:type="dxa" w:w="1728"/>
          </w:tcPr>
          <w:p/>
        </w:tc>
        <w:tc>
          <w:tcPr>
            <w:tcW w:type="dxa" w:w="1728"/>
          </w:tcPr>
          <w:p/>
        </w:tc>
      </w:tr>
      <w:tr>
        <w:tc>
          <w:tcPr>
            <w:tcW w:type="dxa" w:w="1728"/>
          </w:tcPr>
          <w:p>
            <w:r>
              <w:t>省部级</w:t>
            </w:r>
          </w:p>
        </w:tc>
        <w:tc>
          <w:tcPr>
            <w:tcW w:type="dxa" w:w="1728"/>
          </w:tcPr>
          <w:p>
            <w:r>
              <w:t>最高等级</w:t>
            </w:r>
          </w:p>
        </w:tc>
        <w:tc>
          <w:tcPr>
            <w:tcW w:type="dxa" w:w="1728"/>
          </w:tcPr>
          <w:p>
            <w:r>
              <w:t>个人或团队负责人</w:t>
            </w:r>
          </w:p>
        </w:tc>
        <w:tc>
          <w:tcPr>
            <w:tcW w:type="dxa" w:w="1728"/>
          </w:tcPr>
          <w:p>
            <w:r>
              <w:t>14</w:t>
            </w:r>
          </w:p>
        </w:tc>
        <w:tc>
          <w:tcPr>
            <w:tcW w:type="dxa" w:w="1728"/>
          </w:tcPr>
          <w:p/>
        </w:tc>
      </w:tr>
      <w:tr>
        <w:tc>
          <w:tcPr>
            <w:tcW w:type="dxa" w:w="1728"/>
          </w:tcPr>
          <w:p>
            <w:r>
              <w:t>团队成员（排名第2）</w:t>
            </w:r>
          </w:p>
        </w:tc>
        <w:tc>
          <w:tcPr>
            <w:tcW w:type="dxa" w:w="1728"/>
          </w:tcPr>
          <w:p>
            <w:r>
              <w:t>12</w:t>
            </w:r>
          </w:p>
        </w:tc>
        <w:tc>
          <w:tcPr>
            <w:tcW w:type="dxa" w:w="1728"/>
          </w:tcPr>
          <w:p/>
        </w:tc>
        <w:tc>
          <w:tcPr>
            <w:tcW w:type="dxa" w:w="1728"/>
          </w:tcPr>
          <w:p/>
        </w:tc>
        <w:tc>
          <w:tcPr>
            <w:tcW w:type="dxa" w:w="1728"/>
          </w:tcPr>
          <w:p/>
        </w:tc>
      </w:tr>
      <w:tr>
        <w:tc>
          <w:tcPr>
            <w:tcW w:type="dxa" w:w="1728"/>
          </w:tcPr>
          <w:p>
            <w:r>
              <w:t>第二等级</w:t>
            </w:r>
          </w:p>
        </w:tc>
        <w:tc>
          <w:tcPr>
            <w:tcW w:type="dxa" w:w="1728"/>
          </w:tcPr>
          <w:p>
            <w:r>
              <w:t>个人或团队负责人</w:t>
            </w:r>
          </w:p>
        </w:tc>
        <w:tc>
          <w:tcPr>
            <w:tcW w:type="dxa" w:w="1728"/>
          </w:tcPr>
          <w:p>
            <w:r>
              <w:t>12</w:t>
            </w:r>
          </w:p>
        </w:tc>
        <w:tc>
          <w:tcPr>
            <w:tcW w:type="dxa" w:w="1728"/>
          </w:tcPr>
          <w:p/>
        </w:tc>
        <w:tc>
          <w:tcPr>
            <w:tcW w:type="dxa" w:w="1728"/>
          </w:tcPr>
          <w:p/>
        </w:tc>
      </w:tr>
      <w:tr>
        <w:tc>
          <w:tcPr>
            <w:tcW w:type="dxa" w:w="1728"/>
          </w:tcPr>
          <w:p>
            <w:r>
              <w:t>团队成员（排名第2）</w:t>
            </w:r>
          </w:p>
        </w:tc>
        <w:tc>
          <w:tcPr>
            <w:tcW w:type="dxa" w:w="1728"/>
          </w:tcPr>
          <w:p>
            <w:r>
              <w:t>10</w:t>
            </w:r>
          </w:p>
        </w:tc>
        <w:tc>
          <w:tcPr>
            <w:tcW w:type="dxa" w:w="1728"/>
          </w:tcPr>
          <w:p/>
        </w:tc>
        <w:tc>
          <w:tcPr>
            <w:tcW w:type="dxa" w:w="1728"/>
          </w:tcPr>
          <w:p/>
        </w:tc>
        <w:tc>
          <w:tcPr>
            <w:tcW w:type="dxa" w:w="1728"/>
          </w:tcPr>
          <w:p/>
        </w:tc>
      </w:tr>
      <w:tr>
        <w:tc>
          <w:tcPr>
            <w:tcW w:type="dxa" w:w="1728"/>
          </w:tcPr>
          <w:p>
            <w:r>
              <w:t>第三等级</w:t>
            </w:r>
          </w:p>
        </w:tc>
        <w:tc>
          <w:tcPr>
            <w:tcW w:type="dxa" w:w="1728"/>
          </w:tcPr>
          <w:p>
            <w:r>
              <w:t>个人或团队负责人</w:t>
            </w:r>
          </w:p>
        </w:tc>
        <w:tc>
          <w:tcPr>
            <w:tcW w:type="dxa" w:w="1728"/>
          </w:tcPr>
          <w:p>
            <w:r>
              <w:t>10</w:t>
            </w:r>
          </w:p>
        </w:tc>
        <w:tc>
          <w:tcPr>
            <w:tcW w:type="dxa" w:w="1728"/>
          </w:tcPr>
          <w:p/>
        </w:tc>
        <w:tc>
          <w:tcPr>
            <w:tcW w:type="dxa" w:w="1728"/>
          </w:tcPr>
          <w:p/>
        </w:tc>
      </w:tr>
      <w:tr>
        <w:tc>
          <w:tcPr>
            <w:tcW w:type="dxa" w:w="1728"/>
          </w:tcPr>
          <w:p>
            <w:r>
              <w:t>团队成员（排名第2）</w:t>
            </w:r>
          </w:p>
        </w:tc>
        <w:tc>
          <w:tcPr>
            <w:tcW w:type="dxa" w:w="1728"/>
          </w:tcPr>
          <w:p>
            <w:r>
              <w:t>7</w:t>
            </w:r>
          </w:p>
        </w:tc>
        <w:tc>
          <w:tcPr>
            <w:tcW w:type="dxa" w:w="1728"/>
          </w:tcPr>
          <w:p/>
        </w:tc>
        <w:tc>
          <w:tcPr>
            <w:tcW w:type="dxa" w:w="1728"/>
          </w:tcPr>
          <w:p/>
        </w:tc>
        <w:tc>
          <w:tcPr>
            <w:tcW w:type="dxa" w:w="1728"/>
          </w:tcPr>
          <w:p/>
        </w:tc>
      </w:tr>
      <w:tr>
        <w:tc>
          <w:tcPr>
            <w:tcW w:type="dxa" w:w="1728"/>
          </w:tcPr>
          <w:p>
            <w:r>
              <w:t>第四等级</w:t>
            </w:r>
          </w:p>
        </w:tc>
        <w:tc>
          <w:tcPr>
            <w:tcW w:type="dxa" w:w="1728"/>
          </w:tcPr>
          <w:p>
            <w:r>
              <w:t>个人或团队负责人</w:t>
            </w:r>
          </w:p>
        </w:tc>
        <w:tc>
          <w:tcPr>
            <w:tcW w:type="dxa" w:w="1728"/>
          </w:tcPr>
          <w:p>
            <w:r>
              <w:t>7</w:t>
            </w:r>
          </w:p>
        </w:tc>
        <w:tc>
          <w:tcPr>
            <w:tcW w:type="dxa" w:w="1728"/>
          </w:tcPr>
          <w:p/>
        </w:tc>
        <w:tc>
          <w:tcPr>
            <w:tcW w:type="dxa" w:w="1728"/>
          </w:tcPr>
          <w:p/>
        </w:tc>
      </w:tr>
      <w:tr>
        <w:tc>
          <w:tcPr>
            <w:tcW w:type="dxa" w:w="1728"/>
          </w:tcPr>
          <w:p>
            <w:r>
              <w:t>团队成员（排名第2）</w:t>
            </w:r>
          </w:p>
        </w:tc>
        <w:tc>
          <w:tcPr>
            <w:tcW w:type="dxa" w:w="1728"/>
          </w:tcPr>
          <w:p>
            <w:r>
              <w:t>5</w:t>
            </w:r>
          </w:p>
        </w:tc>
        <w:tc>
          <w:tcPr>
            <w:tcW w:type="dxa" w:w="1728"/>
          </w:tcPr>
          <w:p/>
        </w:tc>
        <w:tc>
          <w:tcPr>
            <w:tcW w:type="dxa" w:w="1728"/>
          </w:tcPr>
          <w:p/>
        </w:tc>
        <w:tc>
          <w:tcPr>
            <w:tcW w:type="dxa" w:w="1728"/>
          </w:tcPr>
          <w:p/>
        </w:tc>
      </w:tr>
      <w:tr>
        <w:tc>
          <w:tcPr>
            <w:tcW w:type="dxa" w:w="1728"/>
          </w:tcPr>
          <w:p>
            <w:r>
              <w:t>校级</w:t>
            </w:r>
          </w:p>
        </w:tc>
        <w:tc>
          <w:tcPr>
            <w:tcW w:type="dxa" w:w="1728"/>
          </w:tcPr>
          <w:p>
            <w:r>
              <w:t>最高等级</w:t>
            </w:r>
          </w:p>
        </w:tc>
        <w:tc>
          <w:tcPr>
            <w:tcW w:type="dxa" w:w="1728"/>
          </w:tcPr>
          <w:p>
            <w:r>
              <w:t>个人或团队负责人</w:t>
            </w:r>
          </w:p>
        </w:tc>
        <w:tc>
          <w:tcPr>
            <w:tcW w:type="dxa" w:w="1728"/>
          </w:tcPr>
          <w:p>
            <w:r>
              <w:t>10</w:t>
            </w:r>
          </w:p>
        </w:tc>
        <w:tc>
          <w:tcPr>
            <w:tcW w:type="dxa" w:w="1728"/>
          </w:tcPr>
          <w:p/>
        </w:tc>
      </w:tr>
      <w:tr>
        <w:tc>
          <w:tcPr>
            <w:tcW w:type="dxa" w:w="1728"/>
          </w:tcPr>
          <w:p>
            <w:r>
              <w:t>第二等级</w:t>
            </w:r>
          </w:p>
        </w:tc>
        <w:tc>
          <w:tcPr>
            <w:tcW w:type="dxa" w:w="1728"/>
          </w:tcPr>
          <w:p>
            <w:r>
              <w:t>个人或团队负责人</w:t>
            </w:r>
          </w:p>
        </w:tc>
        <w:tc>
          <w:tcPr>
            <w:tcW w:type="dxa" w:w="1728"/>
          </w:tcPr>
          <w:p>
            <w:r>
              <w:t>7</w:t>
            </w:r>
          </w:p>
        </w:tc>
        <w:tc>
          <w:tcPr>
            <w:tcW w:type="dxa" w:w="1728"/>
          </w:tcPr>
          <w:p/>
        </w:tc>
        <w:tc>
          <w:tcPr>
            <w:tcW w:type="dxa" w:w="1728"/>
          </w:tcPr>
          <w:p/>
        </w:tc>
      </w:tr>
      <w:tr>
        <w:tc>
          <w:tcPr>
            <w:tcW w:type="dxa" w:w="1728"/>
          </w:tcPr>
          <w:p>
            <w:r>
              <w:t>第三等级</w:t>
            </w:r>
          </w:p>
        </w:tc>
        <w:tc>
          <w:tcPr>
            <w:tcW w:type="dxa" w:w="1728"/>
          </w:tcPr>
          <w:p>
            <w:r>
              <w:t>个人或团队负责人</w:t>
            </w:r>
          </w:p>
        </w:tc>
        <w:tc>
          <w:tcPr>
            <w:tcW w:type="dxa" w:w="1728"/>
          </w:tcPr>
          <w:p>
            <w:r>
              <w:t>5</w:t>
            </w:r>
          </w:p>
        </w:tc>
        <w:tc>
          <w:tcPr>
            <w:tcW w:type="dxa" w:w="1728"/>
          </w:tcPr>
          <w:p/>
        </w:tc>
        <w:tc>
          <w:tcPr>
            <w:tcW w:type="dxa" w:w="1728"/>
          </w:tcPr>
          <w:p/>
        </w:tc>
      </w:tr>
      <w:tr>
        <w:tc>
          <w:tcPr>
            <w:tcW w:type="dxa" w:w="1728"/>
          </w:tcPr>
          <w:p>
            <w:r>
              <w:t>第四等级</w:t>
            </w:r>
          </w:p>
        </w:tc>
        <w:tc>
          <w:tcPr>
            <w:tcW w:type="dxa" w:w="1728"/>
          </w:tcPr>
          <w:p>
            <w:r>
              <w:t>个人或团队负责人</w:t>
            </w:r>
          </w:p>
        </w:tc>
        <w:tc>
          <w:tcPr>
            <w:tcW w:type="dxa" w:w="1728"/>
          </w:tcPr>
          <w:p>
            <w:r>
              <w:t>2</w:t>
            </w:r>
          </w:p>
        </w:tc>
        <w:tc>
          <w:tcPr>
            <w:tcW w:type="dxa" w:w="1728"/>
          </w:tcPr>
          <w:p/>
        </w:tc>
        <w:tc>
          <w:tcPr>
            <w:tcW w:type="dxa" w:w="1728"/>
          </w:tcPr>
          <w:p/>
        </w:tc>
      </w:tr>
    </w:tbl>
    <w:p>
      <w:r>
        <w:t>附件5：非学科竞赛（12分）</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奖项级别</w:t>
            </w:r>
          </w:p>
        </w:tc>
        <w:tc>
          <w:tcPr>
            <w:tcW w:type="dxa" w:w="1728"/>
          </w:tcPr>
          <w:p>
            <w:r>
              <w:t>获奖等级</w:t>
            </w:r>
          </w:p>
        </w:tc>
        <w:tc>
          <w:tcPr>
            <w:tcW w:type="dxa" w:w="1728"/>
          </w:tcPr>
          <w:p>
            <w:r>
              <w:t>位次</w:t>
            </w:r>
          </w:p>
        </w:tc>
        <w:tc>
          <w:tcPr>
            <w:tcW w:type="dxa" w:w="1728"/>
          </w:tcPr>
          <w:p>
            <w:r>
              <w:t>分值</w:t>
            </w:r>
          </w:p>
        </w:tc>
        <w:tc>
          <w:tcPr>
            <w:tcW w:type="dxa" w:w="1728"/>
          </w:tcPr>
          <w:p>
            <w:r>
              <w:t>备注</w:t>
            </w:r>
          </w:p>
        </w:tc>
      </w:tr>
      <w:tr>
        <w:tc>
          <w:tcPr>
            <w:tcW w:type="dxa" w:w="1728"/>
          </w:tcPr>
          <w:p>
            <w:r>
              <w:t>国家级</w:t>
            </w:r>
          </w:p>
        </w:tc>
        <w:tc>
          <w:tcPr>
            <w:tcW w:type="dxa" w:w="1728"/>
          </w:tcPr>
          <w:p>
            <w:r>
              <w:t>最高等级</w:t>
            </w:r>
          </w:p>
        </w:tc>
        <w:tc>
          <w:tcPr>
            <w:tcW w:type="dxa" w:w="1728"/>
          </w:tcPr>
          <w:p>
            <w:r>
              <w:t>个人或团队负责人</w:t>
            </w:r>
          </w:p>
        </w:tc>
        <w:tc>
          <w:tcPr>
            <w:tcW w:type="dxa" w:w="1728"/>
          </w:tcPr>
          <w:p>
            <w:r>
              <w:t>12</w:t>
            </w:r>
          </w:p>
        </w:tc>
        <w:tc>
          <w:tcPr>
            <w:tcW w:type="dxa" w:w="1728"/>
          </w:tcPr>
          <w:p>
            <w:r>
              <w:t>获奖者需提供相关奖状或证明，级别以证书盖章单位为准进行认定</w:t>
            </w:r>
          </w:p>
        </w:tc>
      </w:tr>
      <w:tr>
        <w:tc>
          <w:tcPr>
            <w:tcW w:type="dxa" w:w="1728"/>
          </w:tcPr>
          <w:p>
            <w:r>
              <w:t>团队成员（排名第2、3）</w:t>
            </w:r>
          </w:p>
        </w:tc>
        <w:tc>
          <w:tcPr>
            <w:tcW w:type="dxa" w:w="1728"/>
          </w:tcPr>
          <w:p>
            <w:r>
              <w:t>10</w:t>
            </w:r>
          </w:p>
        </w:tc>
        <w:tc>
          <w:tcPr>
            <w:tcW w:type="dxa" w:w="1728"/>
          </w:tcPr>
          <w:p/>
        </w:tc>
        <w:tc>
          <w:tcPr>
            <w:tcW w:type="dxa" w:w="1728"/>
          </w:tcPr>
          <w:p/>
        </w:tc>
        <w:tc>
          <w:tcPr>
            <w:tcW w:type="dxa" w:w="1728"/>
          </w:tcPr>
          <w:p/>
        </w:tc>
      </w:tr>
      <w:tr>
        <w:tc>
          <w:tcPr>
            <w:tcW w:type="dxa" w:w="1728"/>
          </w:tcPr>
          <w:p>
            <w:r>
              <w:t>第二等级</w:t>
            </w:r>
          </w:p>
        </w:tc>
        <w:tc>
          <w:tcPr>
            <w:tcW w:type="dxa" w:w="1728"/>
          </w:tcPr>
          <w:p>
            <w:r>
              <w:t>个人或团队负责人</w:t>
            </w:r>
          </w:p>
        </w:tc>
        <w:tc>
          <w:tcPr>
            <w:tcW w:type="dxa" w:w="1728"/>
          </w:tcPr>
          <w:p>
            <w:r>
              <w:t>10</w:t>
            </w:r>
          </w:p>
        </w:tc>
        <w:tc>
          <w:tcPr>
            <w:tcW w:type="dxa" w:w="1728"/>
          </w:tcPr>
          <w:p/>
        </w:tc>
        <w:tc>
          <w:tcPr>
            <w:tcW w:type="dxa" w:w="1728"/>
          </w:tcPr>
          <w:p/>
        </w:tc>
      </w:tr>
      <w:tr>
        <w:tc>
          <w:tcPr>
            <w:tcW w:type="dxa" w:w="1728"/>
          </w:tcPr>
          <w:p>
            <w:r>
              <w:t>团队成员（排名第2、3）</w:t>
            </w:r>
          </w:p>
        </w:tc>
        <w:tc>
          <w:tcPr>
            <w:tcW w:type="dxa" w:w="1728"/>
          </w:tcPr>
          <w:p>
            <w:r>
              <w:t>7</w:t>
            </w:r>
          </w:p>
        </w:tc>
        <w:tc>
          <w:tcPr>
            <w:tcW w:type="dxa" w:w="1728"/>
          </w:tcPr>
          <w:p/>
        </w:tc>
        <w:tc>
          <w:tcPr>
            <w:tcW w:type="dxa" w:w="1728"/>
          </w:tcPr>
          <w:p/>
        </w:tc>
        <w:tc>
          <w:tcPr>
            <w:tcW w:type="dxa" w:w="1728"/>
          </w:tcPr>
          <w:p/>
        </w:tc>
      </w:tr>
      <w:tr>
        <w:tc>
          <w:tcPr>
            <w:tcW w:type="dxa" w:w="1728"/>
          </w:tcPr>
          <w:p>
            <w:r>
              <w:t>第三等级</w:t>
            </w:r>
          </w:p>
        </w:tc>
        <w:tc>
          <w:tcPr>
            <w:tcW w:type="dxa" w:w="1728"/>
          </w:tcPr>
          <w:p>
            <w:r>
              <w:t>个人或团队负责人</w:t>
            </w:r>
          </w:p>
        </w:tc>
        <w:tc>
          <w:tcPr>
            <w:tcW w:type="dxa" w:w="1728"/>
          </w:tcPr>
          <w:p>
            <w:r>
              <w:t>7</w:t>
            </w:r>
          </w:p>
        </w:tc>
        <w:tc>
          <w:tcPr>
            <w:tcW w:type="dxa" w:w="1728"/>
          </w:tcPr>
          <w:p/>
        </w:tc>
        <w:tc>
          <w:tcPr>
            <w:tcW w:type="dxa" w:w="1728"/>
          </w:tcPr>
          <w:p/>
        </w:tc>
      </w:tr>
      <w:tr>
        <w:tc>
          <w:tcPr>
            <w:tcW w:type="dxa" w:w="1728"/>
          </w:tcPr>
          <w:p>
            <w:r>
              <w:t>团队成员（排名第2、3）</w:t>
            </w:r>
          </w:p>
        </w:tc>
        <w:tc>
          <w:tcPr>
            <w:tcW w:type="dxa" w:w="1728"/>
          </w:tcPr>
          <w:p>
            <w:r>
              <w:t>5</w:t>
            </w:r>
          </w:p>
        </w:tc>
        <w:tc>
          <w:tcPr>
            <w:tcW w:type="dxa" w:w="1728"/>
          </w:tcPr>
          <w:p/>
        </w:tc>
        <w:tc>
          <w:tcPr>
            <w:tcW w:type="dxa" w:w="1728"/>
          </w:tcPr>
          <w:p/>
        </w:tc>
        <w:tc>
          <w:tcPr>
            <w:tcW w:type="dxa" w:w="1728"/>
          </w:tcPr>
          <w:p/>
        </w:tc>
      </w:tr>
      <w:tr>
        <w:tc>
          <w:tcPr>
            <w:tcW w:type="dxa" w:w="1728"/>
          </w:tcPr>
          <w:p>
            <w:r>
              <w:t>第四等级</w:t>
            </w:r>
          </w:p>
        </w:tc>
        <w:tc>
          <w:tcPr>
            <w:tcW w:type="dxa" w:w="1728"/>
          </w:tcPr>
          <w:p>
            <w:r>
              <w:t>个人或团队负责人</w:t>
            </w:r>
          </w:p>
        </w:tc>
        <w:tc>
          <w:tcPr>
            <w:tcW w:type="dxa" w:w="1728"/>
          </w:tcPr>
          <w:p>
            <w:r>
              <w:t>5</w:t>
            </w:r>
          </w:p>
        </w:tc>
        <w:tc>
          <w:tcPr>
            <w:tcW w:type="dxa" w:w="1728"/>
          </w:tcPr>
          <w:p/>
        </w:tc>
        <w:tc>
          <w:tcPr>
            <w:tcW w:type="dxa" w:w="1728"/>
          </w:tcPr>
          <w:p/>
        </w:tc>
      </w:tr>
      <w:tr>
        <w:tc>
          <w:tcPr>
            <w:tcW w:type="dxa" w:w="1728"/>
          </w:tcPr>
          <w:p>
            <w:r>
              <w:t>团队成员（排名第2、3）</w:t>
            </w:r>
          </w:p>
        </w:tc>
        <w:tc>
          <w:tcPr>
            <w:tcW w:type="dxa" w:w="1728"/>
          </w:tcPr>
          <w:p>
            <w:r>
              <w:t>2</w:t>
            </w:r>
          </w:p>
        </w:tc>
        <w:tc>
          <w:tcPr>
            <w:tcW w:type="dxa" w:w="1728"/>
          </w:tcPr>
          <w:p/>
        </w:tc>
        <w:tc>
          <w:tcPr>
            <w:tcW w:type="dxa" w:w="1728"/>
          </w:tcPr>
          <w:p/>
        </w:tc>
        <w:tc>
          <w:tcPr>
            <w:tcW w:type="dxa" w:w="1728"/>
          </w:tcPr>
          <w:p/>
        </w:tc>
      </w:tr>
      <w:tr>
        <w:tc>
          <w:tcPr>
            <w:tcW w:type="dxa" w:w="1728"/>
          </w:tcPr>
          <w:p>
            <w:r>
              <w:t>省部级</w:t>
            </w:r>
          </w:p>
        </w:tc>
        <w:tc>
          <w:tcPr>
            <w:tcW w:type="dxa" w:w="1728"/>
          </w:tcPr>
          <w:p>
            <w:r>
              <w:t>最高等级</w:t>
            </w:r>
          </w:p>
        </w:tc>
        <w:tc>
          <w:tcPr>
            <w:tcW w:type="dxa" w:w="1728"/>
          </w:tcPr>
          <w:p>
            <w:r>
              <w:t>个人或团队负责人</w:t>
            </w:r>
          </w:p>
        </w:tc>
        <w:tc>
          <w:tcPr>
            <w:tcW w:type="dxa" w:w="1728"/>
          </w:tcPr>
          <w:p>
            <w:r>
              <w:t>10</w:t>
            </w:r>
          </w:p>
        </w:tc>
        <w:tc>
          <w:tcPr>
            <w:tcW w:type="dxa" w:w="1728"/>
          </w:tcPr>
          <w:p/>
        </w:tc>
      </w:tr>
      <w:tr>
        <w:tc>
          <w:tcPr>
            <w:tcW w:type="dxa" w:w="1728"/>
          </w:tcPr>
          <w:p>
            <w:r>
              <w:t>团队成员（排名第2）</w:t>
            </w:r>
          </w:p>
        </w:tc>
        <w:tc>
          <w:tcPr>
            <w:tcW w:type="dxa" w:w="1728"/>
          </w:tcPr>
          <w:p>
            <w:r>
              <w:t>7</w:t>
            </w:r>
          </w:p>
        </w:tc>
        <w:tc>
          <w:tcPr>
            <w:tcW w:type="dxa" w:w="1728"/>
          </w:tcPr>
          <w:p/>
        </w:tc>
        <w:tc>
          <w:tcPr>
            <w:tcW w:type="dxa" w:w="1728"/>
          </w:tcPr>
          <w:p/>
        </w:tc>
        <w:tc>
          <w:tcPr>
            <w:tcW w:type="dxa" w:w="1728"/>
          </w:tcPr>
          <w:p/>
        </w:tc>
      </w:tr>
      <w:tr>
        <w:tc>
          <w:tcPr>
            <w:tcW w:type="dxa" w:w="1728"/>
          </w:tcPr>
          <w:p>
            <w:r>
              <w:t>第二等级</w:t>
            </w:r>
          </w:p>
        </w:tc>
        <w:tc>
          <w:tcPr>
            <w:tcW w:type="dxa" w:w="1728"/>
          </w:tcPr>
          <w:p>
            <w:r>
              <w:t>个人或团队负责人</w:t>
            </w:r>
          </w:p>
        </w:tc>
        <w:tc>
          <w:tcPr>
            <w:tcW w:type="dxa" w:w="1728"/>
          </w:tcPr>
          <w:p>
            <w:r>
              <w:t>7</w:t>
            </w:r>
          </w:p>
        </w:tc>
        <w:tc>
          <w:tcPr>
            <w:tcW w:type="dxa" w:w="1728"/>
          </w:tcPr>
          <w:p/>
        </w:tc>
        <w:tc>
          <w:tcPr>
            <w:tcW w:type="dxa" w:w="1728"/>
          </w:tcPr>
          <w:p/>
        </w:tc>
      </w:tr>
      <w:tr>
        <w:tc>
          <w:tcPr>
            <w:tcW w:type="dxa" w:w="1728"/>
          </w:tcPr>
          <w:p>
            <w:r>
              <w:t>团队成员（排名第2）</w:t>
            </w:r>
          </w:p>
        </w:tc>
        <w:tc>
          <w:tcPr>
            <w:tcW w:type="dxa" w:w="1728"/>
          </w:tcPr>
          <w:p>
            <w:r>
              <w:t>5</w:t>
            </w:r>
          </w:p>
        </w:tc>
        <w:tc>
          <w:tcPr>
            <w:tcW w:type="dxa" w:w="1728"/>
          </w:tcPr>
          <w:p/>
        </w:tc>
        <w:tc>
          <w:tcPr>
            <w:tcW w:type="dxa" w:w="1728"/>
          </w:tcPr>
          <w:p/>
        </w:tc>
        <w:tc>
          <w:tcPr>
            <w:tcW w:type="dxa" w:w="1728"/>
          </w:tcPr>
          <w:p/>
        </w:tc>
      </w:tr>
      <w:tr>
        <w:tc>
          <w:tcPr>
            <w:tcW w:type="dxa" w:w="1728"/>
          </w:tcPr>
          <w:p>
            <w:r>
              <w:t>第三等级</w:t>
            </w:r>
          </w:p>
        </w:tc>
        <w:tc>
          <w:tcPr>
            <w:tcW w:type="dxa" w:w="1728"/>
          </w:tcPr>
          <w:p>
            <w:r>
              <w:t>个人或团队负责人</w:t>
            </w:r>
          </w:p>
        </w:tc>
        <w:tc>
          <w:tcPr>
            <w:tcW w:type="dxa" w:w="1728"/>
          </w:tcPr>
          <w:p>
            <w:r>
              <w:t>5</w:t>
            </w:r>
          </w:p>
        </w:tc>
        <w:tc>
          <w:tcPr>
            <w:tcW w:type="dxa" w:w="1728"/>
          </w:tcPr>
          <w:p/>
        </w:tc>
        <w:tc>
          <w:tcPr>
            <w:tcW w:type="dxa" w:w="1728"/>
          </w:tcPr>
          <w:p/>
        </w:tc>
      </w:tr>
      <w:tr>
        <w:tc>
          <w:tcPr>
            <w:tcW w:type="dxa" w:w="1728"/>
          </w:tcPr>
          <w:p>
            <w:r>
              <w:t>团队成员（排名第2）</w:t>
            </w:r>
          </w:p>
        </w:tc>
        <w:tc>
          <w:tcPr>
            <w:tcW w:type="dxa" w:w="1728"/>
          </w:tcPr>
          <w:p>
            <w:r>
              <w:t>2</w:t>
            </w:r>
          </w:p>
        </w:tc>
        <w:tc>
          <w:tcPr>
            <w:tcW w:type="dxa" w:w="1728"/>
          </w:tcPr>
          <w:p/>
        </w:tc>
        <w:tc>
          <w:tcPr>
            <w:tcW w:type="dxa" w:w="1728"/>
          </w:tcPr>
          <w:p/>
        </w:tc>
        <w:tc>
          <w:tcPr>
            <w:tcW w:type="dxa" w:w="1728"/>
          </w:tcPr>
          <w:p/>
        </w:tc>
      </w:tr>
      <w:tr>
        <w:tc>
          <w:tcPr>
            <w:tcW w:type="dxa" w:w="1728"/>
          </w:tcPr>
          <w:p>
            <w:r>
              <w:t>第四等级</w:t>
            </w:r>
          </w:p>
        </w:tc>
        <w:tc>
          <w:tcPr>
            <w:tcW w:type="dxa" w:w="1728"/>
          </w:tcPr>
          <w:p>
            <w:r>
              <w:t>个人或团队负责人</w:t>
            </w:r>
          </w:p>
        </w:tc>
        <w:tc>
          <w:tcPr>
            <w:tcW w:type="dxa" w:w="1728"/>
          </w:tcPr>
          <w:p>
            <w:r>
              <w:t>2</w:t>
            </w:r>
          </w:p>
        </w:tc>
        <w:tc>
          <w:tcPr>
            <w:tcW w:type="dxa" w:w="1728"/>
          </w:tcPr>
          <w:p/>
        </w:tc>
        <w:tc>
          <w:tcPr>
            <w:tcW w:type="dxa" w:w="1728"/>
          </w:tcPr>
          <w:p/>
        </w:tc>
      </w:tr>
      <w:tr>
        <w:tc>
          <w:tcPr>
            <w:tcW w:type="dxa" w:w="1728"/>
          </w:tcPr>
          <w:p>
            <w:r>
              <w:t>团队成员（排名第2）</w:t>
            </w:r>
          </w:p>
        </w:tc>
        <w:tc>
          <w:tcPr>
            <w:tcW w:type="dxa" w:w="1728"/>
          </w:tcPr>
          <w:p>
            <w:r>
              <w:t>1</w:t>
            </w:r>
          </w:p>
        </w:tc>
        <w:tc>
          <w:tcPr>
            <w:tcW w:type="dxa" w:w="1728"/>
          </w:tcPr>
          <w:p/>
        </w:tc>
        <w:tc>
          <w:tcPr>
            <w:tcW w:type="dxa" w:w="1728"/>
          </w:tcPr>
          <w:p/>
        </w:tc>
        <w:tc>
          <w:tcPr>
            <w:tcW w:type="dxa" w:w="1728"/>
          </w:tcPr>
          <w:p/>
        </w:tc>
      </w:tr>
      <w:tr>
        <w:tc>
          <w:tcPr>
            <w:tcW w:type="dxa" w:w="1728"/>
          </w:tcPr>
          <w:p>
            <w:r>
              <w:t>校级</w:t>
            </w:r>
          </w:p>
        </w:tc>
        <w:tc>
          <w:tcPr>
            <w:tcW w:type="dxa" w:w="1728"/>
          </w:tcPr>
          <w:p>
            <w:r>
              <w:t>最高等级</w:t>
            </w:r>
          </w:p>
        </w:tc>
        <w:tc>
          <w:tcPr>
            <w:tcW w:type="dxa" w:w="1728"/>
          </w:tcPr>
          <w:p>
            <w:r>
              <w:t>个人或团队负责人</w:t>
            </w:r>
          </w:p>
        </w:tc>
        <w:tc>
          <w:tcPr>
            <w:tcW w:type="dxa" w:w="1728"/>
          </w:tcPr>
          <w:p>
            <w:r>
              <w:t>7</w:t>
            </w:r>
          </w:p>
        </w:tc>
        <w:tc>
          <w:tcPr>
            <w:tcW w:type="dxa" w:w="1728"/>
          </w:tcPr>
          <w:p/>
        </w:tc>
      </w:tr>
      <w:tr>
        <w:tc>
          <w:tcPr>
            <w:tcW w:type="dxa" w:w="1728"/>
          </w:tcPr>
          <w:p>
            <w:r>
              <w:t>第二等级</w:t>
            </w:r>
          </w:p>
        </w:tc>
        <w:tc>
          <w:tcPr>
            <w:tcW w:type="dxa" w:w="1728"/>
          </w:tcPr>
          <w:p>
            <w:r>
              <w:t>个人或团队负责人</w:t>
            </w:r>
          </w:p>
        </w:tc>
        <w:tc>
          <w:tcPr>
            <w:tcW w:type="dxa" w:w="1728"/>
          </w:tcPr>
          <w:p>
            <w:r>
              <w:t>5</w:t>
            </w:r>
          </w:p>
        </w:tc>
        <w:tc>
          <w:tcPr>
            <w:tcW w:type="dxa" w:w="1728"/>
          </w:tcPr>
          <w:p/>
        </w:tc>
        <w:tc>
          <w:tcPr>
            <w:tcW w:type="dxa" w:w="1728"/>
          </w:tcPr>
          <w:p/>
        </w:tc>
      </w:tr>
      <w:tr>
        <w:tc>
          <w:tcPr>
            <w:tcW w:type="dxa" w:w="1728"/>
          </w:tcPr>
          <w:p>
            <w:r>
              <w:t>第三等级</w:t>
            </w:r>
          </w:p>
        </w:tc>
        <w:tc>
          <w:tcPr>
            <w:tcW w:type="dxa" w:w="1728"/>
          </w:tcPr>
          <w:p>
            <w:r>
              <w:t>个人或团队负责人</w:t>
            </w:r>
          </w:p>
        </w:tc>
        <w:tc>
          <w:tcPr>
            <w:tcW w:type="dxa" w:w="1728"/>
          </w:tcPr>
          <w:p>
            <w:r>
              <w:t>2</w:t>
            </w:r>
          </w:p>
        </w:tc>
        <w:tc>
          <w:tcPr>
            <w:tcW w:type="dxa" w:w="1728"/>
          </w:tcPr>
          <w:p/>
        </w:tc>
        <w:tc>
          <w:tcPr>
            <w:tcW w:type="dxa" w:w="1728"/>
          </w:tcPr>
          <w:p/>
        </w:tc>
      </w:tr>
      <w:tr>
        <w:tc>
          <w:tcPr>
            <w:tcW w:type="dxa" w:w="1728"/>
          </w:tcPr>
          <w:p>
            <w:r>
              <w:t>第四等级</w:t>
            </w:r>
          </w:p>
        </w:tc>
        <w:tc>
          <w:tcPr>
            <w:tcW w:type="dxa" w:w="1728"/>
          </w:tcPr>
          <w:p>
            <w:r>
              <w:t>个人或团队负责人</w:t>
            </w:r>
          </w:p>
        </w:tc>
        <w:tc>
          <w:tcPr>
            <w:tcW w:type="dxa" w:w="1728"/>
          </w:tcPr>
          <w:p>
            <w:r>
              <w:t>1</w:t>
            </w:r>
          </w:p>
        </w:tc>
        <w:tc>
          <w:tcPr>
            <w:tcW w:type="dxa" w:w="1728"/>
          </w:tcPr>
          <w:p/>
        </w:tc>
        <w:tc>
          <w:tcPr>
            <w:tcW w:type="dxa" w:w="1728"/>
          </w:tcP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