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社会学院推荐2026年优秀应届本科毕业生免试攻读研究生名单公示</w:t>
      </w:r>
    </w:p>
    <w:p>
      <w:r>
        <w:t>根据教育部、江苏省教育厅、学校以及《苏州大学社会学院推荐优秀应届本科毕业生2026年免试攻读硕士研究生办法实施细则》等有关文件精神，经学生申请、学院专家审核小组评价、学院推免工作小组以及学院党政联席会议审议通过，拟向学校推荐以下优秀应届本科毕业生2026年免试攻读研究生，具体名单公示见附件。</w:t>
      </w:r>
    </w:p>
    <w:p>
      <w:r>
        <w:t>如有异议，请于本公示发布之日起5个工作日内，以书面的形式，实名向学院反映，联系人：孙老师；电话：0512-65883970；电子邮箱：blsun@suda.edu.cn。反映情况和问题必须实名，须实事求是、客观公正。凡匿名、冒名或超出期限的异议不予受理。</w:t>
      </w:r>
    </w:p>
    <w:p>
      <w:r>
        <w:t>社会学院</w:t>
      </w:r>
    </w:p>
    <w:p>
      <w:r>
        <w:t>2025年9月12日</w:t>
      </w:r>
    </w:p>
    <w:p>
      <w:r>
        <w:t>附件：社会学院推荐2026年优秀应届本科毕业生免试攻读研究生初选名单及综合评价总分表.pdf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