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苏州医学院公共卫生学院2027年接收推荐免试研究生面试考核名单（二）</w:t>
      </w:r>
    </w:p>
    <w:p>
      <w:r>
        <w:t>苏州医学院公共卫生学院2 027年第二轮接收推荐免试研究生面试考核名单已经确定，现公布如下：</w:t>
      </w:r>
    </w:p>
    <w:p>
      <w:r>
        <w:t>公共卫生学院2027年接收推荐免试研究生第二轮面试考核名单.docx</w:t>
      </w:r>
    </w:p>
    <w:p>
      <w:r>
        <w:t>苏州医学院公共卫生学院</w:t>
      </w:r>
    </w:p>
    <w:p>
      <w:r>
        <w:t>2026年9月17日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