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公共卫生学院2023届推免研究生素质加分项审核情况公示</w:t>
      </w:r>
    </w:p>
    <w:p>
      <w:r>
        <w:t>2023届推免研究生素质加分项审核汇总表-公卫（学工办审核内容已红字标记）.xlsx</w:t>
      </w:r>
    </w:p>
    <w:p>
      <w:r>
        <w:t>公示时间至：2022年9月18日下午5点</w:t>
      </w:r>
    </w:p>
    <w:p>
      <w:r>
        <w:t>如有异议请联系信老师，电话18912625693.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