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【公示】光电科学与工程学院推荐优秀应届本科毕业生 2025年免试攻读硕士研究生综合评价总分及初选名单公示</w:t>
      </w:r>
    </w:p>
    <w:p>
      <w:r>
        <w:t>根据《光电科学与工程学院推荐优秀应届本科毕业生2025年免试攻读硕士研究生实施细则》，经学生本人申请，学院推免生遴选专家审核小组会评，光电科学与工程学院拟推荐优秀应届本科毕业生2025年免试攻读硕士研究生综合评价总分及初选名单见附件。</w:t>
      </w:r>
    </w:p>
    <w:p>
      <w:r>
        <w:t>公示时间：2024年9月18日—— 2024年9月25日。</w:t>
      </w:r>
    </w:p>
    <w:p>
      <w:r>
        <w:t>对以上公示结果如有异议，公示期内可拨打申诉电话：0512-65220091/18896559115，联系人：姚老师。</w:t>
      </w:r>
    </w:p>
    <w:p>
      <w:r>
        <w:t>附件：光电学院公示-综合评价总分及初选名单</w:t>
      </w:r>
    </w:p>
    <w:p>
      <w:r>
        <w:t>光电科学与工程学院</w:t>
      </w:r>
    </w:p>
    <w:p>
      <w:r>
        <w:t>2024年9月18日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