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关于推荐免试研究生参加中国青年志愿者第26届研究生支教团的公示</w:t>
      </w:r>
    </w:p>
    <w:p>
      <w:r>
        <w:t>根据共青团中央《关于组建中国青年志愿者第26届（2024—2025年度）研究生支教团有关工作的通知》（全国项目办发〔2023〕3号）相关要求和《苏州大学招募推荐免试研究生参加中国青年志愿者扶贫接力计划研究生支教团工作实施办法》（苏大〔2009〕43号）的文件精神，学院共推荐1名同学参加学校的遴选，现予以公示：</w:t>
      </w:r>
    </w:p>
    <w:tbl>
      <w:tblPr>
        <w:tblStyle w:val="TableGrid"/>
        <w:tblW w:type="auto" w:w="0"/>
        <w:tblLook w:firstColumn="1" w:firstRow="1" w:lastColumn="0" w:lastRow="0" w:noHBand="0" w:noVBand="1" w:val="04A0"/>
      </w:tblPr>
      <w:tblGrid>
        <w:gridCol w:w="4320"/>
        <w:gridCol w:w="4320"/>
      </w:tblGrid>
      <w:tr>
        <w:tc>
          <w:tcPr>
            <w:tcW w:type="dxa" w:w="4320"/>
          </w:tcPr>
          <w:p>
            <w:r>
              <w:t>年级专业</w:t>
            </w:r>
          </w:p>
        </w:tc>
        <w:tc>
          <w:tcPr>
            <w:tcW w:type="dxa" w:w="4320"/>
          </w:tcPr>
          <w:p>
            <w:r>
              <w:t>姓名</w:t>
            </w:r>
          </w:p>
        </w:tc>
      </w:tr>
      <w:tr>
        <w:tc>
          <w:tcPr>
            <w:tcW w:type="dxa" w:w="4320"/>
          </w:tcPr>
          <w:p>
            <w:r>
              <w:t>2020级武术与民族传统体育</w:t>
            </w:r>
          </w:p>
        </w:tc>
        <w:tc>
          <w:tcPr>
            <w:tcW w:type="dxa" w:w="4320"/>
          </w:tcPr>
          <w:p>
            <w:r>
              <w:t>王一帆</w:t>
            </w:r>
          </w:p>
        </w:tc>
      </w:tr>
    </w:tbl>
    <w:p>
      <w:r>
        <w:t>联系人：万延公示期自9月13日－9月23日，对以上人员有异议请于9月23日前与体育学院团委联系。</w:t>
      </w:r>
    </w:p>
    <w:p>
      <w:r>
        <w:t>电话：67167049</w:t>
      </w:r>
    </w:p>
    <w:p>
      <w:r>
        <w:t>邮箱：wanyan@suda.edu.cn</w:t>
      </w:r>
    </w:p>
    <w:p>
      <w:r>
        <w:t>苏州大学体育学院团委</w:t>
      </w:r>
    </w:p>
    <w:p>
      <w:r>
        <w:t>2023年9月14日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