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关于推荐免试研究生参加中国青年志愿者扶贫接力计划第二十三届研究生支教团的公示</w:t>
      </w:r>
    </w:p>
    <w:p>
      <w:r>
        <w:t>根据团中央《关于组建中国青年志愿者扶贫接力计划第23届（2021—2022年度）研究生支教团有关工作的通知》（全国项目办发〔2020〕6号）和《苏州大学招募推荐免试研究生参加中国青年志愿者扶贫接力计划研究生支教团工作实施办法》（苏大〔2009〕43号）的文件精神，按照《关于招募推荐免试研究生参加中国青年志愿者扶贫接力计划第二十三届研究生支教团的通知》的安排，学院共推荐4名同学参加学校的遴选，现予以公示：</w:t>
      </w:r>
    </w:p>
    <w:p>
      <w:r>
        <w:t>联系人：商仪公示期自9月16日－9月24日，对以上人员有异议请于9月24日前与体育学院团委联系。</w:t>
      </w:r>
    </w:p>
    <w:p>
      <w:r>
        <w:t>电话：67167049</w:t>
      </w:r>
    </w:p>
    <w:p>
      <w:r>
        <w:t>邮箱：shangyi@suda.edu.cn</w:t>
      </w:r>
    </w:p>
    <w:p>
      <w:r>
        <w:t>苏州大学体育学院团委</w:t>
      </w:r>
    </w:p>
    <w:p>
      <w:r>
        <w:t>2021年9月16日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