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体育学院2023年拟推荐优秀应届本科毕业生免试攻读研究生名单公示</w:t>
      </w:r>
    </w:p>
    <w:p>
      <w:r>
        <w:t>根据教育部、江苏省教育厅和学校有关推免工作文件精神，结合《苏州大学2023年推荐优秀应届本科毕业生免试攻读研究生工作方案》（教字﹝ 2022﹞251号）等文件精神，按照《体育学院推荐优秀应届本科毕业生2023年免试攻读研究生实施细则》相关办法，经过宣传动员、个人申请、资格审查、综合成绩评定等程序，学院推免生遴选工作小组讨论、评审，确定体育学院2023年优秀应届本科毕业生免试攻读研究生拟推荐名单，现予以公示（附件1）。</w:t>
      </w:r>
    </w:p>
    <w:p>
      <w:r>
        <w:t>公示期为：2022年9月19日-9月30日。</w:t>
      </w:r>
    </w:p>
    <w:p>
      <w:r>
        <w:t>如有异议，请于公示期内（9月30日17:00前）向学院推免生遴选工作小组反映，联系电话：0512－67167271。为便于核查，提出异议者应表明真实身份，并提供有效联系方式，凡匿名、冒名或超出期限的不予受理。</w:t>
      </w:r>
    </w:p>
    <w:p>
      <w:r>
        <w:t>苏州大学体育学院</w:t>
      </w:r>
    </w:p>
    <w:p>
      <w:r>
        <w:t>2022年9月19日</w:t>
      </w:r>
    </w:p>
    <w:p>
      <w:r>
        <w:t>体育学院2023年推免遴选学生名单.xls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