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体育学院推荐2026年优秀应届本科毕业生免试攻读研究生综合评价总分及初选名单公示</w:t>
      </w:r>
    </w:p>
    <w:p>
      <w:r>
        <w:t>依据教育部、江苏省教育厅关于推免工作相关文件要求，以及《苏州大学推荐优秀应届本科毕业生免试攻读研究生工作实施办法（2025年修订）》（苏大教〔2025〕50号）、《关于组织开展推荐2026年优秀应届本科毕业生免试攻读研究生工作的通知》（苏大教字〔2025〕179号）等文件精神，遵循《体育学院推荐2026年优秀应届本科毕业生免试攻读研究生实施细则》规定的工作程序，经宣传动员、个人申请、资格审查、综合成绩评定等环节，学院推免工作小组对申请人提交的材料进行研讨、评审与打分，确定了体育学院2026年优秀应届本科毕业生免试攻读研究生综合评价总分及初选名单，现予以公示（详见附件）。</w:t>
      </w:r>
    </w:p>
    <w:p>
      <w:r>
        <w:t>公示期为2025年9月12日至9月18日。</w:t>
      </w:r>
    </w:p>
    <w:p>
      <w:r>
        <w:t>若对遴选结果存有异议，请于公示期内以书面形式向学院推免工作小组反馈，联系电话：0512－67167271；电子邮箱：renlijie2011@suda.edu.cn。为便于核查，提出异议者应明示真实身份，并提供有效联系方式，凡匿名、冒名或超出规定期限提出的异议，将不予受理。对学院解答仍有异议的，可实名向学校教务处反映，联系电话0512－67163652；电子邮箱：xlhu@suda.edu.cn。</w:t>
      </w:r>
    </w:p>
    <w:p>
      <w:r>
        <w:t>体育学院推荐2026年优秀应届本科毕业生免试攻读研究生综合评价总分及初选名单.xlsx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