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体育学院拟推荐优秀应届本科毕业生2020年免试攻读硕士研究生名单公示</w:t>
      </w:r>
    </w:p>
    <w:p>
      <w:r>
        <w:t>根据《关于开展推荐优秀应届本科毕业生2020年免试攻读硕士研究生工作的通知》（教字[2019]105号）、《苏州大学推荐优秀应届本科毕业生免试攻读硕士学位研究生工作实施办法（修订稿）》（苏大教[2015]28号）和《体育学院2020年免试攻读硕士研究生推荐工作实施细则》等文件要求和精神，经过宣传动员、个人申请、资格审查、综合面试等程序，学院推免生遴选工作小组讨论，确定体育学院优秀应届本科毕业生2020年免试攻读硕士研究生拟推荐名单，现予以公示。</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学号</w:t>
            </w:r>
          </w:p>
        </w:tc>
        <w:tc>
          <w:tcPr>
            <w:tcW w:type="dxa" w:w="1728"/>
          </w:tcPr>
          <w:p>
            <w:r>
              <w:t>本科专业名称</w:t>
            </w:r>
          </w:p>
        </w:tc>
        <w:tc>
          <w:tcPr>
            <w:tcW w:type="dxa" w:w="1728"/>
          </w:tcPr>
          <w:p>
            <w:r>
              <w:t>姓名</w:t>
            </w:r>
          </w:p>
        </w:tc>
        <w:tc>
          <w:tcPr>
            <w:tcW w:type="dxa" w:w="1728"/>
          </w:tcPr>
          <w:p>
            <w:r>
              <w:t>备注</w:t>
            </w:r>
          </w:p>
        </w:tc>
      </w:tr>
      <w:tr>
        <w:tc>
          <w:tcPr>
            <w:tcW w:type="dxa" w:w="1728"/>
          </w:tcPr>
          <w:p>
            <w:r>
              <w:t>1</w:t>
            </w:r>
          </w:p>
        </w:tc>
        <w:tc>
          <w:tcPr>
            <w:tcW w:type="dxa" w:w="1728"/>
          </w:tcPr>
          <w:p>
            <w:r>
              <w:t>1606401010</w:t>
            </w:r>
          </w:p>
        </w:tc>
        <w:tc>
          <w:tcPr>
            <w:tcW w:type="dxa" w:w="1728"/>
          </w:tcPr>
          <w:p>
            <w:r>
              <w:t>体育教育</w:t>
            </w:r>
          </w:p>
        </w:tc>
        <w:tc>
          <w:tcPr>
            <w:tcW w:type="dxa" w:w="1728"/>
          </w:tcPr>
          <w:p>
            <w:r>
              <w:t>赵和凯</w:t>
            </w:r>
          </w:p>
        </w:tc>
        <w:tc>
          <w:tcPr>
            <w:tcW w:type="dxa" w:w="1728"/>
          </w:tcPr>
          <w:p>
            <w:r/>
          </w:p>
        </w:tc>
      </w:tr>
      <w:tr>
        <w:tc>
          <w:tcPr>
            <w:tcW w:type="dxa" w:w="1728"/>
          </w:tcPr>
          <w:p>
            <w:r>
              <w:t>2</w:t>
            </w:r>
          </w:p>
        </w:tc>
        <w:tc>
          <w:tcPr>
            <w:tcW w:type="dxa" w:w="1728"/>
          </w:tcPr>
          <w:p>
            <w:r>
              <w:t>1606401060</w:t>
            </w:r>
          </w:p>
        </w:tc>
        <w:tc>
          <w:tcPr>
            <w:tcW w:type="dxa" w:w="1728"/>
          </w:tcPr>
          <w:p>
            <w:r>
              <w:t>体育教育</w:t>
            </w:r>
          </w:p>
        </w:tc>
        <w:tc>
          <w:tcPr>
            <w:tcW w:type="dxa" w:w="1728"/>
          </w:tcPr>
          <w:p>
            <w:r>
              <w:t>赵兵</w:t>
            </w:r>
          </w:p>
        </w:tc>
        <w:tc>
          <w:tcPr>
            <w:tcW w:type="dxa" w:w="1728"/>
          </w:tcPr>
          <w:p>
            <w:r/>
          </w:p>
        </w:tc>
      </w:tr>
      <w:tr>
        <w:tc>
          <w:tcPr>
            <w:tcW w:type="dxa" w:w="1728"/>
          </w:tcPr>
          <w:p>
            <w:r>
              <w:t>3</w:t>
            </w:r>
          </w:p>
        </w:tc>
        <w:tc>
          <w:tcPr>
            <w:tcW w:type="dxa" w:w="1728"/>
          </w:tcPr>
          <w:p>
            <w:r>
              <w:t>1606401025</w:t>
            </w:r>
          </w:p>
        </w:tc>
        <w:tc>
          <w:tcPr>
            <w:tcW w:type="dxa" w:w="1728"/>
          </w:tcPr>
          <w:p>
            <w:r>
              <w:t>体育教育</w:t>
            </w:r>
          </w:p>
        </w:tc>
        <w:tc>
          <w:tcPr>
            <w:tcW w:type="dxa" w:w="1728"/>
          </w:tcPr>
          <w:p>
            <w:r>
              <w:t>李凯</w:t>
            </w:r>
          </w:p>
        </w:tc>
        <w:tc>
          <w:tcPr>
            <w:tcW w:type="dxa" w:w="1728"/>
          </w:tcPr>
          <w:p>
            <w:r/>
          </w:p>
        </w:tc>
      </w:tr>
      <w:tr>
        <w:tc>
          <w:tcPr>
            <w:tcW w:type="dxa" w:w="1728"/>
          </w:tcPr>
          <w:p>
            <w:r>
              <w:t>4</w:t>
            </w:r>
          </w:p>
        </w:tc>
        <w:tc>
          <w:tcPr>
            <w:tcW w:type="dxa" w:w="1728"/>
          </w:tcPr>
          <w:p>
            <w:r>
              <w:t>1606401063</w:t>
            </w:r>
          </w:p>
        </w:tc>
        <w:tc>
          <w:tcPr>
            <w:tcW w:type="dxa" w:w="1728"/>
          </w:tcPr>
          <w:p>
            <w:r>
              <w:t>体育教育</w:t>
            </w:r>
          </w:p>
        </w:tc>
        <w:tc>
          <w:tcPr>
            <w:tcW w:type="dxa" w:w="1728"/>
          </w:tcPr>
          <w:p>
            <w:r>
              <w:t>于清华</w:t>
            </w:r>
          </w:p>
        </w:tc>
        <w:tc>
          <w:tcPr>
            <w:tcW w:type="dxa" w:w="1728"/>
          </w:tcPr>
          <w:p>
            <w:r/>
          </w:p>
        </w:tc>
      </w:tr>
      <w:tr>
        <w:tc>
          <w:tcPr>
            <w:tcW w:type="dxa" w:w="1728"/>
          </w:tcPr>
          <w:p>
            <w:r>
              <w:t>5</w:t>
            </w:r>
          </w:p>
        </w:tc>
        <w:tc>
          <w:tcPr>
            <w:tcW w:type="dxa" w:w="1728"/>
          </w:tcPr>
          <w:p>
            <w:r>
              <w:t>1606401043</w:t>
            </w:r>
          </w:p>
        </w:tc>
        <w:tc>
          <w:tcPr>
            <w:tcW w:type="dxa" w:w="1728"/>
          </w:tcPr>
          <w:p>
            <w:r>
              <w:t>体育教育</w:t>
            </w:r>
          </w:p>
        </w:tc>
        <w:tc>
          <w:tcPr>
            <w:tcW w:type="dxa" w:w="1728"/>
          </w:tcPr>
          <w:p>
            <w:r>
              <w:t>赵妍清</w:t>
            </w:r>
          </w:p>
        </w:tc>
        <w:tc>
          <w:tcPr>
            <w:tcW w:type="dxa" w:w="1728"/>
          </w:tcPr>
          <w:p>
            <w:r/>
          </w:p>
        </w:tc>
      </w:tr>
      <w:tr>
        <w:tc>
          <w:tcPr>
            <w:tcW w:type="dxa" w:w="1728"/>
          </w:tcPr>
          <w:p>
            <w:r>
              <w:t>6</w:t>
            </w:r>
          </w:p>
        </w:tc>
        <w:tc>
          <w:tcPr>
            <w:tcW w:type="dxa" w:w="1728"/>
          </w:tcPr>
          <w:p>
            <w:r>
              <w:t>1606401007</w:t>
            </w:r>
          </w:p>
        </w:tc>
        <w:tc>
          <w:tcPr>
            <w:tcW w:type="dxa" w:w="1728"/>
          </w:tcPr>
          <w:p>
            <w:r>
              <w:t>体育教育</w:t>
            </w:r>
          </w:p>
        </w:tc>
        <w:tc>
          <w:tcPr>
            <w:tcW w:type="dxa" w:w="1728"/>
          </w:tcPr>
          <w:p>
            <w:r>
              <w:t>漆光泽</w:t>
            </w:r>
          </w:p>
        </w:tc>
        <w:tc>
          <w:tcPr>
            <w:tcW w:type="dxa" w:w="1728"/>
          </w:tcPr>
          <w:p>
            <w:r/>
          </w:p>
        </w:tc>
      </w:tr>
      <w:tr>
        <w:tc>
          <w:tcPr>
            <w:tcW w:type="dxa" w:w="1728"/>
          </w:tcPr>
          <w:p>
            <w:r>
              <w:t>7</w:t>
            </w:r>
          </w:p>
        </w:tc>
        <w:tc>
          <w:tcPr>
            <w:tcW w:type="dxa" w:w="1728"/>
          </w:tcPr>
          <w:p>
            <w:r>
              <w:t>1606401034</w:t>
            </w:r>
          </w:p>
        </w:tc>
        <w:tc>
          <w:tcPr>
            <w:tcW w:type="dxa" w:w="1728"/>
          </w:tcPr>
          <w:p>
            <w:r>
              <w:t>体育教育</w:t>
            </w:r>
          </w:p>
        </w:tc>
        <w:tc>
          <w:tcPr>
            <w:tcW w:type="dxa" w:w="1728"/>
          </w:tcPr>
          <w:p>
            <w:r>
              <w:t>周宇</w:t>
            </w:r>
          </w:p>
        </w:tc>
        <w:tc>
          <w:tcPr>
            <w:tcW w:type="dxa" w:w="1728"/>
          </w:tcPr>
          <w:p>
            <w:r/>
          </w:p>
        </w:tc>
      </w:tr>
      <w:tr>
        <w:tc>
          <w:tcPr>
            <w:tcW w:type="dxa" w:w="1728"/>
          </w:tcPr>
          <w:p>
            <w:r>
              <w:t>8</w:t>
            </w:r>
          </w:p>
        </w:tc>
        <w:tc>
          <w:tcPr>
            <w:tcW w:type="dxa" w:w="1728"/>
          </w:tcPr>
          <w:p>
            <w:r>
              <w:t>1606403018</w:t>
            </w:r>
          </w:p>
        </w:tc>
        <w:tc>
          <w:tcPr>
            <w:tcW w:type="dxa" w:w="1728"/>
          </w:tcPr>
          <w:p>
            <w:r>
              <w:t>武术与民族传统体育</w:t>
            </w:r>
          </w:p>
        </w:tc>
        <w:tc>
          <w:tcPr>
            <w:tcW w:type="dxa" w:w="1728"/>
          </w:tcPr>
          <w:p>
            <w:r>
              <w:t>高浩</w:t>
            </w:r>
          </w:p>
        </w:tc>
        <w:tc>
          <w:tcPr>
            <w:tcW w:type="dxa" w:w="1728"/>
          </w:tcPr>
          <w:p>
            <w:r/>
          </w:p>
        </w:tc>
      </w:tr>
      <w:tr>
        <w:tc>
          <w:tcPr>
            <w:tcW w:type="dxa" w:w="1728"/>
          </w:tcPr>
          <w:p>
            <w:r>
              <w:t>9</w:t>
            </w:r>
          </w:p>
        </w:tc>
        <w:tc>
          <w:tcPr>
            <w:tcW w:type="dxa" w:w="1728"/>
          </w:tcPr>
          <w:p>
            <w:r>
              <w:t>1606403001</w:t>
            </w:r>
          </w:p>
        </w:tc>
        <w:tc>
          <w:tcPr>
            <w:tcW w:type="dxa" w:w="1728"/>
          </w:tcPr>
          <w:p>
            <w:r>
              <w:t>武术与民族传统体育</w:t>
            </w:r>
          </w:p>
        </w:tc>
        <w:tc>
          <w:tcPr>
            <w:tcW w:type="dxa" w:w="1728"/>
          </w:tcPr>
          <w:p>
            <w:r>
              <w:t>王路路</w:t>
            </w:r>
          </w:p>
        </w:tc>
        <w:tc>
          <w:tcPr>
            <w:tcW w:type="dxa" w:w="1728"/>
          </w:tcPr>
          <w:p>
            <w:r/>
          </w:p>
        </w:tc>
      </w:tr>
      <w:tr>
        <w:tc>
          <w:tcPr>
            <w:tcW w:type="dxa" w:w="1728"/>
          </w:tcPr>
          <w:p>
            <w:r>
              <w:t>10</w:t>
            </w:r>
          </w:p>
        </w:tc>
        <w:tc>
          <w:tcPr>
            <w:tcW w:type="dxa" w:w="1728"/>
          </w:tcPr>
          <w:p>
            <w:r>
              <w:t>1606403005</w:t>
            </w:r>
          </w:p>
        </w:tc>
        <w:tc>
          <w:tcPr>
            <w:tcW w:type="dxa" w:w="1728"/>
          </w:tcPr>
          <w:p>
            <w:r>
              <w:t>武术与民族传统体育</w:t>
            </w:r>
          </w:p>
        </w:tc>
        <w:tc>
          <w:tcPr>
            <w:tcW w:type="dxa" w:w="1728"/>
          </w:tcPr>
          <w:p>
            <w:r>
              <w:t>黄红</w:t>
            </w:r>
          </w:p>
        </w:tc>
        <w:tc>
          <w:tcPr>
            <w:tcW w:type="dxa" w:w="1728"/>
          </w:tcPr>
          <w:p>
            <w:r/>
          </w:p>
        </w:tc>
      </w:tr>
      <w:tr>
        <w:tc>
          <w:tcPr>
            <w:tcW w:type="dxa" w:w="1728"/>
          </w:tcPr>
          <w:p>
            <w:r>
              <w:t>11</w:t>
            </w:r>
          </w:p>
        </w:tc>
        <w:tc>
          <w:tcPr>
            <w:tcW w:type="dxa" w:w="1728"/>
          </w:tcPr>
          <w:p>
            <w:r>
              <w:t>1606404024</w:t>
            </w:r>
          </w:p>
        </w:tc>
        <w:tc>
          <w:tcPr>
            <w:tcW w:type="dxa" w:w="1728"/>
          </w:tcPr>
          <w:p>
            <w:r>
              <w:t>运动训练</w:t>
            </w:r>
          </w:p>
        </w:tc>
        <w:tc>
          <w:tcPr>
            <w:tcW w:type="dxa" w:w="1728"/>
          </w:tcPr>
          <w:p>
            <w:r>
              <w:t>黄晨</w:t>
            </w:r>
          </w:p>
        </w:tc>
        <w:tc>
          <w:tcPr>
            <w:tcW w:type="dxa" w:w="1728"/>
          </w:tcPr>
          <w:p>
            <w:r/>
          </w:p>
        </w:tc>
      </w:tr>
      <w:tr>
        <w:tc>
          <w:tcPr>
            <w:tcW w:type="dxa" w:w="1728"/>
          </w:tcPr>
          <w:p>
            <w:r>
              <w:t>12</w:t>
            </w:r>
          </w:p>
        </w:tc>
        <w:tc>
          <w:tcPr>
            <w:tcW w:type="dxa" w:w="1728"/>
          </w:tcPr>
          <w:p>
            <w:r>
              <w:t>1606404018</w:t>
            </w:r>
          </w:p>
        </w:tc>
        <w:tc>
          <w:tcPr>
            <w:tcW w:type="dxa" w:w="1728"/>
          </w:tcPr>
          <w:p>
            <w:r>
              <w:t>运动训练</w:t>
            </w:r>
          </w:p>
        </w:tc>
        <w:tc>
          <w:tcPr>
            <w:tcW w:type="dxa" w:w="1728"/>
          </w:tcPr>
          <w:p>
            <w:r>
              <w:t>孙宏达</w:t>
            </w:r>
          </w:p>
        </w:tc>
        <w:tc>
          <w:tcPr>
            <w:tcW w:type="dxa" w:w="1728"/>
          </w:tcPr>
          <w:p>
            <w:r/>
          </w:p>
        </w:tc>
      </w:tr>
      <w:tr>
        <w:tc>
          <w:tcPr>
            <w:tcW w:type="dxa" w:w="1728"/>
          </w:tcPr>
          <w:p>
            <w:r>
              <w:t>13</w:t>
            </w:r>
          </w:p>
        </w:tc>
        <w:tc>
          <w:tcPr>
            <w:tcW w:type="dxa" w:w="1728"/>
          </w:tcPr>
          <w:p>
            <w:r>
              <w:t>1606404044</w:t>
            </w:r>
          </w:p>
        </w:tc>
        <w:tc>
          <w:tcPr>
            <w:tcW w:type="dxa" w:w="1728"/>
          </w:tcPr>
          <w:p>
            <w:r>
              <w:t>运动训练</w:t>
            </w:r>
          </w:p>
        </w:tc>
        <w:tc>
          <w:tcPr>
            <w:tcW w:type="dxa" w:w="1728"/>
          </w:tcPr>
          <w:p>
            <w:r>
              <w:t>陈梦竹</w:t>
            </w:r>
          </w:p>
        </w:tc>
        <w:tc>
          <w:tcPr>
            <w:tcW w:type="dxa" w:w="1728"/>
          </w:tcPr>
          <w:p>
            <w:r/>
          </w:p>
        </w:tc>
      </w:tr>
      <w:tr>
        <w:tc>
          <w:tcPr>
            <w:tcW w:type="dxa" w:w="1728"/>
          </w:tcPr>
          <w:p>
            <w:r>
              <w:t>14</w:t>
            </w:r>
          </w:p>
        </w:tc>
        <w:tc>
          <w:tcPr>
            <w:tcW w:type="dxa" w:w="1728"/>
          </w:tcPr>
          <w:p>
            <w:r>
              <w:t>1606404022</w:t>
            </w:r>
          </w:p>
        </w:tc>
        <w:tc>
          <w:tcPr>
            <w:tcW w:type="dxa" w:w="1728"/>
          </w:tcPr>
          <w:p>
            <w:r>
              <w:t>运动训练</w:t>
            </w:r>
          </w:p>
        </w:tc>
        <w:tc>
          <w:tcPr>
            <w:tcW w:type="dxa" w:w="1728"/>
          </w:tcPr>
          <w:p>
            <w:r>
              <w:t>顾张瑜</w:t>
            </w:r>
          </w:p>
        </w:tc>
        <w:tc>
          <w:tcPr>
            <w:tcW w:type="dxa" w:w="1728"/>
          </w:tcPr>
          <w:p>
            <w:r/>
          </w:p>
        </w:tc>
      </w:tr>
      <w:tr>
        <w:tc>
          <w:tcPr>
            <w:tcW w:type="dxa" w:w="1728"/>
          </w:tcPr>
          <w:p>
            <w:r>
              <w:t>15</w:t>
            </w:r>
          </w:p>
        </w:tc>
        <w:tc>
          <w:tcPr>
            <w:tcW w:type="dxa" w:w="1728"/>
          </w:tcPr>
          <w:p>
            <w:r>
              <w:t>1606405006</w:t>
            </w:r>
          </w:p>
        </w:tc>
        <w:tc>
          <w:tcPr>
            <w:tcW w:type="dxa" w:w="1728"/>
          </w:tcPr>
          <w:p>
            <w:r>
              <w:t>运动康复</w:t>
            </w:r>
          </w:p>
        </w:tc>
        <w:tc>
          <w:tcPr>
            <w:tcW w:type="dxa" w:w="1728"/>
          </w:tcPr>
          <w:p>
            <w:r>
              <w:t>吴迪</w:t>
            </w:r>
          </w:p>
        </w:tc>
        <w:tc>
          <w:tcPr>
            <w:tcW w:type="dxa" w:w="1728"/>
          </w:tcPr>
          <w:p>
            <w:r/>
          </w:p>
        </w:tc>
      </w:tr>
      <w:tr>
        <w:tc>
          <w:tcPr>
            <w:tcW w:type="dxa" w:w="1728"/>
          </w:tcPr>
          <w:p>
            <w:r>
              <w:t>16</w:t>
            </w:r>
          </w:p>
        </w:tc>
        <w:tc>
          <w:tcPr>
            <w:tcW w:type="dxa" w:w="1728"/>
          </w:tcPr>
          <w:p>
            <w:r>
              <w:t>1606405018</w:t>
            </w:r>
          </w:p>
        </w:tc>
        <w:tc>
          <w:tcPr>
            <w:tcW w:type="dxa" w:w="1728"/>
          </w:tcPr>
          <w:p>
            <w:r>
              <w:t>运动康复</w:t>
            </w:r>
          </w:p>
        </w:tc>
        <w:tc>
          <w:tcPr>
            <w:tcW w:type="dxa" w:w="1728"/>
          </w:tcPr>
          <w:p>
            <w:r>
              <w:t>尤彦伟</w:t>
            </w:r>
          </w:p>
        </w:tc>
        <w:tc>
          <w:tcPr>
            <w:tcW w:type="dxa" w:w="1728"/>
          </w:tcPr>
          <w:p>
            <w:r/>
          </w:p>
        </w:tc>
      </w:tr>
      <w:tr>
        <w:tc>
          <w:tcPr>
            <w:tcW w:type="dxa" w:w="1728"/>
          </w:tcPr>
          <w:p>
            <w:r>
              <w:t>17</w:t>
            </w:r>
          </w:p>
        </w:tc>
        <w:tc>
          <w:tcPr>
            <w:tcW w:type="dxa" w:w="1728"/>
          </w:tcPr>
          <w:p>
            <w:r>
              <w:t>1606405005</w:t>
            </w:r>
          </w:p>
        </w:tc>
        <w:tc>
          <w:tcPr>
            <w:tcW w:type="dxa" w:w="1728"/>
          </w:tcPr>
          <w:p>
            <w:r>
              <w:t>运动康复</w:t>
            </w:r>
          </w:p>
        </w:tc>
        <w:tc>
          <w:tcPr>
            <w:tcW w:type="dxa" w:w="1728"/>
          </w:tcPr>
          <w:p>
            <w:r>
              <w:t>蒋智</w:t>
            </w:r>
          </w:p>
        </w:tc>
        <w:tc>
          <w:tcPr>
            <w:tcW w:type="dxa" w:w="1728"/>
          </w:tcPr>
          <w:p>
            <w:r/>
          </w:p>
        </w:tc>
      </w:tr>
      <w:tr>
        <w:tc>
          <w:tcPr>
            <w:tcW w:type="dxa" w:w="1728"/>
          </w:tcPr>
          <w:p>
            <w:r>
              <w:t>18</w:t>
            </w:r>
          </w:p>
        </w:tc>
        <w:tc>
          <w:tcPr>
            <w:tcW w:type="dxa" w:w="1728"/>
          </w:tcPr>
          <w:p>
            <w:r>
              <w:t>1606401040</w:t>
            </w:r>
          </w:p>
        </w:tc>
        <w:tc>
          <w:tcPr>
            <w:tcW w:type="dxa" w:w="1728"/>
          </w:tcPr>
          <w:p>
            <w:r>
              <w:t>体育教育</w:t>
            </w:r>
          </w:p>
        </w:tc>
        <w:tc>
          <w:tcPr>
            <w:tcW w:type="dxa" w:w="1728"/>
          </w:tcPr>
          <w:p>
            <w:r>
              <w:t>冯志强</w:t>
            </w:r>
          </w:p>
        </w:tc>
        <w:tc>
          <w:tcPr>
            <w:tcW w:type="dxa" w:w="1728"/>
          </w:tcPr>
          <w:p>
            <w:r>
              <w:t>优秀运动员</w:t>
            </w:r>
          </w:p>
        </w:tc>
      </w:tr>
      <w:tr>
        <w:tc>
          <w:tcPr>
            <w:tcW w:type="dxa" w:w="1728"/>
          </w:tcPr>
          <w:p>
            <w:r>
              <w:t>19</w:t>
            </w:r>
          </w:p>
        </w:tc>
        <w:tc>
          <w:tcPr>
            <w:tcW w:type="dxa" w:w="1728"/>
          </w:tcPr>
          <w:p>
            <w:r>
              <w:t>1606404045</w:t>
            </w:r>
          </w:p>
        </w:tc>
        <w:tc>
          <w:tcPr>
            <w:tcW w:type="dxa" w:w="1728"/>
          </w:tcPr>
          <w:p>
            <w:r>
              <w:t>运动训练</w:t>
            </w:r>
          </w:p>
        </w:tc>
        <w:tc>
          <w:tcPr>
            <w:tcW w:type="dxa" w:w="1728"/>
          </w:tcPr>
          <w:p>
            <w:r>
              <w:t>郭丹</w:t>
            </w:r>
          </w:p>
        </w:tc>
        <w:tc>
          <w:tcPr>
            <w:tcW w:type="dxa" w:w="1728"/>
          </w:tcPr>
          <w:p>
            <w:r>
              <w:t>优秀运动员</w:t>
            </w:r>
          </w:p>
        </w:tc>
      </w:tr>
      <w:tr>
        <w:tc>
          <w:tcPr>
            <w:tcW w:type="dxa" w:w="1728"/>
          </w:tcPr>
          <w:p>
            <w:r>
              <w:t>20</w:t>
            </w:r>
          </w:p>
        </w:tc>
        <w:tc>
          <w:tcPr>
            <w:tcW w:type="dxa" w:w="1728"/>
          </w:tcPr>
          <w:p>
            <w:r>
              <w:t>1606401070</w:t>
            </w:r>
          </w:p>
        </w:tc>
        <w:tc>
          <w:tcPr>
            <w:tcW w:type="dxa" w:w="1728"/>
          </w:tcPr>
          <w:p>
            <w:r>
              <w:t>体育教育</w:t>
            </w:r>
          </w:p>
        </w:tc>
        <w:tc>
          <w:tcPr>
            <w:tcW w:type="dxa" w:w="1728"/>
          </w:tcPr>
          <w:p>
            <w:r>
              <w:t>赵楠</w:t>
            </w:r>
          </w:p>
        </w:tc>
        <w:tc>
          <w:tcPr>
            <w:tcW w:type="dxa" w:w="1728"/>
          </w:tcPr>
          <w:p>
            <w:r>
              <w:t>优秀运动员</w:t>
            </w:r>
          </w:p>
        </w:tc>
      </w:tr>
      <w:tr>
        <w:tc>
          <w:tcPr>
            <w:tcW w:type="dxa" w:w="1728"/>
          </w:tcPr>
          <w:p>
            <w:r>
              <w:t>21</w:t>
            </w:r>
          </w:p>
        </w:tc>
        <w:tc>
          <w:tcPr>
            <w:tcW w:type="dxa" w:w="1728"/>
          </w:tcPr>
          <w:p>
            <w:r>
              <w:t>1606404015</w:t>
            </w:r>
          </w:p>
        </w:tc>
        <w:tc>
          <w:tcPr>
            <w:tcW w:type="dxa" w:w="1728"/>
          </w:tcPr>
          <w:p>
            <w:r>
              <w:t>运动训练</w:t>
            </w:r>
          </w:p>
        </w:tc>
        <w:tc>
          <w:tcPr>
            <w:tcW w:type="dxa" w:w="1728"/>
          </w:tcPr>
          <w:p>
            <w:r>
              <w:t>王艺杰</w:t>
            </w:r>
          </w:p>
        </w:tc>
        <w:tc>
          <w:tcPr>
            <w:tcW w:type="dxa" w:w="1728"/>
          </w:tcPr>
          <w:p>
            <w:r>
              <w:t>优秀运动员</w:t>
            </w:r>
          </w:p>
        </w:tc>
      </w:tr>
      <w:tr>
        <w:tc>
          <w:tcPr>
            <w:tcW w:type="dxa" w:w="1728"/>
          </w:tcPr>
          <w:p>
            <w:r>
              <w:t>22</w:t>
            </w:r>
          </w:p>
        </w:tc>
        <w:tc>
          <w:tcPr>
            <w:tcW w:type="dxa" w:w="1728"/>
          </w:tcPr>
          <w:p>
            <w:r>
              <w:t>1542403029</w:t>
            </w:r>
          </w:p>
        </w:tc>
        <w:tc>
          <w:tcPr>
            <w:tcW w:type="dxa" w:w="1728"/>
          </w:tcPr>
          <w:p>
            <w:r>
              <w:t>运动康复</w:t>
            </w:r>
          </w:p>
        </w:tc>
        <w:tc>
          <w:tcPr>
            <w:tcW w:type="dxa" w:w="1728"/>
          </w:tcPr>
          <w:p>
            <w:r>
              <w:t>赵建梅</w:t>
            </w:r>
          </w:p>
        </w:tc>
        <w:tc>
          <w:tcPr>
            <w:tcW w:type="dxa" w:w="1728"/>
          </w:tcPr>
          <w:p>
            <w:r>
              <w:t>候补</w:t>
            </w:r>
          </w:p>
        </w:tc>
      </w:tr>
      <w:tr>
        <w:tc>
          <w:tcPr>
            <w:tcW w:type="dxa" w:w="1728"/>
          </w:tcPr>
          <w:p>
            <w:r>
              <w:t>23</w:t>
            </w:r>
          </w:p>
        </w:tc>
        <w:tc>
          <w:tcPr>
            <w:tcW w:type="dxa" w:w="1728"/>
          </w:tcPr>
          <w:p>
            <w:r>
              <w:t>1606405001</w:t>
            </w:r>
          </w:p>
        </w:tc>
        <w:tc>
          <w:tcPr>
            <w:tcW w:type="dxa" w:w="1728"/>
          </w:tcPr>
          <w:p>
            <w:r>
              <w:t>运动康复</w:t>
            </w:r>
          </w:p>
        </w:tc>
        <w:tc>
          <w:tcPr>
            <w:tcW w:type="dxa" w:w="1728"/>
          </w:tcPr>
          <w:p>
            <w:r>
              <w:t>魏彤</w:t>
            </w:r>
          </w:p>
        </w:tc>
        <w:tc>
          <w:tcPr>
            <w:tcW w:type="dxa" w:w="1728"/>
          </w:tcPr>
          <w:p>
            <w:r>
              <w:t>候补</w:t>
            </w:r>
          </w:p>
        </w:tc>
      </w:tr>
      <w:tr>
        <w:tc>
          <w:tcPr>
            <w:tcW w:type="dxa" w:w="1728"/>
          </w:tcPr>
          <w:p>
            <w:r>
              <w:t>优秀运动员主要运动成绩如下：</w:t>
            </w:r>
          </w:p>
        </w:tc>
        <w:tc>
          <w:tcPr>
            <w:tcW w:type="dxa" w:w="1728"/>
          </w:tcPr>
          <w:p/>
        </w:tc>
        <w:tc>
          <w:tcPr>
            <w:tcW w:type="dxa" w:w="1728"/>
          </w:tcPr>
          <w:p/>
        </w:tc>
        <w:tc>
          <w:tcPr>
            <w:tcW w:type="dxa" w:w="1728"/>
          </w:tcPr>
          <w:p/>
        </w:tc>
        <w:tc>
          <w:tcPr>
            <w:tcW w:type="dxa" w:w="1728"/>
          </w:tcPr>
          <w:p/>
        </w:tc>
      </w:tr>
      <w:tr>
        <w:tc>
          <w:tcPr>
            <w:tcW w:type="dxa" w:w="1728"/>
          </w:tcPr>
          <w:p>
            <w:r>
              <w:t>冯志强：1、2017年第十三届全国运动会男子400米栏冠军；2、2017年第十三届全国学生运动会大学组男子400米栏冠军；3、2017年第十三届全国学生运动会大学组男子4×400米接力冠军</w:t>
            </w:r>
          </w:p>
        </w:tc>
        <w:tc>
          <w:tcPr>
            <w:tcW w:type="dxa" w:w="1728"/>
          </w:tcPr>
          <w:p/>
        </w:tc>
        <w:tc>
          <w:tcPr>
            <w:tcW w:type="dxa" w:w="1728"/>
          </w:tcPr>
          <w:p/>
        </w:tc>
        <w:tc>
          <w:tcPr>
            <w:tcW w:type="dxa" w:w="1728"/>
          </w:tcPr>
          <w:p/>
        </w:tc>
        <w:tc>
          <w:tcPr>
            <w:tcW w:type="dxa" w:w="1728"/>
          </w:tcPr>
          <w:p/>
        </w:tc>
      </w:tr>
      <w:tr>
        <w:tc>
          <w:tcPr>
            <w:tcW w:type="dxa" w:w="1728"/>
          </w:tcPr>
          <w:p>
            <w:r>
              <w:t>郭丹：1、2017年第八届亚洲冬季运动会速度滑冰比赛女子集体出发第五；2、2017年速度滑冰世界杯美国站集体出发第二名；3、2018年亚洲运动会速度轮滑20000米淘汰赛第二名、同时成为亚运会闭幕式旗手；4、2018年平昌冬奥会速度滑冰女子集体出发第十名；5、2019年第十四届全国冬季运动会轮滑项目500米、1000米、10000米金牌。</w:t>
            </w:r>
          </w:p>
        </w:tc>
        <w:tc>
          <w:tcPr>
            <w:tcW w:type="dxa" w:w="1728"/>
          </w:tcPr>
          <w:p/>
        </w:tc>
        <w:tc>
          <w:tcPr>
            <w:tcW w:type="dxa" w:w="1728"/>
          </w:tcPr>
          <w:p/>
        </w:tc>
        <w:tc>
          <w:tcPr>
            <w:tcW w:type="dxa" w:w="1728"/>
          </w:tcPr>
          <w:p/>
        </w:tc>
        <w:tc>
          <w:tcPr>
            <w:tcW w:type="dxa" w:w="1728"/>
          </w:tcPr>
          <w:p/>
        </w:tc>
      </w:tr>
      <w:tr>
        <w:tc>
          <w:tcPr>
            <w:tcW w:type="dxa" w:w="1728"/>
          </w:tcPr>
          <w:p>
            <w:r>
              <w:t>赵楠：1、2016年10月全国男子手球锦标赛第一名；2、2017年8月中华人民共和国第十三届运动会男子手球比赛第一名；3、2018年7月全国大学生手球锦标赛第一名。</w:t>
            </w:r>
          </w:p>
        </w:tc>
        <w:tc>
          <w:tcPr>
            <w:tcW w:type="dxa" w:w="1728"/>
          </w:tcPr>
          <w:p/>
        </w:tc>
        <w:tc>
          <w:tcPr>
            <w:tcW w:type="dxa" w:w="1728"/>
          </w:tcPr>
          <w:p/>
        </w:tc>
        <w:tc>
          <w:tcPr>
            <w:tcW w:type="dxa" w:w="1728"/>
          </w:tcPr>
          <w:p/>
        </w:tc>
        <w:tc>
          <w:tcPr>
            <w:tcW w:type="dxa" w:w="1728"/>
          </w:tcPr>
          <w:p/>
        </w:tc>
      </w:tr>
      <w:tr>
        <w:tc>
          <w:tcPr>
            <w:tcW w:type="dxa" w:w="1728"/>
          </w:tcPr>
          <w:p>
            <w:r>
              <w:t>王艺杰：1、2019年全国田径大奖赛（洛阳站）混合4×400米接力第一名；2、2019年全国田径冠军赛暨大奖赛总决赛男子400米栏第一名；3、2019年第19届全国大学生田径锦标赛男子高水平B组400米栏第一名。</w:t>
            </w:r>
          </w:p>
        </w:tc>
        <w:tc>
          <w:tcPr>
            <w:tcW w:type="dxa" w:w="1728"/>
          </w:tcPr>
          <w:p/>
        </w:tc>
        <w:tc>
          <w:tcPr>
            <w:tcW w:type="dxa" w:w="1728"/>
          </w:tcPr>
          <w:p/>
        </w:tc>
        <w:tc>
          <w:tcPr>
            <w:tcW w:type="dxa" w:w="1728"/>
          </w:tcPr>
          <w:p/>
        </w:tc>
        <w:tc>
          <w:tcPr>
            <w:tcW w:type="dxa" w:w="1728"/>
          </w:tcPr>
          <w:p/>
        </w:tc>
      </w:tr>
    </w:tbl>
    <w:p>
      <w:r>
        <w:t>公示期为：2019年9月16-25日。</w:t>
      </w:r>
    </w:p>
    <w:p>
      <w:r>
        <w:t>如有异议，请于公示期内（25日17:00前）向学院推免生遴选工作小组反映。电话：0512－67163273，0512－67163373。为便于核查，提出异议者应表明真实身份，并提供有效联系方式，凡匿名、冒名或超出期限的不予受理。</w:t>
      </w:r>
    </w:p>
    <w:p>
      <w:r>
        <w:t>苏州大学体育学院</w:t>
      </w:r>
    </w:p>
    <w:p>
      <w:r>
        <w:t>2019年9月16日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