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体育学院拟推荐优秀应届本科毕业生2018年免试攻读硕士研究生名单公示</w:t>
      </w:r>
    </w:p>
    <w:p>
      <w:r>
        <w:t>根据《关于开展推荐优秀应届本科毕业生2018年免试攻读硕士研究生工作的通知》（教字[2017]160号）、《苏州大学推荐优秀应届本科毕业生免试攻读硕士学位研究生工作实施办法（修订稿）》（苏大教[2015]28号）和《苏州大学体育学院推荐优秀应届本科毕业生2018年免试攻读硕士研究生实施细则》等文件要求和精神，经过资格审查、综合面试等程序，经过学院推免生遴选工作小组和党政联席会议讨论，确定体育学院优秀应届本科毕业生2018年免试攻读硕士研究生的拟推荐名单，现予以公示。</w:t>
      </w:r>
    </w:p>
    <w:p>
      <w:r>
        <w:t>公示期为：2017年9月18日-2017年9月27日。</w:t>
      </w:r>
    </w:p>
    <w:p>
      <w:r>
        <w:t>如有异议，请于9月27日下午5：00前向学院反映，电话：67163273（院长办公室）、67163373（书记办公室）。</w:t>
      </w:r>
    </w:p>
    <w:p>
      <w:r>
        <w:t>苏州大学体育学院</w:t>
      </w:r>
    </w:p>
    <w:p>
      <w:r>
        <w:t>2017年9月18日</w:t>
      </w:r>
    </w:p>
    <w:p>
      <w:r>
        <w:t>拟推荐名单如下：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学号</w:t>
            </w:r>
          </w:p>
        </w:tc>
        <w:tc>
          <w:tcPr>
            <w:tcW w:type="dxa" w:w="1728"/>
          </w:tcPr>
          <w:p>
            <w:r>
              <w:t>专业</w:t>
            </w:r>
          </w:p>
        </w:tc>
        <w:tc>
          <w:tcPr>
            <w:tcW w:type="dxa" w:w="1728"/>
          </w:tcPr>
          <w:p>
            <w:r>
              <w:t>姓名</w:t>
            </w:r>
          </w:p>
        </w:tc>
        <w:tc>
          <w:tcPr>
            <w:tcW w:type="dxa" w:w="1728"/>
          </w:tcPr>
          <w:p>
            <w:r>
              <w:t>备注</w:t>
            </w:r>
          </w:p>
        </w:tc>
      </w:tr>
      <w:tr>
        <w:tc>
          <w:tcPr>
            <w:tcW w:type="dxa" w:w="1728"/>
          </w:tcPr>
          <w:p>
            <w:r>
              <w:t>1</w:t>
            </w:r>
          </w:p>
        </w:tc>
        <w:tc>
          <w:tcPr>
            <w:tcW w:type="dxa" w:w="1728"/>
          </w:tcPr>
          <w:p>
            <w:r>
              <w:t>1406401065</w:t>
            </w:r>
          </w:p>
        </w:tc>
        <w:tc>
          <w:tcPr>
            <w:tcW w:type="dxa" w:w="1728"/>
          </w:tcPr>
          <w:p>
            <w:r>
              <w:t>体教</w:t>
            </w:r>
          </w:p>
        </w:tc>
        <w:tc>
          <w:tcPr>
            <w:tcW w:type="dxa" w:w="1728"/>
          </w:tcPr>
          <w:p>
            <w:r>
              <w:t>王庭晔</w:t>
            </w:r>
          </w:p>
        </w:tc>
        <w:tc>
          <w:tcPr>
            <w:tcW w:type="dxa" w:w="1728"/>
          </w:tcPr>
          <w:p>
            <w:r/>
          </w:p>
        </w:tc>
      </w:tr>
      <w:tr>
        <w:tc>
          <w:tcPr>
            <w:tcW w:type="dxa" w:w="1728"/>
          </w:tcPr>
          <w:p>
            <w:r>
              <w:t>2</w:t>
            </w:r>
          </w:p>
        </w:tc>
        <w:tc>
          <w:tcPr>
            <w:tcW w:type="dxa" w:w="1728"/>
          </w:tcPr>
          <w:p>
            <w:r>
              <w:t>1406401037</w:t>
            </w:r>
          </w:p>
        </w:tc>
        <w:tc>
          <w:tcPr>
            <w:tcW w:type="dxa" w:w="1728"/>
          </w:tcPr>
          <w:p>
            <w:r>
              <w:t>体教</w:t>
            </w:r>
          </w:p>
        </w:tc>
        <w:tc>
          <w:tcPr>
            <w:tcW w:type="dxa" w:w="1728"/>
          </w:tcPr>
          <w:p>
            <w:r>
              <w:t>周囡</w:t>
            </w:r>
          </w:p>
        </w:tc>
        <w:tc>
          <w:tcPr>
            <w:tcW w:type="dxa" w:w="1728"/>
          </w:tcPr>
          <w:p>
            <w:r/>
          </w:p>
        </w:tc>
      </w:tr>
      <w:tr>
        <w:tc>
          <w:tcPr>
            <w:tcW w:type="dxa" w:w="1728"/>
          </w:tcPr>
          <w:p>
            <w:r>
              <w:t>3</w:t>
            </w:r>
          </w:p>
        </w:tc>
        <w:tc>
          <w:tcPr>
            <w:tcW w:type="dxa" w:w="1728"/>
          </w:tcPr>
          <w:p>
            <w:r>
              <w:t>1406401044</w:t>
            </w:r>
          </w:p>
        </w:tc>
        <w:tc>
          <w:tcPr>
            <w:tcW w:type="dxa" w:w="1728"/>
          </w:tcPr>
          <w:p>
            <w:r>
              <w:t>体教</w:t>
            </w:r>
          </w:p>
        </w:tc>
        <w:tc>
          <w:tcPr>
            <w:tcW w:type="dxa" w:w="1728"/>
          </w:tcPr>
          <w:p>
            <w:r>
              <w:t>王晨</w:t>
            </w:r>
          </w:p>
        </w:tc>
        <w:tc>
          <w:tcPr>
            <w:tcW w:type="dxa" w:w="1728"/>
          </w:tcPr>
          <w:p>
            <w:r/>
          </w:p>
        </w:tc>
      </w:tr>
      <w:tr>
        <w:tc>
          <w:tcPr>
            <w:tcW w:type="dxa" w:w="1728"/>
          </w:tcPr>
          <w:p>
            <w:r>
              <w:t>4</w:t>
            </w:r>
          </w:p>
        </w:tc>
        <w:tc>
          <w:tcPr>
            <w:tcW w:type="dxa" w:w="1728"/>
          </w:tcPr>
          <w:p>
            <w:r>
              <w:t>1406401036</w:t>
            </w:r>
          </w:p>
        </w:tc>
        <w:tc>
          <w:tcPr>
            <w:tcW w:type="dxa" w:w="1728"/>
          </w:tcPr>
          <w:p>
            <w:r>
              <w:t>体教</w:t>
            </w:r>
          </w:p>
        </w:tc>
        <w:tc>
          <w:tcPr>
            <w:tcW w:type="dxa" w:w="1728"/>
          </w:tcPr>
          <w:p>
            <w:r>
              <w:t>陶丹</w:t>
            </w:r>
          </w:p>
        </w:tc>
        <w:tc>
          <w:tcPr>
            <w:tcW w:type="dxa" w:w="1728"/>
          </w:tcPr>
          <w:p>
            <w:r/>
          </w:p>
        </w:tc>
      </w:tr>
      <w:tr>
        <w:tc>
          <w:tcPr>
            <w:tcW w:type="dxa" w:w="1728"/>
          </w:tcPr>
          <w:p>
            <w:r>
              <w:t>5</w:t>
            </w:r>
          </w:p>
        </w:tc>
        <w:tc>
          <w:tcPr>
            <w:tcW w:type="dxa" w:w="1728"/>
          </w:tcPr>
          <w:p>
            <w:r>
              <w:t>1406401051</w:t>
            </w:r>
          </w:p>
        </w:tc>
        <w:tc>
          <w:tcPr>
            <w:tcW w:type="dxa" w:w="1728"/>
          </w:tcPr>
          <w:p>
            <w:r>
              <w:t>体教</w:t>
            </w:r>
          </w:p>
        </w:tc>
        <w:tc>
          <w:tcPr>
            <w:tcW w:type="dxa" w:w="1728"/>
          </w:tcPr>
          <w:p>
            <w:r>
              <w:t>严鑫</w:t>
            </w:r>
          </w:p>
        </w:tc>
        <w:tc>
          <w:tcPr>
            <w:tcW w:type="dxa" w:w="1728"/>
          </w:tcPr>
          <w:p>
            <w:r/>
          </w:p>
        </w:tc>
      </w:tr>
      <w:tr>
        <w:tc>
          <w:tcPr>
            <w:tcW w:type="dxa" w:w="1728"/>
          </w:tcPr>
          <w:p>
            <w:r>
              <w:t>6</w:t>
            </w:r>
          </w:p>
        </w:tc>
        <w:tc>
          <w:tcPr>
            <w:tcW w:type="dxa" w:w="1728"/>
          </w:tcPr>
          <w:p>
            <w:r>
              <w:t>1406401007</w:t>
            </w:r>
          </w:p>
        </w:tc>
        <w:tc>
          <w:tcPr>
            <w:tcW w:type="dxa" w:w="1728"/>
          </w:tcPr>
          <w:p>
            <w:r>
              <w:t>体教</w:t>
            </w:r>
          </w:p>
        </w:tc>
        <w:tc>
          <w:tcPr>
            <w:tcW w:type="dxa" w:w="1728"/>
          </w:tcPr>
          <w:p>
            <w:r>
              <w:t>丰芹</w:t>
            </w:r>
          </w:p>
        </w:tc>
        <w:tc>
          <w:tcPr>
            <w:tcW w:type="dxa" w:w="1728"/>
          </w:tcPr>
          <w:p>
            <w:r/>
          </w:p>
        </w:tc>
      </w:tr>
      <w:tr>
        <w:tc>
          <w:tcPr>
            <w:tcW w:type="dxa" w:w="1728"/>
          </w:tcPr>
          <w:p>
            <w:r>
              <w:t>7</w:t>
            </w:r>
          </w:p>
        </w:tc>
        <w:tc>
          <w:tcPr>
            <w:tcW w:type="dxa" w:w="1728"/>
          </w:tcPr>
          <w:p>
            <w:r>
              <w:t>1406401064</w:t>
            </w:r>
          </w:p>
        </w:tc>
        <w:tc>
          <w:tcPr>
            <w:tcW w:type="dxa" w:w="1728"/>
          </w:tcPr>
          <w:p>
            <w:r>
              <w:t>体教</w:t>
            </w:r>
          </w:p>
        </w:tc>
        <w:tc>
          <w:tcPr>
            <w:tcW w:type="dxa" w:w="1728"/>
          </w:tcPr>
          <w:p>
            <w:r>
              <w:t>胡聪聪</w:t>
            </w:r>
          </w:p>
        </w:tc>
        <w:tc>
          <w:tcPr>
            <w:tcW w:type="dxa" w:w="1728"/>
          </w:tcPr>
          <w:p>
            <w:r/>
          </w:p>
        </w:tc>
      </w:tr>
      <w:tr>
        <w:tc>
          <w:tcPr>
            <w:tcW w:type="dxa" w:w="1728"/>
          </w:tcPr>
          <w:p>
            <w:r>
              <w:t>8</w:t>
            </w:r>
          </w:p>
        </w:tc>
        <w:tc>
          <w:tcPr>
            <w:tcW w:type="dxa" w:w="1728"/>
          </w:tcPr>
          <w:p>
            <w:r>
              <w:t>1406401047</w:t>
            </w:r>
          </w:p>
        </w:tc>
        <w:tc>
          <w:tcPr>
            <w:tcW w:type="dxa" w:w="1728"/>
          </w:tcPr>
          <w:p>
            <w:r>
              <w:t>体教</w:t>
            </w:r>
          </w:p>
        </w:tc>
        <w:tc>
          <w:tcPr>
            <w:tcW w:type="dxa" w:w="1728"/>
          </w:tcPr>
          <w:p>
            <w:r>
              <w:t>尤敏</w:t>
            </w:r>
          </w:p>
        </w:tc>
        <w:tc>
          <w:tcPr>
            <w:tcW w:type="dxa" w:w="1728"/>
          </w:tcPr>
          <w:p>
            <w:r/>
          </w:p>
        </w:tc>
      </w:tr>
      <w:tr>
        <w:tc>
          <w:tcPr>
            <w:tcW w:type="dxa" w:w="1728"/>
          </w:tcPr>
          <w:p>
            <w:r>
              <w:t>9</w:t>
            </w:r>
          </w:p>
        </w:tc>
        <w:tc>
          <w:tcPr>
            <w:tcW w:type="dxa" w:w="1728"/>
          </w:tcPr>
          <w:p>
            <w:r>
              <w:t>1406401022</w:t>
            </w:r>
          </w:p>
        </w:tc>
        <w:tc>
          <w:tcPr>
            <w:tcW w:type="dxa" w:w="1728"/>
          </w:tcPr>
          <w:p>
            <w:r>
              <w:t>体教</w:t>
            </w:r>
          </w:p>
        </w:tc>
        <w:tc>
          <w:tcPr>
            <w:tcW w:type="dxa" w:w="1728"/>
          </w:tcPr>
          <w:p>
            <w:r>
              <w:t>周琴</w:t>
            </w:r>
          </w:p>
        </w:tc>
        <w:tc>
          <w:tcPr>
            <w:tcW w:type="dxa" w:w="1728"/>
          </w:tcPr>
          <w:p>
            <w:r/>
          </w:p>
        </w:tc>
      </w:tr>
      <w:tr>
        <w:tc>
          <w:tcPr>
            <w:tcW w:type="dxa" w:w="1728"/>
          </w:tcPr>
          <w:p>
            <w:r>
              <w:t>10</w:t>
            </w:r>
          </w:p>
        </w:tc>
        <w:tc>
          <w:tcPr>
            <w:tcW w:type="dxa" w:w="1728"/>
          </w:tcPr>
          <w:p>
            <w:r>
              <w:t>1406402016</w:t>
            </w:r>
          </w:p>
        </w:tc>
        <w:tc>
          <w:tcPr>
            <w:tcW w:type="dxa" w:w="1728"/>
          </w:tcPr>
          <w:p>
            <w:r>
              <w:t>运动人体</w:t>
            </w:r>
          </w:p>
        </w:tc>
        <w:tc>
          <w:tcPr>
            <w:tcW w:type="dxa" w:w="1728"/>
          </w:tcPr>
          <w:p>
            <w:r>
              <w:t>任园园</w:t>
            </w:r>
          </w:p>
        </w:tc>
        <w:tc>
          <w:tcPr>
            <w:tcW w:type="dxa" w:w="1728"/>
          </w:tcPr>
          <w:p>
            <w:r/>
          </w:p>
        </w:tc>
      </w:tr>
      <w:tr>
        <w:tc>
          <w:tcPr>
            <w:tcW w:type="dxa" w:w="1728"/>
          </w:tcPr>
          <w:p>
            <w:r>
              <w:t>11</w:t>
            </w:r>
          </w:p>
        </w:tc>
        <w:tc>
          <w:tcPr>
            <w:tcW w:type="dxa" w:w="1728"/>
          </w:tcPr>
          <w:p>
            <w:r>
              <w:t>1406402018</w:t>
            </w:r>
          </w:p>
        </w:tc>
        <w:tc>
          <w:tcPr>
            <w:tcW w:type="dxa" w:w="1728"/>
          </w:tcPr>
          <w:p>
            <w:r>
              <w:t>运动人体</w:t>
            </w:r>
          </w:p>
        </w:tc>
        <w:tc>
          <w:tcPr>
            <w:tcW w:type="dxa" w:w="1728"/>
          </w:tcPr>
          <w:p>
            <w:r>
              <w:t>闵伟</w:t>
            </w:r>
          </w:p>
        </w:tc>
        <w:tc>
          <w:tcPr>
            <w:tcW w:type="dxa" w:w="1728"/>
          </w:tcPr>
          <w:p>
            <w:r/>
          </w:p>
        </w:tc>
      </w:tr>
      <w:tr>
        <w:tc>
          <w:tcPr>
            <w:tcW w:type="dxa" w:w="1728"/>
          </w:tcPr>
          <w:p>
            <w:r>
              <w:t>12</w:t>
            </w:r>
          </w:p>
        </w:tc>
        <w:tc>
          <w:tcPr>
            <w:tcW w:type="dxa" w:w="1728"/>
          </w:tcPr>
          <w:p>
            <w:r>
              <w:t>1406402020</w:t>
            </w:r>
          </w:p>
        </w:tc>
        <w:tc>
          <w:tcPr>
            <w:tcW w:type="dxa" w:w="1728"/>
          </w:tcPr>
          <w:p>
            <w:r>
              <w:t>运动人体</w:t>
            </w:r>
          </w:p>
        </w:tc>
        <w:tc>
          <w:tcPr>
            <w:tcW w:type="dxa" w:w="1728"/>
          </w:tcPr>
          <w:p>
            <w:r>
              <w:t>洪闯</w:t>
            </w:r>
          </w:p>
        </w:tc>
        <w:tc>
          <w:tcPr>
            <w:tcW w:type="dxa" w:w="1728"/>
          </w:tcPr>
          <w:p>
            <w:r/>
          </w:p>
        </w:tc>
      </w:tr>
      <w:tr>
        <w:tc>
          <w:tcPr>
            <w:tcW w:type="dxa" w:w="1728"/>
          </w:tcPr>
          <w:p>
            <w:r>
              <w:t>13</w:t>
            </w:r>
          </w:p>
        </w:tc>
        <w:tc>
          <w:tcPr>
            <w:tcW w:type="dxa" w:w="1728"/>
          </w:tcPr>
          <w:p>
            <w:r>
              <w:t>1406403019</w:t>
            </w:r>
          </w:p>
        </w:tc>
        <w:tc>
          <w:tcPr>
            <w:tcW w:type="dxa" w:w="1728"/>
          </w:tcPr>
          <w:p>
            <w:r>
              <w:t>民体</w:t>
            </w:r>
          </w:p>
        </w:tc>
        <w:tc>
          <w:tcPr>
            <w:tcW w:type="dxa" w:w="1728"/>
          </w:tcPr>
          <w:p>
            <w:r>
              <w:t>王若霖</w:t>
            </w:r>
          </w:p>
        </w:tc>
        <w:tc>
          <w:tcPr>
            <w:tcW w:type="dxa" w:w="1728"/>
          </w:tcPr>
          <w:p>
            <w:r/>
          </w:p>
        </w:tc>
      </w:tr>
      <w:tr>
        <w:tc>
          <w:tcPr>
            <w:tcW w:type="dxa" w:w="1728"/>
          </w:tcPr>
          <w:p>
            <w:r>
              <w:t>14</w:t>
            </w:r>
          </w:p>
        </w:tc>
        <w:tc>
          <w:tcPr>
            <w:tcW w:type="dxa" w:w="1728"/>
          </w:tcPr>
          <w:p>
            <w:r>
              <w:t>1406403010</w:t>
            </w:r>
          </w:p>
        </w:tc>
        <w:tc>
          <w:tcPr>
            <w:tcW w:type="dxa" w:w="1728"/>
          </w:tcPr>
          <w:p>
            <w:r>
              <w:t>民体</w:t>
            </w:r>
          </w:p>
        </w:tc>
        <w:tc>
          <w:tcPr>
            <w:tcW w:type="dxa" w:w="1728"/>
          </w:tcPr>
          <w:p>
            <w:r>
              <w:t>潘璐怡</w:t>
            </w:r>
          </w:p>
        </w:tc>
        <w:tc>
          <w:tcPr>
            <w:tcW w:type="dxa" w:w="1728"/>
          </w:tcPr>
          <w:p>
            <w:r/>
          </w:p>
        </w:tc>
      </w:tr>
      <w:tr>
        <w:tc>
          <w:tcPr>
            <w:tcW w:type="dxa" w:w="1728"/>
          </w:tcPr>
          <w:p>
            <w:r>
              <w:t>15</w:t>
            </w:r>
          </w:p>
        </w:tc>
        <w:tc>
          <w:tcPr>
            <w:tcW w:type="dxa" w:w="1728"/>
          </w:tcPr>
          <w:p>
            <w:r>
              <w:t>1406403006</w:t>
            </w:r>
          </w:p>
        </w:tc>
        <w:tc>
          <w:tcPr>
            <w:tcW w:type="dxa" w:w="1728"/>
          </w:tcPr>
          <w:p>
            <w:r>
              <w:t>民体</w:t>
            </w:r>
          </w:p>
        </w:tc>
        <w:tc>
          <w:tcPr>
            <w:tcW w:type="dxa" w:w="1728"/>
          </w:tcPr>
          <w:p>
            <w:r>
              <w:t>赵克岩</w:t>
            </w:r>
          </w:p>
        </w:tc>
        <w:tc>
          <w:tcPr>
            <w:tcW w:type="dxa" w:w="1728"/>
          </w:tcPr>
          <w:p>
            <w:r/>
          </w:p>
        </w:tc>
      </w:tr>
      <w:tr>
        <w:tc>
          <w:tcPr>
            <w:tcW w:type="dxa" w:w="1728"/>
          </w:tcPr>
          <w:p>
            <w:r>
              <w:t>16</w:t>
            </w:r>
          </w:p>
        </w:tc>
        <w:tc>
          <w:tcPr>
            <w:tcW w:type="dxa" w:w="1728"/>
          </w:tcPr>
          <w:p>
            <w:r>
              <w:t>1406404048</w:t>
            </w:r>
          </w:p>
        </w:tc>
        <w:tc>
          <w:tcPr>
            <w:tcW w:type="dxa" w:w="1728"/>
          </w:tcPr>
          <w:p>
            <w:r>
              <w:t>运训</w:t>
            </w:r>
          </w:p>
        </w:tc>
        <w:tc>
          <w:tcPr>
            <w:tcW w:type="dxa" w:w="1728"/>
          </w:tcPr>
          <w:p>
            <w:r>
              <w:t>张磊</w:t>
            </w:r>
          </w:p>
        </w:tc>
        <w:tc>
          <w:tcPr>
            <w:tcW w:type="dxa" w:w="1728"/>
          </w:tcPr>
          <w:p>
            <w:r/>
          </w:p>
        </w:tc>
      </w:tr>
      <w:tr>
        <w:tc>
          <w:tcPr>
            <w:tcW w:type="dxa" w:w="1728"/>
          </w:tcPr>
          <w:p>
            <w:r>
              <w:t>17</w:t>
            </w:r>
          </w:p>
        </w:tc>
        <w:tc>
          <w:tcPr>
            <w:tcW w:type="dxa" w:w="1728"/>
          </w:tcPr>
          <w:p>
            <w:r>
              <w:t>1406404044</w:t>
            </w:r>
          </w:p>
        </w:tc>
        <w:tc>
          <w:tcPr>
            <w:tcW w:type="dxa" w:w="1728"/>
          </w:tcPr>
          <w:p>
            <w:r>
              <w:t>运训</w:t>
            </w:r>
          </w:p>
        </w:tc>
        <w:tc>
          <w:tcPr>
            <w:tcW w:type="dxa" w:w="1728"/>
          </w:tcPr>
          <w:p>
            <w:r>
              <w:t>徐嘉鑫</w:t>
            </w:r>
          </w:p>
        </w:tc>
        <w:tc>
          <w:tcPr>
            <w:tcW w:type="dxa" w:w="1728"/>
          </w:tcPr>
          <w:p>
            <w:r/>
          </w:p>
        </w:tc>
      </w:tr>
      <w:tr>
        <w:tc>
          <w:tcPr>
            <w:tcW w:type="dxa" w:w="1728"/>
          </w:tcPr>
          <w:p>
            <w:r>
              <w:t>18</w:t>
            </w:r>
          </w:p>
        </w:tc>
        <w:tc>
          <w:tcPr>
            <w:tcW w:type="dxa" w:w="1728"/>
          </w:tcPr>
          <w:p>
            <w:r>
              <w:t>1406404052</w:t>
            </w:r>
          </w:p>
        </w:tc>
        <w:tc>
          <w:tcPr>
            <w:tcW w:type="dxa" w:w="1728"/>
          </w:tcPr>
          <w:p>
            <w:r>
              <w:t>运训</w:t>
            </w:r>
          </w:p>
        </w:tc>
        <w:tc>
          <w:tcPr>
            <w:tcW w:type="dxa" w:w="1728"/>
          </w:tcPr>
          <w:p>
            <w:r>
              <w:t>张义定</w:t>
            </w:r>
          </w:p>
        </w:tc>
        <w:tc>
          <w:tcPr>
            <w:tcW w:type="dxa" w:w="1728"/>
          </w:tcPr>
          <w:p>
            <w:r/>
          </w:p>
        </w:tc>
      </w:tr>
      <w:tr>
        <w:tc>
          <w:tcPr>
            <w:tcW w:type="dxa" w:w="1728"/>
          </w:tcPr>
          <w:p>
            <w:r>
              <w:t>19</w:t>
            </w:r>
          </w:p>
        </w:tc>
        <w:tc>
          <w:tcPr>
            <w:tcW w:type="dxa" w:w="1728"/>
          </w:tcPr>
          <w:p>
            <w:r>
              <w:t>1410409019</w:t>
            </w:r>
          </w:p>
        </w:tc>
        <w:tc>
          <w:tcPr>
            <w:tcW w:type="dxa" w:w="1728"/>
          </w:tcPr>
          <w:p>
            <w:r>
              <w:t>运训</w:t>
            </w:r>
          </w:p>
        </w:tc>
        <w:tc>
          <w:tcPr>
            <w:tcW w:type="dxa" w:w="1728"/>
          </w:tcPr>
          <w:p>
            <w:r>
              <w:t>周冲</w:t>
            </w:r>
          </w:p>
        </w:tc>
        <w:tc>
          <w:tcPr>
            <w:tcW w:type="dxa" w:w="1728"/>
          </w:tcPr>
          <w:p>
            <w:r/>
          </w:p>
        </w:tc>
      </w:tr>
      <w:tr>
        <w:tc>
          <w:tcPr>
            <w:tcW w:type="dxa" w:w="1728"/>
          </w:tcPr>
          <w:p>
            <w:r>
              <w:t>20</w:t>
            </w:r>
          </w:p>
        </w:tc>
        <w:tc>
          <w:tcPr>
            <w:tcW w:type="dxa" w:w="1728"/>
          </w:tcPr>
          <w:p>
            <w:r>
              <w:t>1406404013</w:t>
            </w:r>
          </w:p>
        </w:tc>
        <w:tc>
          <w:tcPr>
            <w:tcW w:type="dxa" w:w="1728"/>
          </w:tcPr>
          <w:p>
            <w:r>
              <w:t>运训</w:t>
            </w:r>
          </w:p>
        </w:tc>
        <w:tc>
          <w:tcPr>
            <w:tcW w:type="dxa" w:w="1728"/>
          </w:tcPr>
          <w:p>
            <w:r>
              <w:t>许月辉</w:t>
            </w:r>
          </w:p>
        </w:tc>
        <w:tc>
          <w:tcPr>
            <w:tcW w:type="dxa" w:w="1728"/>
          </w:tcPr>
          <w:p>
            <w:r/>
          </w:p>
        </w:tc>
      </w:tr>
      <w:tr>
        <w:tc>
          <w:tcPr>
            <w:tcW w:type="dxa" w:w="1728"/>
          </w:tcPr>
          <w:p>
            <w:r>
              <w:t>21</w:t>
            </w:r>
          </w:p>
        </w:tc>
        <w:tc>
          <w:tcPr>
            <w:tcW w:type="dxa" w:w="1728"/>
          </w:tcPr>
          <w:p>
            <w:r>
              <w:t>1410409030</w:t>
            </w:r>
          </w:p>
        </w:tc>
        <w:tc>
          <w:tcPr>
            <w:tcW w:type="dxa" w:w="1728"/>
          </w:tcPr>
          <w:p>
            <w:r>
              <w:t>运训</w:t>
            </w:r>
          </w:p>
        </w:tc>
        <w:tc>
          <w:tcPr>
            <w:tcW w:type="dxa" w:w="1728"/>
          </w:tcPr>
          <w:p>
            <w:r>
              <w:t>黄妍</w:t>
            </w:r>
          </w:p>
        </w:tc>
        <w:tc>
          <w:tcPr>
            <w:tcW w:type="dxa" w:w="1728"/>
          </w:tcPr>
          <w:p>
            <w:r>
              <w:t>高水平</w:t>
            </w:r>
          </w:p>
        </w:tc>
      </w:tr>
      <w:tr>
        <w:tc>
          <w:tcPr>
            <w:tcW w:type="dxa" w:w="1728"/>
          </w:tcPr>
          <w:p>
            <w:r>
              <w:t>22</w:t>
            </w:r>
          </w:p>
        </w:tc>
        <w:tc>
          <w:tcPr>
            <w:tcW w:type="dxa" w:w="1728"/>
          </w:tcPr>
          <w:p>
            <w:r>
              <w:t>1406401052</w:t>
            </w:r>
          </w:p>
        </w:tc>
        <w:tc>
          <w:tcPr>
            <w:tcW w:type="dxa" w:w="1728"/>
          </w:tcPr>
          <w:p>
            <w:r>
              <w:t>体教</w:t>
            </w:r>
          </w:p>
        </w:tc>
        <w:tc>
          <w:tcPr>
            <w:tcW w:type="dxa" w:w="1728"/>
          </w:tcPr>
          <w:p>
            <w:r>
              <w:t>朱玲</w:t>
            </w:r>
          </w:p>
        </w:tc>
        <w:tc>
          <w:tcPr>
            <w:tcW w:type="dxa" w:w="1728"/>
          </w:tcPr>
          <w:p>
            <w:r>
              <w:t>候补</w:t>
            </w:r>
          </w:p>
        </w:tc>
      </w:tr>
      <w:tr>
        <w:tc>
          <w:tcPr>
            <w:tcW w:type="dxa" w:w="1728"/>
          </w:tcPr>
          <w:p>
            <w:r>
              <w:t>23</w:t>
            </w:r>
          </w:p>
        </w:tc>
        <w:tc>
          <w:tcPr>
            <w:tcW w:type="dxa" w:w="1728"/>
          </w:tcPr>
          <w:p>
            <w:r>
              <w:t>1406401032</w:t>
            </w:r>
          </w:p>
        </w:tc>
        <w:tc>
          <w:tcPr>
            <w:tcW w:type="dxa" w:w="1728"/>
          </w:tcPr>
          <w:p>
            <w:r>
              <w:t>体教</w:t>
            </w:r>
          </w:p>
        </w:tc>
        <w:tc>
          <w:tcPr>
            <w:tcW w:type="dxa" w:w="1728"/>
          </w:tcPr>
          <w:p>
            <w:r>
              <w:t>金霞</w:t>
            </w:r>
          </w:p>
        </w:tc>
        <w:tc>
          <w:tcPr>
            <w:tcW w:type="dxa" w:w="1728"/>
          </w:tcPr>
          <w:p>
            <w:r>
              <w:t>候补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