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关于传媒学院拟推荐优秀应届本科毕业生2024年免试攻读硕士学位研究生名单的公示</w:t>
      </w:r>
    </w:p>
    <w:p>
      <w:r>
        <w:t>根据苏州大学《关于组织开展推荐2024年优秀应届本科毕业生免试攻读研究生工作”的通知（教字﹝ 2024 ﹞ 221号）》、《苏州大学推荐优秀应届本科毕业生免试攻读硕士学位研究生工作实施办法（2021年修订）》、《苏州大学传媒学院推荐优秀应届本科毕业生2024年免试攻读硕士学位研究生实施细则》等文件要求，经本人申报、资格审核、综合测评，拟推荐李忱欣等26名同学（含2名替补人员）2024年免试攻读硕士研究生，现予以公示（详见附件名单）。</w:t>
      </w:r>
    </w:p>
    <w:p>
      <w:r>
        <w:t>学生对推免公示名单若有质疑，按照“先学院后学校”流程实名申诉。学院联系电话65881358，邮箱zhuf@suda.edu.cn；学校教务处联系方式：电话67163652，邮箱xlhu@suda.edu.cn。</w:t>
      </w:r>
    </w:p>
    <w:p>
      <w:r>
        <w:t>公示期：2023年9月19日— 2023年9月28日</w:t>
      </w:r>
    </w:p>
    <w:p>
      <w:r>
        <w:t>传媒学院拟推荐优秀应届本科毕业生2024年免试攻读硕士学位研究生名单.xls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