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关于传媒学院拟推荐优秀应届本科毕业生2023年免试攻读硕士学位研究生名单的公示</w:t>
      </w:r>
    </w:p>
    <w:p>
      <w:r>
        <w:t>根据《“苏州大学2023年推荐优秀应届本科毕业生免试攻读研究生工作方案”的通知（教字﹝2022﹞251号）》、《苏州大学推荐优秀应届本科毕业生免试攻读硕士学位研究生工作实施办法（2021年修订）》、《苏州大学传媒学院推荐优秀应届本科毕业生2023免试攻读硕士学位研究生实施细则》等文件要求，经本人申报、资格审核、综合测评，拟推荐杜嘉琪等2 6名同学（含1名替补人员）202 3年免试攻读硕士研究生，现予以公示（详见附件名单）</w:t>
      </w:r>
    </w:p>
    <w:p>
      <w:r>
        <w:t>如有异议，请在公示期内以实名形式与学院联系。</w:t>
      </w:r>
    </w:p>
    <w:p>
      <w:r>
        <w:t>公示期：2022年9月19日—2022年9月28日</w:t>
      </w:r>
    </w:p>
    <w:p>
      <w:r>
        <w:t>联系电话：0512-65880994；</w:t>
      </w:r>
    </w:p>
    <w:p>
      <w:r>
        <w:t>邮箱：wangyb@suda.edu.cn。</w:t>
      </w:r>
    </w:p>
    <w:p>
      <w:r>
        <w:t>传媒学院拟推荐优秀应届本科毕业生2023年免试攻读硕士学位研究生名单.xls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