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传媒学院拟推荐2027届优秀应届本科毕业生免试攻读研究生名单公示</w:t>
      </w:r>
    </w:p>
    <w:p>
      <w:r>
        <w:t>根据《关于组织开展推荐2027届优秀应届本科毕业生免试攻读研究生工作的通知》（教字﹝2026﹞181号）、《传媒学院推荐2027届优秀应届本科毕业生免试攻读研究生工作实施细则》等相关文件精神，按照学校流程安排，经学生本人申报、材料审核专家组评审、学生答辩，推免工作小组、党政联席会议审定同意，张博涵等28名同学拟获得推免资格，现予以公示（详见附件名单）。</w:t>
      </w:r>
    </w:p>
    <w:p>
      <w:r>
        <w:t>学生对推免公示名单若有异议，按照“先学院后学校”流程实名申诉。学院联系方式：电话65880 713，邮箱carol @suda.edu.cn；电话65880720，邮箱huayu@suda.edu.cn；学校教务处联系方式：电话67163652，邮箱xlhu@suda.edu.cn。</w:t>
      </w:r>
    </w:p>
    <w:p>
      <w:r>
        <w:t>公示期：202 6年9月13日—202 6年9月19日。</w:t>
      </w:r>
    </w:p>
    <w:p>
      <w:r>
        <w:t>传媒学院拟推荐2027届优秀应届本科毕业生免试攻读研究生名单.pdf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