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河海大学商学院、经济与金融学院2024年接收推荐免试研究生建议录取名单公示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招生类型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单位名称</w:t>
            </w:r>
          </w:p>
        </w:tc>
        <w:tc>
          <w:tcPr>
            <w:tcW w:type="dxa" w:w="1234"/>
          </w:tcPr>
          <w:p>
            <w:r>
              <w:t>专业代码</w:t>
            </w:r>
          </w:p>
        </w:tc>
        <w:tc>
          <w:tcPr>
            <w:tcW w:type="dxa" w:w="1234"/>
          </w:tcPr>
          <w:p>
            <w:r>
              <w:t>专业名称</w:t>
            </w:r>
          </w:p>
        </w:tc>
        <w:tc>
          <w:tcPr>
            <w:tcW w:type="dxa" w:w="1234"/>
          </w:tcPr>
          <w:p>
            <w:r>
              <w:t>复试成绩</w:t>
            </w:r>
          </w:p>
        </w:tc>
        <w:tc>
          <w:tcPr>
            <w:tcW w:type="dxa" w:w="1234"/>
          </w:tcPr>
          <w:p>
            <w:r>
              <w:t>备注</w:t>
            </w:r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康灿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76.60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成立雯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76.20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鲁娇仁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78.00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曹爱嘉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82.20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刘心茹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79.20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朱赵楠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73.00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付绚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78.40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黄雨晗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81.60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沈骁越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83.00</w:t>
            </w:r>
          </w:p>
        </w:tc>
        <w:tc>
          <w:tcPr>
            <w:tcW w:type="dxa" w:w="1234"/>
          </w:tcPr>
          <w:p>
            <w:r>
              <w:t>支教团推免计划</w:t>
            </w:r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潘洁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82.60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张浩原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76.20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陈菊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83.00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刘娴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78.60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崔箫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83.20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朱欣媛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81.00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王舒婷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82.40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赵家豪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79.20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许柯盈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84.20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姜浩东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80.20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王婧婷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83.60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宋天奇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80.20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李林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81.60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朱佩娟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81.40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夏欣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81.20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尹浩宇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81.60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李一冰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81.60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郭书铭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80.60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周慧童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78.00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袁嘉奕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80.80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张郑涛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81.40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姚伊洁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76.40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李珂欣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74.40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宋艺佳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73.00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邵成威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76.80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杨小婵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79.00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周一帆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78.20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章易果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78.00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丁弋芯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74.60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朱柯宇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83.80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张玉铭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73.00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郑慧婷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74.00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石佳伟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76.80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程可可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77.20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陈治元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64.80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王保娣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74.40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朱沛倩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74.20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海晓月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120200</w:t>
            </w:r>
          </w:p>
        </w:tc>
        <w:tc>
          <w:tcPr>
            <w:tcW w:type="dxa" w:w="1234"/>
          </w:tcPr>
          <w:p>
            <w:r>
              <w:t>工商管理学</w:t>
            </w:r>
          </w:p>
        </w:tc>
        <w:tc>
          <w:tcPr>
            <w:tcW w:type="dxa" w:w="1234"/>
          </w:tcPr>
          <w:p>
            <w:r>
              <w:t>73.20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赵占鹏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79.60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刘博雅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85.00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李泽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84.40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左舒枫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79.40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马小晴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83.00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冯子宇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82.00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余雨璇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82.40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陶睿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83.80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孙蕾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81.20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王星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81.00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杨昶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87.80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孙欣悦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79.60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徐正健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85.20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田灵洁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79.00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赖萱颖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81.40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廖宇帆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84.20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贾寒越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81.40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于子洋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88.80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闫恒嘉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83.80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李胜喆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83.20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李梦甜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80.20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侯林源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83.60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薛明宇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80.20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徐艺琳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82.40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黄日铧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84.00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冯文佳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80.40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莫嘉俊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81.20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邓雯丹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83.20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彭皓耘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83.40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邓伟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75.60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刘玉欣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84.80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吴江艳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83.00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姚霖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83.60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金玉杭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120100</w:t>
            </w:r>
          </w:p>
        </w:tc>
        <w:tc>
          <w:tcPr>
            <w:tcW w:type="dxa" w:w="1234"/>
          </w:tcPr>
          <w:p>
            <w:r>
              <w:t>管理科学与工程</w:t>
            </w:r>
          </w:p>
        </w:tc>
        <w:tc>
          <w:tcPr>
            <w:tcW w:type="dxa" w:w="1234"/>
          </w:tcPr>
          <w:p>
            <w:r>
              <w:t>84.60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徐永佳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120502</w:t>
            </w:r>
          </w:p>
        </w:tc>
        <w:tc>
          <w:tcPr>
            <w:tcW w:type="dxa" w:w="1234"/>
          </w:tcPr>
          <w:p>
            <w:r>
              <w:t>情报学</w:t>
            </w:r>
          </w:p>
        </w:tc>
        <w:tc>
          <w:tcPr>
            <w:tcW w:type="dxa" w:w="1234"/>
          </w:tcPr>
          <w:p>
            <w:r>
              <w:t>78.20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章颖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120502</w:t>
            </w:r>
          </w:p>
        </w:tc>
        <w:tc>
          <w:tcPr>
            <w:tcW w:type="dxa" w:w="1234"/>
          </w:tcPr>
          <w:p>
            <w:r>
              <w:t>情报学</w:t>
            </w:r>
          </w:p>
        </w:tc>
        <w:tc>
          <w:tcPr>
            <w:tcW w:type="dxa" w:w="1234"/>
          </w:tcPr>
          <w:p>
            <w:r>
              <w:t>65.20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周浩文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120502</w:t>
            </w:r>
          </w:p>
        </w:tc>
        <w:tc>
          <w:tcPr>
            <w:tcW w:type="dxa" w:w="1234"/>
          </w:tcPr>
          <w:p>
            <w:r>
              <w:t>情报学</w:t>
            </w:r>
          </w:p>
        </w:tc>
        <w:tc>
          <w:tcPr>
            <w:tcW w:type="dxa" w:w="1234"/>
          </w:tcPr>
          <w:p>
            <w:r>
              <w:t>76.60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杨贝贝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120502</w:t>
            </w:r>
          </w:p>
        </w:tc>
        <w:tc>
          <w:tcPr>
            <w:tcW w:type="dxa" w:w="1234"/>
          </w:tcPr>
          <w:p>
            <w:r>
              <w:t>情报学</w:t>
            </w:r>
          </w:p>
        </w:tc>
        <w:tc>
          <w:tcPr>
            <w:tcW w:type="dxa" w:w="1234"/>
          </w:tcPr>
          <w:p>
            <w:r>
              <w:t>75.40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孟坤林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78.20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李昊桐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78.00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王嘉悦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78.20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丁颖楠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82.80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秦家飞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82.60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韩旭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82.00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朱芸萱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80.80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杨晨星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80.00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顾妤菡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80.00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邱浦添翼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84.40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陆姝颖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79.80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伏星如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80.60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王雨晴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83.00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杜炫甫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80.40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邱苏婉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79.40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孙蓓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83.60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陈申奥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80.80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韩梅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80.00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俞丹丹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80.00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刘思薇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81.00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肖晓鹏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81.40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马一凡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81.00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郑雅静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79.80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王彦迪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78.40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李雨露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79.00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葛嘉蕊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125300</w:t>
            </w:r>
          </w:p>
        </w:tc>
        <w:tc>
          <w:tcPr>
            <w:tcW w:type="dxa" w:w="1234"/>
          </w:tcPr>
          <w:p>
            <w:r>
              <w:t>会计</w:t>
            </w:r>
          </w:p>
        </w:tc>
        <w:tc>
          <w:tcPr>
            <w:tcW w:type="dxa" w:w="1234"/>
          </w:tcPr>
          <w:p>
            <w:r>
              <w:t>78.00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南棋梦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125604</w:t>
            </w:r>
          </w:p>
        </w:tc>
        <w:tc>
          <w:tcPr>
            <w:tcW w:type="dxa" w:w="1234"/>
          </w:tcPr>
          <w:p>
            <w:r>
              <w:t>物流工程与管理</w:t>
            </w:r>
          </w:p>
        </w:tc>
        <w:tc>
          <w:tcPr>
            <w:tcW w:type="dxa" w:w="1234"/>
          </w:tcPr>
          <w:p>
            <w:r>
              <w:t>67.00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高圣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125604</w:t>
            </w:r>
          </w:p>
        </w:tc>
        <w:tc>
          <w:tcPr>
            <w:tcW w:type="dxa" w:w="1234"/>
          </w:tcPr>
          <w:p>
            <w:r>
              <w:t>物流工程与管理</w:t>
            </w:r>
          </w:p>
        </w:tc>
        <w:tc>
          <w:tcPr>
            <w:tcW w:type="dxa" w:w="1234"/>
          </w:tcPr>
          <w:p>
            <w:r>
              <w:t>79.40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许诺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125604</w:t>
            </w:r>
          </w:p>
        </w:tc>
        <w:tc>
          <w:tcPr>
            <w:tcW w:type="dxa" w:w="1234"/>
          </w:tcPr>
          <w:p>
            <w:r>
              <w:t>物流工程与管理</w:t>
            </w:r>
          </w:p>
        </w:tc>
        <w:tc>
          <w:tcPr>
            <w:tcW w:type="dxa" w:w="1234"/>
          </w:tcPr>
          <w:p>
            <w:r>
              <w:t>66.40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孙维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125604</w:t>
            </w:r>
          </w:p>
        </w:tc>
        <w:tc>
          <w:tcPr>
            <w:tcW w:type="dxa" w:w="1234"/>
          </w:tcPr>
          <w:p>
            <w:r>
              <w:t>物流工程与管理</w:t>
            </w:r>
          </w:p>
        </w:tc>
        <w:tc>
          <w:tcPr>
            <w:tcW w:type="dxa" w:w="1234"/>
          </w:tcPr>
          <w:p>
            <w:r>
              <w:t>78.60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许梦杰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125604</w:t>
            </w:r>
          </w:p>
        </w:tc>
        <w:tc>
          <w:tcPr>
            <w:tcW w:type="dxa" w:w="1234"/>
          </w:tcPr>
          <w:p>
            <w:r>
              <w:t>物流工程与管理</w:t>
            </w:r>
          </w:p>
        </w:tc>
        <w:tc>
          <w:tcPr>
            <w:tcW w:type="dxa" w:w="1234"/>
          </w:tcPr>
          <w:p>
            <w:r>
              <w:t>81.80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宋梦婷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125604</w:t>
            </w:r>
          </w:p>
        </w:tc>
        <w:tc>
          <w:tcPr>
            <w:tcW w:type="dxa" w:w="1234"/>
          </w:tcPr>
          <w:p>
            <w:r>
              <w:t>物流工程与管理</w:t>
            </w:r>
          </w:p>
        </w:tc>
        <w:tc>
          <w:tcPr>
            <w:tcW w:type="dxa" w:w="1234"/>
          </w:tcPr>
          <w:p>
            <w:r>
              <w:t>71.60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于超越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125604</w:t>
            </w:r>
          </w:p>
        </w:tc>
        <w:tc>
          <w:tcPr>
            <w:tcW w:type="dxa" w:w="1234"/>
          </w:tcPr>
          <w:p>
            <w:r>
              <w:t>物流工程与管理</w:t>
            </w:r>
          </w:p>
        </w:tc>
        <w:tc>
          <w:tcPr>
            <w:tcW w:type="dxa" w:w="1234"/>
          </w:tcPr>
          <w:p>
            <w:r>
              <w:t>78.00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赵梦媛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125604</w:t>
            </w:r>
          </w:p>
        </w:tc>
        <w:tc>
          <w:tcPr>
            <w:tcW w:type="dxa" w:w="1234"/>
          </w:tcPr>
          <w:p>
            <w:r>
              <w:t>物流工程与管理</w:t>
            </w:r>
          </w:p>
        </w:tc>
        <w:tc>
          <w:tcPr>
            <w:tcW w:type="dxa" w:w="1234"/>
          </w:tcPr>
          <w:p>
            <w:r>
              <w:t>84.40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谭晓萱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125604</w:t>
            </w:r>
          </w:p>
        </w:tc>
        <w:tc>
          <w:tcPr>
            <w:tcW w:type="dxa" w:w="1234"/>
          </w:tcPr>
          <w:p>
            <w:r>
              <w:t>物流工程与管理</w:t>
            </w:r>
          </w:p>
        </w:tc>
        <w:tc>
          <w:tcPr>
            <w:tcW w:type="dxa" w:w="1234"/>
          </w:tcPr>
          <w:p>
            <w:r>
              <w:t>73.80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张翠娥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125604</w:t>
            </w:r>
          </w:p>
        </w:tc>
        <w:tc>
          <w:tcPr>
            <w:tcW w:type="dxa" w:w="1234"/>
          </w:tcPr>
          <w:p>
            <w:r>
              <w:t>物流工程与管理</w:t>
            </w:r>
          </w:p>
        </w:tc>
        <w:tc>
          <w:tcPr>
            <w:tcW w:type="dxa" w:w="1234"/>
          </w:tcPr>
          <w:p>
            <w:r>
              <w:t>73.20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郭爱霞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125604</w:t>
            </w:r>
          </w:p>
        </w:tc>
        <w:tc>
          <w:tcPr>
            <w:tcW w:type="dxa" w:w="1234"/>
          </w:tcPr>
          <w:p>
            <w:r>
              <w:t>物流工程与管理</w:t>
            </w:r>
          </w:p>
        </w:tc>
        <w:tc>
          <w:tcPr>
            <w:tcW w:type="dxa" w:w="1234"/>
          </w:tcPr>
          <w:p>
            <w:r>
              <w:t>68.20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谷向雯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125604</w:t>
            </w:r>
          </w:p>
        </w:tc>
        <w:tc>
          <w:tcPr>
            <w:tcW w:type="dxa" w:w="1234"/>
          </w:tcPr>
          <w:p>
            <w:r>
              <w:t>物流工程与管理</w:t>
            </w:r>
          </w:p>
        </w:tc>
        <w:tc>
          <w:tcPr>
            <w:tcW w:type="dxa" w:w="1234"/>
          </w:tcPr>
          <w:p>
            <w:r>
              <w:t>66.60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谢静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125604</w:t>
            </w:r>
          </w:p>
        </w:tc>
        <w:tc>
          <w:tcPr>
            <w:tcW w:type="dxa" w:w="1234"/>
          </w:tcPr>
          <w:p>
            <w:r>
              <w:t>物流工程与管理</w:t>
            </w:r>
          </w:p>
        </w:tc>
        <w:tc>
          <w:tcPr>
            <w:tcW w:type="dxa" w:w="1234"/>
          </w:tcPr>
          <w:p>
            <w:r>
              <w:t>79.60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李萍（3200）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125604</w:t>
            </w:r>
          </w:p>
        </w:tc>
        <w:tc>
          <w:tcPr>
            <w:tcW w:type="dxa" w:w="1234"/>
          </w:tcPr>
          <w:p>
            <w:r>
              <w:t>物流工程与管理</w:t>
            </w:r>
          </w:p>
        </w:tc>
        <w:tc>
          <w:tcPr>
            <w:tcW w:type="dxa" w:w="1234"/>
          </w:tcPr>
          <w:p>
            <w:r>
              <w:t>77.00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贾雪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125604</w:t>
            </w:r>
          </w:p>
        </w:tc>
        <w:tc>
          <w:tcPr>
            <w:tcW w:type="dxa" w:w="1234"/>
          </w:tcPr>
          <w:p>
            <w:r>
              <w:t>物流工程与管理</w:t>
            </w:r>
          </w:p>
        </w:tc>
        <w:tc>
          <w:tcPr>
            <w:tcW w:type="dxa" w:w="1234"/>
          </w:tcPr>
          <w:p>
            <w:r>
              <w:t>80.40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刘家琦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125603</w:t>
            </w:r>
          </w:p>
        </w:tc>
        <w:tc>
          <w:tcPr>
            <w:tcW w:type="dxa" w:w="1234"/>
          </w:tcPr>
          <w:p>
            <w:r>
              <w:t>工业工程与管理</w:t>
            </w:r>
          </w:p>
        </w:tc>
        <w:tc>
          <w:tcPr>
            <w:tcW w:type="dxa" w:w="1234"/>
          </w:tcPr>
          <w:p>
            <w:r>
              <w:t>69.00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赵亚冰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125603</w:t>
            </w:r>
          </w:p>
        </w:tc>
        <w:tc>
          <w:tcPr>
            <w:tcW w:type="dxa" w:w="1234"/>
          </w:tcPr>
          <w:p>
            <w:r>
              <w:t>工业工程与管理</w:t>
            </w:r>
          </w:p>
        </w:tc>
        <w:tc>
          <w:tcPr>
            <w:tcW w:type="dxa" w:w="1234"/>
          </w:tcPr>
          <w:p>
            <w:r>
              <w:t>65.60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戴一鸣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125603</w:t>
            </w:r>
          </w:p>
        </w:tc>
        <w:tc>
          <w:tcPr>
            <w:tcW w:type="dxa" w:w="1234"/>
          </w:tcPr>
          <w:p>
            <w:r>
              <w:t>工业工程与管理</w:t>
            </w:r>
          </w:p>
        </w:tc>
        <w:tc>
          <w:tcPr>
            <w:tcW w:type="dxa" w:w="1234"/>
          </w:tcPr>
          <w:p>
            <w:r>
              <w:t>67.20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苏蕾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125603</w:t>
            </w:r>
          </w:p>
        </w:tc>
        <w:tc>
          <w:tcPr>
            <w:tcW w:type="dxa" w:w="1234"/>
          </w:tcPr>
          <w:p>
            <w:r>
              <w:t>工业工程与管理</w:t>
            </w:r>
          </w:p>
        </w:tc>
        <w:tc>
          <w:tcPr>
            <w:tcW w:type="dxa" w:w="1234"/>
          </w:tcPr>
          <w:p>
            <w:r>
              <w:t>80.40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吴乐瑶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125603</w:t>
            </w:r>
          </w:p>
        </w:tc>
        <w:tc>
          <w:tcPr>
            <w:tcW w:type="dxa" w:w="1234"/>
          </w:tcPr>
          <w:p>
            <w:r>
              <w:t>工业工程与管理</w:t>
            </w:r>
          </w:p>
        </w:tc>
        <w:tc>
          <w:tcPr>
            <w:tcW w:type="dxa" w:w="1234"/>
          </w:tcPr>
          <w:p>
            <w:r>
              <w:t>81.80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陈雨晴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125603</w:t>
            </w:r>
          </w:p>
        </w:tc>
        <w:tc>
          <w:tcPr>
            <w:tcW w:type="dxa" w:w="1234"/>
          </w:tcPr>
          <w:p>
            <w:r>
              <w:t>工业工程与管理</w:t>
            </w:r>
          </w:p>
        </w:tc>
        <w:tc>
          <w:tcPr>
            <w:tcW w:type="dxa" w:w="1234"/>
          </w:tcPr>
          <w:p>
            <w:r>
              <w:t>66.60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赵健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125603</w:t>
            </w:r>
          </w:p>
        </w:tc>
        <w:tc>
          <w:tcPr>
            <w:tcW w:type="dxa" w:w="1234"/>
          </w:tcPr>
          <w:p>
            <w:r>
              <w:t>工业工程与管理</w:t>
            </w:r>
          </w:p>
        </w:tc>
        <w:tc>
          <w:tcPr>
            <w:tcW w:type="dxa" w:w="1234"/>
          </w:tcPr>
          <w:p>
            <w:r>
              <w:t>68.00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李雨洪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125603</w:t>
            </w:r>
          </w:p>
        </w:tc>
        <w:tc>
          <w:tcPr>
            <w:tcW w:type="dxa" w:w="1234"/>
          </w:tcPr>
          <w:p>
            <w:r>
              <w:t>工业工程与管理</w:t>
            </w:r>
          </w:p>
        </w:tc>
        <w:tc>
          <w:tcPr>
            <w:tcW w:type="dxa" w:w="1234"/>
          </w:tcPr>
          <w:p>
            <w:r>
              <w:t>63.80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刁佳瑞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125603</w:t>
            </w:r>
          </w:p>
        </w:tc>
        <w:tc>
          <w:tcPr>
            <w:tcW w:type="dxa" w:w="1234"/>
          </w:tcPr>
          <w:p>
            <w:r>
              <w:t>工业工程与管理</w:t>
            </w:r>
          </w:p>
        </w:tc>
        <w:tc>
          <w:tcPr>
            <w:tcW w:type="dxa" w:w="1234"/>
          </w:tcPr>
          <w:p>
            <w:r>
              <w:t>67.20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张明超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125603</w:t>
            </w:r>
          </w:p>
        </w:tc>
        <w:tc>
          <w:tcPr>
            <w:tcW w:type="dxa" w:w="1234"/>
          </w:tcPr>
          <w:p>
            <w:r>
              <w:t>工业工程与管理</w:t>
            </w:r>
          </w:p>
        </w:tc>
        <w:tc>
          <w:tcPr>
            <w:tcW w:type="dxa" w:w="1234"/>
          </w:tcPr>
          <w:p>
            <w:r>
              <w:t>68.80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马露瑶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125603</w:t>
            </w:r>
          </w:p>
        </w:tc>
        <w:tc>
          <w:tcPr>
            <w:tcW w:type="dxa" w:w="1234"/>
          </w:tcPr>
          <w:p>
            <w:r>
              <w:t>工业工程与管理</w:t>
            </w:r>
          </w:p>
        </w:tc>
        <w:tc>
          <w:tcPr>
            <w:tcW w:type="dxa" w:w="1234"/>
          </w:tcPr>
          <w:p>
            <w:r>
              <w:t>71.00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秦雅茹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125603</w:t>
            </w:r>
          </w:p>
        </w:tc>
        <w:tc>
          <w:tcPr>
            <w:tcW w:type="dxa" w:w="1234"/>
          </w:tcPr>
          <w:p>
            <w:r>
              <w:t>工业工程与管理</w:t>
            </w:r>
          </w:p>
        </w:tc>
        <w:tc>
          <w:tcPr>
            <w:tcW w:type="dxa" w:w="1234"/>
          </w:tcPr>
          <w:p>
            <w:r>
              <w:t>66.60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陆陶熠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125500</w:t>
            </w:r>
          </w:p>
        </w:tc>
        <w:tc>
          <w:tcPr>
            <w:tcW w:type="dxa" w:w="1234"/>
          </w:tcPr>
          <w:p>
            <w:r>
              <w:t>图书情报</w:t>
            </w:r>
          </w:p>
        </w:tc>
        <w:tc>
          <w:tcPr>
            <w:tcW w:type="dxa" w:w="1234"/>
          </w:tcPr>
          <w:p>
            <w:r>
              <w:t>70.80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赵钰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125500</w:t>
            </w:r>
          </w:p>
        </w:tc>
        <w:tc>
          <w:tcPr>
            <w:tcW w:type="dxa" w:w="1234"/>
          </w:tcPr>
          <w:p>
            <w:r>
              <w:t>图书情报</w:t>
            </w:r>
          </w:p>
        </w:tc>
        <w:tc>
          <w:tcPr>
            <w:tcW w:type="dxa" w:w="1234"/>
          </w:tcPr>
          <w:p>
            <w:r>
              <w:t>78.40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彭丽嘉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125500</w:t>
            </w:r>
          </w:p>
        </w:tc>
        <w:tc>
          <w:tcPr>
            <w:tcW w:type="dxa" w:w="1234"/>
          </w:tcPr>
          <w:p>
            <w:r>
              <w:t>图书情报</w:t>
            </w:r>
          </w:p>
        </w:tc>
        <w:tc>
          <w:tcPr>
            <w:tcW w:type="dxa" w:w="1234"/>
          </w:tcPr>
          <w:p>
            <w:r>
              <w:t>65.20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梁金倩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125500</w:t>
            </w:r>
          </w:p>
        </w:tc>
        <w:tc>
          <w:tcPr>
            <w:tcW w:type="dxa" w:w="1234"/>
          </w:tcPr>
          <w:p>
            <w:r>
              <w:t>图书情报</w:t>
            </w:r>
          </w:p>
        </w:tc>
        <w:tc>
          <w:tcPr>
            <w:tcW w:type="dxa" w:w="1234"/>
          </w:tcPr>
          <w:p>
            <w:r>
              <w:t>62.60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程子潇</w:t>
            </w:r>
          </w:p>
        </w:tc>
        <w:tc>
          <w:tcPr>
            <w:tcW w:type="dxa" w:w="1234"/>
          </w:tcPr>
          <w:p>
            <w:r>
              <w:t>商学院</w:t>
            </w:r>
          </w:p>
        </w:tc>
        <w:tc>
          <w:tcPr>
            <w:tcW w:type="dxa" w:w="1234"/>
          </w:tcPr>
          <w:p>
            <w:r>
              <w:t>125500</w:t>
            </w:r>
          </w:p>
        </w:tc>
        <w:tc>
          <w:tcPr>
            <w:tcW w:type="dxa" w:w="1234"/>
          </w:tcPr>
          <w:p>
            <w:r>
              <w:t>图书情报</w:t>
            </w:r>
          </w:p>
        </w:tc>
        <w:tc>
          <w:tcPr>
            <w:tcW w:type="dxa" w:w="1234"/>
          </w:tcPr>
          <w:p>
            <w:r>
              <w:t>84.00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焦奕珩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020100</w:t>
            </w:r>
          </w:p>
        </w:tc>
        <w:tc>
          <w:tcPr>
            <w:tcW w:type="dxa" w:w="1234"/>
          </w:tcPr>
          <w:p>
            <w:r>
              <w:t>理论经济学</w:t>
            </w:r>
          </w:p>
        </w:tc>
        <w:tc>
          <w:tcPr>
            <w:tcW w:type="dxa" w:w="1234"/>
          </w:tcPr>
          <w:p>
            <w:r>
              <w:t>83.60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金莹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020100</w:t>
            </w:r>
          </w:p>
        </w:tc>
        <w:tc>
          <w:tcPr>
            <w:tcW w:type="dxa" w:w="1234"/>
          </w:tcPr>
          <w:p>
            <w:r>
              <w:t>理论经济学</w:t>
            </w:r>
          </w:p>
        </w:tc>
        <w:tc>
          <w:tcPr>
            <w:tcW w:type="dxa" w:w="1234"/>
          </w:tcPr>
          <w:p>
            <w:r>
              <w:t>81.20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陈超洁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020100</w:t>
            </w:r>
          </w:p>
        </w:tc>
        <w:tc>
          <w:tcPr>
            <w:tcW w:type="dxa" w:w="1234"/>
          </w:tcPr>
          <w:p>
            <w:r>
              <w:t>理论经济学</w:t>
            </w:r>
          </w:p>
        </w:tc>
        <w:tc>
          <w:tcPr>
            <w:tcW w:type="dxa" w:w="1234"/>
          </w:tcPr>
          <w:p>
            <w:r>
              <w:t>72.00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皮娜玲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020100</w:t>
            </w:r>
          </w:p>
        </w:tc>
        <w:tc>
          <w:tcPr>
            <w:tcW w:type="dxa" w:w="1234"/>
          </w:tcPr>
          <w:p>
            <w:r>
              <w:t>理论经济学</w:t>
            </w:r>
          </w:p>
        </w:tc>
        <w:tc>
          <w:tcPr>
            <w:tcW w:type="dxa" w:w="1234"/>
          </w:tcPr>
          <w:p>
            <w:r>
              <w:t>72.20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张萌媛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020100</w:t>
            </w:r>
          </w:p>
        </w:tc>
        <w:tc>
          <w:tcPr>
            <w:tcW w:type="dxa" w:w="1234"/>
          </w:tcPr>
          <w:p>
            <w:r>
              <w:t>理论经济学</w:t>
            </w:r>
          </w:p>
        </w:tc>
        <w:tc>
          <w:tcPr>
            <w:tcW w:type="dxa" w:w="1234"/>
          </w:tcPr>
          <w:p>
            <w:r>
              <w:t>68.80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梁沛东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67.60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杨丹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76.20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陆垚嘉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71.80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李晓露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76.60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苏千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71.20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尤晨馨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82.00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谢心悦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82.20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朱汶郡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83.00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韦文鑫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75.40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王萌玥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73.00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汪思琪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74.20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代婉婷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69.00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黄丽珠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72.40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邵文彬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74.20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刘洋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77.00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郭超越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79.20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陈坤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71.60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李慧伦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70.00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刘一帆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69.40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齐新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82.00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刘若琳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78.60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吴越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80.40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刘莹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73.40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龙钰文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77.40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叶卓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70.20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宋瑾瑾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72.80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孙梦琪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72.20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李文博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71.80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杨艳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020200</w:t>
            </w:r>
          </w:p>
        </w:tc>
        <w:tc>
          <w:tcPr>
            <w:tcW w:type="dxa" w:w="1234"/>
          </w:tcPr>
          <w:p>
            <w:r>
              <w:t>应用经济学</w:t>
            </w:r>
          </w:p>
        </w:tc>
        <w:tc>
          <w:tcPr>
            <w:tcW w:type="dxa" w:w="1234"/>
          </w:tcPr>
          <w:p>
            <w:r>
              <w:t>70.80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李嘉馨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0714Z1</w:t>
            </w:r>
          </w:p>
        </w:tc>
        <w:tc>
          <w:tcPr>
            <w:tcW w:type="dxa" w:w="1234"/>
          </w:tcPr>
          <w:p>
            <w:r>
              <w:t>社会经济统计学</w:t>
            </w:r>
          </w:p>
        </w:tc>
        <w:tc>
          <w:tcPr>
            <w:tcW w:type="dxa" w:w="1234"/>
          </w:tcPr>
          <w:p>
            <w:r>
              <w:t>76.40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任众玥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0714Z1</w:t>
            </w:r>
          </w:p>
        </w:tc>
        <w:tc>
          <w:tcPr>
            <w:tcW w:type="dxa" w:w="1234"/>
          </w:tcPr>
          <w:p>
            <w:r>
              <w:t>社会经济统计学</w:t>
            </w:r>
          </w:p>
        </w:tc>
        <w:tc>
          <w:tcPr>
            <w:tcW w:type="dxa" w:w="1234"/>
          </w:tcPr>
          <w:p>
            <w:r>
              <w:t>78.80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包章愉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0714Z1</w:t>
            </w:r>
          </w:p>
        </w:tc>
        <w:tc>
          <w:tcPr>
            <w:tcW w:type="dxa" w:w="1234"/>
          </w:tcPr>
          <w:p>
            <w:r>
              <w:t>社会经济统计学</w:t>
            </w:r>
          </w:p>
        </w:tc>
        <w:tc>
          <w:tcPr>
            <w:tcW w:type="dxa" w:w="1234"/>
          </w:tcPr>
          <w:p>
            <w:r>
              <w:t>76.20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张燕林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0714Z1</w:t>
            </w:r>
          </w:p>
        </w:tc>
        <w:tc>
          <w:tcPr>
            <w:tcW w:type="dxa" w:w="1234"/>
          </w:tcPr>
          <w:p>
            <w:r>
              <w:t>社会经济统计学</w:t>
            </w:r>
          </w:p>
        </w:tc>
        <w:tc>
          <w:tcPr>
            <w:tcW w:type="dxa" w:w="1234"/>
          </w:tcPr>
          <w:p>
            <w:r>
              <w:t>69.60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姜同贺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025100</w:t>
            </w:r>
          </w:p>
        </w:tc>
        <w:tc>
          <w:tcPr>
            <w:tcW w:type="dxa" w:w="1234"/>
          </w:tcPr>
          <w:p>
            <w:r>
              <w:t>金融</w:t>
            </w:r>
          </w:p>
        </w:tc>
        <w:tc>
          <w:tcPr>
            <w:tcW w:type="dxa" w:w="1234"/>
          </w:tcPr>
          <w:p>
            <w:r>
              <w:t>72.60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叶小蕾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025100</w:t>
            </w:r>
          </w:p>
        </w:tc>
        <w:tc>
          <w:tcPr>
            <w:tcW w:type="dxa" w:w="1234"/>
          </w:tcPr>
          <w:p>
            <w:r>
              <w:t>金融</w:t>
            </w:r>
          </w:p>
        </w:tc>
        <w:tc>
          <w:tcPr>
            <w:tcW w:type="dxa" w:w="1234"/>
          </w:tcPr>
          <w:p>
            <w:r>
              <w:t>74.60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於文婷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025100</w:t>
            </w:r>
          </w:p>
        </w:tc>
        <w:tc>
          <w:tcPr>
            <w:tcW w:type="dxa" w:w="1234"/>
          </w:tcPr>
          <w:p>
            <w:r>
              <w:t>金融</w:t>
            </w:r>
          </w:p>
        </w:tc>
        <w:tc>
          <w:tcPr>
            <w:tcW w:type="dxa" w:w="1234"/>
          </w:tcPr>
          <w:p>
            <w:r>
              <w:t>75.60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朱璨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025100</w:t>
            </w:r>
          </w:p>
        </w:tc>
        <w:tc>
          <w:tcPr>
            <w:tcW w:type="dxa" w:w="1234"/>
          </w:tcPr>
          <w:p>
            <w:r>
              <w:t>金融</w:t>
            </w:r>
          </w:p>
        </w:tc>
        <w:tc>
          <w:tcPr>
            <w:tcW w:type="dxa" w:w="1234"/>
          </w:tcPr>
          <w:p>
            <w:r>
              <w:t>76.60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周梦琦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025100</w:t>
            </w:r>
          </w:p>
        </w:tc>
        <w:tc>
          <w:tcPr>
            <w:tcW w:type="dxa" w:w="1234"/>
          </w:tcPr>
          <w:p>
            <w:r>
              <w:t>金融</w:t>
            </w:r>
          </w:p>
        </w:tc>
        <w:tc>
          <w:tcPr>
            <w:tcW w:type="dxa" w:w="1234"/>
          </w:tcPr>
          <w:p>
            <w:r>
              <w:t>80.00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曹明青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025100</w:t>
            </w:r>
          </w:p>
        </w:tc>
        <w:tc>
          <w:tcPr>
            <w:tcW w:type="dxa" w:w="1234"/>
          </w:tcPr>
          <w:p>
            <w:r>
              <w:t>金融</w:t>
            </w:r>
          </w:p>
        </w:tc>
        <w:tc>
          <w:tcPr>
            <w:tcW w:type="dxa" w:w="1234"/>
          </w:tcPr>
          <w:p>
            <w:r>
              <w:t>75.40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贾琪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025100</w:t>
            </w:r>
          </w:p>
        </w:tc>
        <w:tc>
          <w:tcPr>
            <w:tcW w:type="dxa" w:w="1234"/>
          </w:tcPr>
          <w:p>
            <w:r>
              <w:t>金融</w:t>
            </w:r>
          </w:p>
        </w:tc>
        <w:tc>
          <w:tcPr>
            <w:tcW w:type="dxa" w:w="1234"/>
          </w:tcPr>
          <w:p>
            <w:r>
              <w:t>76.60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杨露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025100</w:t>
            </w:r>
          </w:p>
        </w:tc>
        <w:tc>
          <w:tcPr>
            <w:tcW w:type="dxa" w:w="1234"/>
          </w:tcPr>
          <w:p>
            <w:r>
              <w:t>金融</w:t>
            </w:r>
          </w:p>
        </w:tc>
        <w:tc>
          <w:tcPr>
            <w:tcW w:type="dxa" w:w="1234"/>
          </w:tcPr>
          <w:p>
            <w:r>
              <w:t>77.00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孙芸颖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025400</w:t>
            </w:r>
          </w:p>
        </w:tc>
        <w:tc>
          <w:tcPr>
            <w:tcW w:type="dxa" w:w="1234"/>
          </w:tcPr>
          <w:p>
            <w:r>
              <w:t>国际商务</w:t>
            </w:r>
          </w:p>
        </w:tc>
        <w:tc>
          <w:tcPr>
            <w:tcW w:type="dxa" w:w="1234"/>
          </w:tcPr>
          <w:p>
            <w:r>
              <w:t>78.20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范纯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025400</w:t>
            </w:r>
          </w:p>
        </w:tc>
        <w:tc>
          <w:tcPr>
            <w:tcW w:type="dxa" w:w="1234"/>
          </w:tcPr>
          <w:p>
            <w:r>
              <w:t>国际商务</w:t>
            </w:r>
          </w:p>
        </w:tc>
        <w:tc>
          <w:tcPr>
            <w:tcW w:type="dxa" w:w="1234"/>
          </w:tcPr>
          <w:p>
            <w:r>
              <w:t>75.00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崔羽婕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025400</w:t>
            </w:r>
          </w:p>
        </w:tc>
        <w:tc>
          <w:tcPr>
            <w:tcW w:type="dxa" w:w="1234"/>
          </w:tcPr>
          <w:p>
            <w:r>
              <w:t>国际商务</w:t>
            </w:r>
          </w:p>
        </w:tc>
        <w:tc>
          <w:tcPr>
            <w:tcW w:type="dxa" w:w="1234"/>
          </w:tcPr>
          <w:p>
            <w:r>
              <w:t>79.00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周飞扬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025400</w:t>
            </w:r>
          </w:p>
        </w:tc>
        <w:tc>
          <w:tcPr>
            <w:tcW w:type="dxa" w:w="1234"/>
          </w:tcPr>
          <w:p>
            <w:r>
              <w:t>国际商务</w:t>
            </w:r>
          </w:p>
        </w:tc>
        <w:tc>
          <w:tcPr>
            <w:tcW w:type="dxa" w:w="1234"/>
          </w:tcPr>
          <w:p>
            <w:r>
              <w:t>74.80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杨卉怡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025400</w:t>
            </w:r>
          </w:p>
        </w:tc>
        <w:tc>
          <w:tcPr>
            <w:tcW w:type="dxa" w:w="1234"/>
          </w:tcPr>
          <w:p>
            <w:r>
              <w:t>国际商务</w:t>
            </w:r>
          </w:p>
        </w:tc>
        <w:tc>
          <w:tcPr>
            <w:tcW w:type="dxa" w:w="1234"/>
          </w:tcPr>
          <w:p>
            <w:r>
              <w:t>78.40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李萍（0863）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025400</w:t>
            </w:r>
          </w:p>
        </w:tc>
        <w:tc>
          <w:tcPr>
            <w:tcW w:type="dxa" w:w="1234"/>
          </w:tcPr>
          <w:p>
            <w:r>
              <w:t>国际商务</w:t>
            </w:r>
          </w:p>
        </w:tc>
        <w:tc>
          <w:tcPr>
            <w:tcW w:type="dxa" w:w="1234"/>
          </w:tcPr>
          <w:p>
            <w:r>
              <w:t>75.00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陈怡恒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025400</w:t>
            </w:r>
          </w:p>
        </w:tc>
        <w:tc>
          <w:tcPr>
            <w:tcW w:type="dxa" w:w="1234"/>
          </w:tcPr>
          <w:p>
            <w:r>
              <w:t>国际商务</w:t>
            </w:r>
          </w:p>
        </w:tc>
        <w:tc>
          <w:tcPr>
            <w:tcW w:type="dxa" w:w="1234"/>
          </w:tcPr>
          <w:p>
            <w:r>
              <w:t>79.60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卢春会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025400</w:t>
            </w:r>
          </w:p>
        </w:tc>
        <w:tc>
          <w:tcPr>
            <w:tcW w:type="dxa" w:w="1234"/>
          </w:tcPr>
          <w:p>
            <w:r>
              <w:t>国际商务</w:t>
            </w:r>
          </w:p>
        </w:tc>
        <w:tc>
          <w:tcPr>
            <w:tcW w:type="dxa" w:w="1234"/>
          </w:tcPr>
          <w:p>
            <w:r>
              <w:t>66.60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高婉琪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025600</w:t>
            </w:r>
          </w:p>
        </w:tc>
        <w:tc>
          <w:tcPr>
            <w:tcW w:type="dxa" w:w="1234"/>
          </w:tcPr>
          <w:p>
            <w:r>
              <w:t>资产评估</w:t>
            </w:r>
          </w:p>
        </w:tc>
        <w:tc>
          <w:tcPr>
            <w:tcW w:type="dxa" w:w="1234"/>
          </w:tcPr>
          <w:p>
            <w:r>
              <w:t>74.00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赵倩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025600</w:t>
            </w:r>
          </w:p>
        </w:tc>
        <w:tc>
          <w:tcPr>
            <w:tcW w:type="dxa" w:w="1234"/>
          </w:tcPr>
          <w:p>
            <w:r>
              <w:t>资产评估</w:t>
            </w:r>
          </w:p>
        </w:tc>
        <w:tc>
          <w:tcPr>
            <w:tcW w:type="dxa" w:w="1234"/>
          </w:tcPr>
          <w:p>
            <w:r>
              <w:t>76.60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胡丹桂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025600</w:t>
            </w:r>
          </w:p>
        </w:tc>
        <w:tc>
          <w:tcPr>
            <w:tcW w:type="dxa" w:w="1234"/>
          </w:tcPr>
          <w:p>
            <w:r>
              <w:t>资产评估</w:t>
            </w:r>
          </w:p>
        </w:tc>
        <w:tc>
          <w:tcPr>
            <w:tcW w:type="dxa" w:w="1234"/>
          </w:tcPr>
          <w:p>
            <w:r>
              <w:t>74.80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顾悦宁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025600</w:t>
            </w:r>
          </w:p>
        </w:tc>
        <w:tc>
          <w:tcPr>
            <w:tcW w:type="dxa" w:w="1234"/>
          </w:tcPr>
          <w:p>
            <w:r>
              <w:t>资产评估</w:t>
            </w:r>
          </w:p>
        </w:tc>
        <w:tc>
          <w:tcPr>
            <w:tcW w:type="dxa" w:w="1234"/>
          </w:tcPr>
          <w:p>
            <w:r>
              <w:t>77.80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杨翌宇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025600</w:t>
            </w:r>
          </w:p>
        </w:tc>
        <w:tc>
          <w:tcPr>
            <w:tcW w:type="dxa" w:w="1234"/>
          </w:tcPr>
          <w:p>
            <w:r>
              <w:t>资产评估</w:t>
            </w:r>
          </w:p>
        </w:tc>
        <w:tc>
          <w:tcPr>
            <w:tcW w:type="dxa" w:w="1234"/>
          </w:tcPr>
          <w:p>
            <w:r>
              <w:t>83.20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肖姝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025600</w:t>
            </w:r>
          </w:p>
        </w:tc>
        <w:tc>
          <w:tcPr>
            <w:tcW w:type="dxa" w:w="1234"/>
          </w:tcPr>
          <w:p>
            <w:r>
              <w:t>资产评估</w:t>
            </w:r>
          </w:p>
        </w:tc>
        <w:tc>
          <w:tcPr>
            <w:tcW w:type="dxa" w:w="1234"/>
          </w:tcPr>
          <w:p>
            <w:r>
              <w:t>74.40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王梦思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025600</w:t>
            </w:r>
          </w:p>
        </w:tc>
        <w:tc>
          <w:tcPr>
            <w:tcW w:type="dxa" w:w="1234"/>
          </w:tcPr>
          <w:p>
            <w:r>
              <w:t>资产评估</w:t>
            </w:r>
          </w:p>
        </w:tc>
        <w:tc>
          <w:tcPr>
            <w:tcW w:type="dxa" w:w="1234"/>
          </w:tcPr>
          <w:p>
            <w:r>
              <w:t>75.40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邹义倩</w:t>
            </w:r>
          </w:p>
        </w:tc>
        <w:tc>
          <w:tcPr>
            <w:tcW w:type="dxa" w:w="1234"/>
          </w:tcPr>
          <w:p>
            <w:r>
              <w:t>经济与金融学院</w:t>
            </w:r>
          </w:p>
        </w:tc>
        <w:tc>
          <w:tcPr>
            <w:tcW w:type="dxa" w:w="1234"/>
          </w:tcPr>
          <w:p>
            <w:r>
              <w:t>025600</w:t>
            </w:r>
          </w:p>
        </w:tc>
        <w:tc>
          <w:tcPr>
            <w:tcW w:type="dxa" w:w="1234"/>
          </w:tcPr>
          <w:p>
            <w:r>
              <w:t>资产评估</w:t>
            </w:r>
          </w:p>
        </w:tc>
        <w:tc>
          <w:tcPr>
            <w:tcW w:type="dxa" w:w="1234"/>
          </w:tcPr>
          <w:p>
            <w:r>
              <w:t>68.80</w:t>
            </w:r>
          </w:p>
        </w:tc>
        <w:tc>
          <w:tcPr>
            <w:tcW w:type="dxa" w:w="1234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