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河海大学商学院、经济与金融学院2024年接收推荐免试研究生复试名单公示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>
              <w:t>招生类型</w:t>
            </w:r>
          </w:p>
        </w:tc>
        <w:tc>
          <w:tcPr>
            <w:tcW w:type="dxa" w:w="1440"/>
          </w:tcPr>
          <w:p>
            <w:r>
              <w:t>姓名</w:t>
            </w:r>
          </w:p>
        </w:tc>
        <w:tc>
          <w:tcPr>
            <w:tcW w:type="dxa" w:w="1440"/>
          </w:tcPr>
          <w:p>
            <w:r>
              <w:t>单位名称</w:t>
            </w:r>
          </w:p>
        </w:tc>
        <w:tc>
          <w:tcPr>
            <w:tcW w:type="dxa" w:w="1440"/>
          </w:tcPr>
          <w:p>
            <w:r>
              <w:t>复试专业代码</w:t>
            </w:r>
          </w:p>
        </w:tc>
        <w:tc>
          <w:tcPr>
            <w:tcW w:type="dxa" w:w="1440"/>
          </w:tcPr>
          <w:p>
            <w:r>
              <w:t>复试专业名称</w:t>
            </w:r>
          </w:p>
        </w:tc>
        <w:tc>
          <w:tcPr>
            <w:tcW w:type="dxa" w:w="1440"/>
          </w:tcPr>
          <w:p>
            <w:r>
              <w:t>备注</w:t>
            </w:r>
          </w:p>
        </w:tc>
      </w:tr>
      <w:tr>
        <w:tc>
          <w:tcPr>
            <w:tcW w:type="dxa" w:w="1440"/>
          </w:tcPr>
          <w:p>
            <w:r>
              <w:t>硕士</w:t>
            </w:r>
          </w:p>
        </w:tc>
        <w:tc>
          <w:tcPr>
            <w:tcW w:type="dxa" w:w="1440"/>
          </w:tcPr>
          <w:p>
            <w:r>
              <w:t>康灿</w:t>
            </w:r>
          </w:p>
        </w:tc>
        <w:tc>
          <w:tcPr>
            <w:tcW w:type="dxa" w:w="1440"/>
          </w:tcPr>
          <w:p>
            <w:r>
              <w:t>商学院</w:t>
            </w:r>
          </w:p>
        </w:tc>
        <w:tc>
          <w:tcPr>
            <w:tcW w:type="dxa" w:w="1440"/>
          </w:tcPr>
          <w:p>
            <w:r>
              <w:t>120200</w:t>
            </w:r>
          </w:p>
        </w:tc>
        <w:tc>
          <w:tcPr>
            <w:tcW w:type="dxa" w:w="1440"/>
          </w:tcPr>
          <w:p>
            <w:r>
              <w:t>工商管理学</w:t>
            </w:r>
          </w:p>
        </w:tc>
        <w:tc>
          <w:tcPr>
            <w:tcW w:type="dxa" w:w="1440"/>
          </w:tcPr>
          <w:p>
            <w:r/>
          </w:p>
        </w:tc>
      </w:tr>
      <w:tr>
        <w:tc>
          <w:tcPr>
            <w:tcW w:type="dxa" w:w="1440"/>
          </w:tcPr>
          <w:p>
            <w:r>
              <w:t>硕士</w:t>
            </w:r>
          </w:p>
        </w:tc>
        <w:tc>
          <w:tcPr>
            <w:tcW w:type="dxa" w:w="1440"/>
          </w:tcPr>
          <w:p>
            <w:r>
              <w:t>成立雯</w:t>
            </w:r>
          </w:p>
        </w:tc>
        <w:tc>
          <w:tcPr>
            <w:tcW w:type="dxa" w:w="1440"/>
          </w:tcPr>
          <w:p>
            <w:r>
              <w:t>商学院</w:t>
            </w:r>
          </w:p>
        </w:tc>
        <w:tc>
          <w:tcPr>
            <w:tcW w:type="dxa" w:w="1440"/>
          </w:tcPr>
          <w:p>
            <w:r>
              <w:t>120200</w:t>
            </w:r>
          </w:p>
        </w:tc>
        <w:tc>
          <w:tcPr>
            <w:tcW w:type="dxa" w:w="1440"/>
          </w:tcPr>
          <w:p>
            <w:r>
              <w:t>工商管理学</w:t>
            </w:r>
          </w:p>
        </w:tc>
        <w:tc>
          <w:tcPr>
            <w:tcW w:type="dxa" w:w="1440"/>
          </w:tcPr>
          <w:p>
            <w:r/>
          </w:p>
        </w:tc>
      </w:tr>
      <w:tr>
        <w:tc>
          <w:tcPr>
            <w:tcW w:type="dxa" w:w="1440"/>
          </w:tcPr>
          <w:p>
            <w:r>
              <w:t>硕士</w:t>
            </w:r>
          </w:p>
        </w:tc>
        <w:tc>
          <w:tcPr>
            <w:tcW w:type="dxa" w:w="1440"/>
          </w:tcPr>
          <w:p>
            <w:r>
              <w:t>鲁娇仁</w:t>
            </w:r>
          </w:p>
        </w:tc>
        <w:tc>
          <w:tcPr>
            <w:tcW w:type="dxa" w:w="1440"/>
          </w:tcPr>
          <w:p>
            <w:r>
              <w:t>商学院</w:t>
            </w:r>
          </w:p>
        </w:tc>
        <w:tc>
          <w:tcPr>
            <w:tcW w:type="dxa" w:w="1440"/>
          </w:tcPr>
          <w:p>
            <w:r>
              <w:t>120200</w:t>
            </w:r>
          </w:p>
        </w:tc>
        <w:tc>
          <w:tcPr>
            <w:tcW w:type="dxa" w:w="1440"/>
          </w:tcPr>
          <w:p>
            <w:r>
              <w:t>工商管理学</w:t>
            </w:r>
          </w:p>
        </w:tc>
        <w:tc>
          <w:tcPr>
            <w:tcW w:type="dxa" w:w="1440"/>
          </w:tcPr>
          <w:p>
            <w:r/>
          </w:p>
        </w:tc>
      </w:tr>
      <w:tr>
        <w:tc>
          <w:tcPr>
            <w:tcW w:type="dxa" w:w="1440"/>
          </w:tcPr>
          <w:p>
            <w:r>
              <w:t>硕士</w:t>
            </w:r>
          </w:p>
        </w:tc>
        <w:tc>
          <w:tcPr>
            <w:tcW w:type="dxa" w:w="1440"/>
          </w:tcPr>
          <w:p>
            <w:r>
              <w:t>曹爱嘉</w:t>
            </w:r>
          </w:p>
        </w:tc>
        <w:tc>
          <w:tcPr>
            <w:tcW w:type="dxa" w:w="1440"/>
          </w:tcPr>
          <w:p>
            <w:r>
              <w:t>商学院</w:t>
            </w:r>
          </w:p>
        </w:tc>
        <w:tc>
          <w:tcPr>
            <w:tcW w:type="dxa" w:w="1440"/>
          </w:tcPr>
          <w:p>
            <w:r>
              <w:t>120200</w:t>
            </w:r>
          </w:p>
        </w:tc>
        <w:tc>
          <w:tcPr>
            <w:tcW w:type="dxa" w:w="1440"/>
          </w:tcPr>
          <w:p>
            <w:r>
              <w:t>工商管理学</w:t>
            </w:r>
          </w:p>
        </w:tc>
        <w:tc>
          <w:tcPr>
            <w:tcW w:type="dxa" w:w="1440"/>
          </w:tcPr>
          <w:p>
            <w:r/>
          </w:p>
        </w:tc>
      </w:tr>
      <w:tr>
        <w:tc>
          <w:tcPr>
            <w:tcW w:type="dxa" w:w="1440"/>
          </w:tcPr>
          <w:p>
            <w:r>
              <w:t>硕士</w:t>
            </w:r>
          </w:p>
        </w:tc>
        <w:tc>
          <w:tcPr>
            <w:tcW w:type="dxa" w:w="1440"/>
          </w:tcPr>
          <w:p>
            <w:r>
              <w:t>刘心茹</w:t>
            </w:r>
          </w:p>
        </w:tc>
        <w:tc>
          <w:tcPr>
            <w:tcW w:type="dxa" w:w="1440"/>
          </w:tcPr>
          <w:p>
            <w:r>
              <w:t>商学院</w:t>
            </w:r>
          </w:p>
        </w:tc>
        <w:tc>
          <w:tcPr>
            <w:tcW w:type="dxa" w:w="1440"/>
          </w:tcPr>
          <w:p>
            <w:r>
              <w:t>120200</w:t>
            </w:r>
          </w:p>
        </w:tc>
        <w:tc>
          <w:tcPr>
            <w:tcW w:type="dxa" w:w="1440"/>
          </w:tcPr>
          <w:p>
            <w:r>
              <w:t>工商管理学</w:t>
            </w:r>
          </w:p>
        </w:tc>
        <w:tc>
          <w:tcPr>
            <w:tcW w:type="dxa" w:w="1440"/>
          </w:tcPr>
          <w:p>
            <w:r/>
          </w:p>
        </w:tc>
      </w:tr>
      <w:tr>
        <w:tc>
          <w:tcPr>
            <w:tcW w:type="dxa" w:w="1440"/>
          </w:tcPr>
          <w:p>
            <w:r>
              <w:t>硕士</w:t>
            </w:r>
          </w:p>
        </w:tc>
        <w:tc>
          <w:tcPr>
            <w:tcW w:type="dxa" w:w="1440"/>
          </w:tcPr>
          <w:p>
            <w:r>
              <w:t>朱赵楠</w:t>
            </w:r>
          </w:p>
        </w:tc>
        <w:tc>
          <w:tcPr>
            <w:tcW w:type="dxa" w:w="1440"/>
          </w:tcPr>
          <w:p>
            <w:r>
              <w:t>商学院</w:t>
            </w:r>
          </w:p>
        </w:tc>
        <w:tc>
          <w:tcPr>
            <w:tcW w:type="dxa" w:w="1440"/>
          </w:tcPr>
          <w:p>
            <w:r>
              <w:t>120200</w:t>
            </w:r>
          </w:p>
        </w:tc>
        <w:tc>
          <w:tcPr>
            <w:tcW w:type="dxa" w:w="1440"/>
          </w:tcPr>
          <w:p>
            <w:r>
              <w:t>工商管理学</w:t>
            </w:r>
          </w:p>
        </w:tc>
        <w:tc>
          <w:tcPr>
            <w:tcW w:type="dxa" w:w="1440"/>
          </w:tcPr>
          <w:p>
            <w:r/>
          </w:p>
        </w:tc>
      </w:tr>
      <w:tr>
        <w:tc>
          <w:tcPr>
            <w:tcW w:type="dxa" w:w="1440"/>
          </w:tcPr>
          <w:p>
            <w:r>
              <w:t>硕士</w:t>
            </w:r>
          </w:p>
        </w:tc>
        <w:tc>
          <w:tcPr>
            <w:tcW w:type="dxa" w:w="1440"/>
          </w:tcPr>
          <w:p>
            <w:r>
              <w:t>付绚</w:t>
            </w:r>
          </w:p>
        </w:tc>
        <w:tc>
          <w:tcPr>
            <w:tcW w:type="dxa" w:w="1440"/>
          </w:tcPr>
          <w:p>
            <w:r>
              <w:t>商学院</w:t>
            </w:r>
          </w:p>
        </w:tc>
        <w:tc>
          <w:tcPr>
            <w:tcW w:type="dxa" w:w="1440"/>
          </w:tcPr>
          <w:p>
            <w:r>
              <w:t>120200</w:t>
            </w:r>
          </w:p>
        </w:tc>
        <w:tc>
          <w:tcPr>
            <w:tcW w:type="dxa" w:w="1440"/>
          </w:tcPr>
          <w:p>
            <w:r>
              <w:t>工商管理学</w:t>
            </w:r>
          </w:p>
        </w:tc>
        <w:tc>
          <w:tcPr>
            <w:tcW w:type="dxa" w:w="1440"/>
          </w:tcPr>
          <w:p>
            <w:r/>
          </w:p>
        </w:tc>
      </w:tr>
      <w:tr>
        <w:tc>
          <w:tcPr>
            <w:tcW w:type="dxa" w:w="1440"/>
          </w:tcPr>
          <w:p>
            <w:r>
              <w:t>硕士</w:t>
            </w:r>
          </w:p>
        </w:tc>
        <w:tc>
          <w:tcPr>
            <w:tcW w:type="dxa" w:w="1440"/>
          </w:tcPr>
          <w:p>
            <w:r>
              <w:t>黄雨晗</w:t>
            </w:r>
          </w:p>
        </w:tc>
        <w:tc>
          <w:tcPr>
            <w:tcW w:type="dxa" w:w="1440"/>
          </w:tcPr>
          <w:p>
            <w:r>
              <w:t>商学院</w:t>
            </w:r>
          </w:p>
        </w:tc>
        <w:tc>
          <w:tcPr>
            <w:tcW w:type="dxa" w:w="1440"/>
          </w:tcPr>
          <w:p>
            <w:r>
              <w:t>120200</w:t>
            </w:r>
          </w:p>
        </w:tc>
        <w:tc>
          <w:tcPr>
            <w:tcW w:type="dxa" w:w="1440"/>
          </w:tcPr>
          <w:p>
            <w:r>
              <w:t>工商管理学</w:t>
            </w:r>
          </w:p>
        </w:tc>
        <w:tc>
          <w:tcPr>
            <w:tcW w:type="dxa" w:w="1440"/>
          </w:tcPr>
          <w:p>
            <w:r/>
          </w:p>
        </w:tc>
      </w:tr>
      <w:tr>
        <w:tc>
          <w:tcPr>
            <w:tcW w:type="dxa" w:w="1440"/>
          </w:tcPr>
          <w:p>
            <w:r>
              <w:t>硕士</w:t>
            </w:r>
          </w:p>
        </w:tc>
        <w:tc>
          <w:tcPr>
            <w:tcW w:type="dxa" w:w="1440"/>
          </w:tcPr>
          <w:p>
            <w:r>
              <w:t>沈骁越</w:t>
            </w:r>
          </w:p>
        </w:tc>
        <w:tc>
          <w:tcPr>
            <w:tcW w:type="dxa" w:w="1440"/>
          </w:tcPr>
          <w:p>
            <w:r>
              <w:t>商学院</w:t>
            </w:r>
          </w:p>
        </w:tc>
        <w:tc>
          <w:tcPr>
            <w:tcW w:type="dxa" w:w="1440"/>
          </w:tcPr>
          <w:p>
            <w:r>
              <w:t>120200</w:t>
            </w:r>
          </w:p>
        </w:tc>
        <w:tc>
          <w:tcPr>
            <w:tcW w:type="dxa" w:w="1440"/>
          </w:tcPr>
          <w:p>
            <w:r>
              <w:t>工商管理学</w:t>
            </w:r>
          </w:p>
        </w:tc>
        <w:tc>
          <w:tcPr>
            <w:tcW w:type="dxa" w:w="1440"/>
          </w:tcPr>
          <w:p>
            <w:r>
              <w:t>支教团推免计划</w:t>
            </w:r>
          </w:p>
        </w:tc>
      </w:tr>
      <w:tr>
        <w:tc>
          <w:tcPr>
            <w:tcW w:type="dxa" w:w="1440"/>
          </w:tcPr>
          <w:p>
            <w:r>
              <w:t>硕士</w:t>
            </w:r>
          </w:p>
        </w:tc>
        <w:tc>
          <w:tcPr>
            <w:tcW w:type="dxa" w:w="1440"/>
          </w:tcPr>
          <w:p>
            <w:r>
              <w:t>潘洁</w:t>
            </w:r>
          </w:p>
        </w:tc>
        <w:tc>
          <w:tcPr>
            <w:tcW w:type="dxa" w:w="1440"/>
          </w:tcPr>
          <w:p>
            <w:r>
              <w:t>商学院</w:t>
            </w:r>
          </w:p>
        </w:tc>
        <w:tc>
          <w:tcPr>
            <w:tcW w:type="dxa" w:w="1440"/>
          </w:tcPr>
          <w:p>
            <w:r>
              <w:t>120200</w:t>
            </w:r>
          </w:p>
        </w:tc>
        <w:tc>
          <w:tcPr>
            <w:tcW w:type="dxa" w:w="1440"/>
          </w:tcPr>
          <w:p>
            <w:r>
              <w:t>工商管理学</w:t>
            </w:r>
          </w:p>
        </w:tc>
        <w:tc>
          <w:tcPr>
            <w:tcW w:type="dxa" w:w="1440"/>
          </w:tcPr>
          <w:p>
            <w:r/>
          </w:p>
        </w:tc>
      </w:tr>
      <w:tr>
        <w:tc>
          <w:tcPr>
            <w:tcW w:type="dxa" w:w="1440"/>
          </w:tcPr>
          <w:p>
            <w:r>
              <w:t>硕士</w:t>
            </w:r>
          </w:p>
        </w:tc>
        <w:tc>
          <w:tcPr>
            <w:tcW w:type="dxa" w:w="1440"/>
          </w:tcPr>
          <w:p>
            <w:r>
              <w:t>张浩原</w:t>
            </w:r>
          </w:p>
        </w:tc>
        <w:tc>
          <w:tcPr>
            <w:tcW w:type="dxa" w:w="1440"/>
          </w:tcPr>
          <w:p>
            <w:r>
              <w:t>商学院</w:t>
            </w:r>
          </w:p>
        </w:tc>
        <w:tc>
          <w:tcPr>
            <w:tcW w:type="dxa" w:w="1440"/>
          </w:tcPr>
          <w:p>
            <w:r>
              <w:t>120200</w:t>
            </w:r>
          </w:p>
        </w:tc>
        <w:tc>
          <w:tcPr>
            <w:tcW w:type="dxa" w:w="1440"/>
          </w:tcPr>
          <w:p>
            <w:r>
              <w:t>工商管理学</w:t>
            </w:r>
          </w:p>
        </w:tc>
        <w:tc>
          <w:tcPr>
            <w:tcW w:type="dxa" w:w="1440"/>
          </w:tcPr>
          <w:p>
            <w:r/>
          </w:p>
        </w:tc>
      </w:tr>
      <w:tr>
        <w:tc>
          <w:tcPr>
            <w:tcW w:type="dxa" w:w="1440"/>
          </w:tcPr>
          <w:p>
            <w:r>
              <w:t>硕士</w:t>
            </w:r>
          </w:p>
        </w:tc>
        <w:tc>
          <w:tcPr>
            <w:tcW w:type="dxa" w:w="1440"/>
          </w:tcPr>
          <w:p>
            <w:r>
              <w:t>陈菊</w:t>
            </w:r>
          </w:p>
        </w:tc>
        <w:tc>
          <w:tcPr>
            <w:tcW w:type="dxa" w:w="1440"/>
          </w:tcPr>
          <w:p>
            <w:r>
              <w:t>商学院</w:t>
            </w:r>
          </w:p>
        </w:tc>
        <w:tc>
          <w:tcPr>
            <w:tcW w:type="dxa" w:w="1440"/>
          </w:tcPr>
          <w:p>
            <w:r>
              <w:t>120200</w:t>
            </w:r>
          </w:p>
        </w:tc>
        <w:tc>
          <w:tcPr>
            <w:tcW w:type="dxa" w:w="1440"/>
          </w:tcPr>
          <w:p>
            <w:r>
              <w:t>工商管理学</w:t>
            </w:r>
          </w:p>
        </w:tc>
        <w:tc>
          <w:tcPr>
            <w:tcW w:type="dxa" w:w="1440"/>
          </w:tcPr>
          <w:p>
            <w:r/>
          </w:p>
        </w:tc>
      </w:tr>
      <w:tr>
        <w:tc>
          <w:tcPr>
            <w:tcW w:type="dxa" w:w="1440"/>
          </w:tcPr>
          <w:p>
            <w:r>
              <w:t>硕士</w:t>
            </w:r>
          </w:p>
        </w:tc>
        <w:tc>
          <w:tcPr>
            <w:tcW w:type="dxa" w:w="1440"/>
          </w:tcPr>
          <w:p>
            <w:r>
              <w:t>刘娴</w:t>
            </w:r>
          </w:p>
        </w:tc>
        <w:tc>
          <w:tcPr>
            <w:tcW w:type="dxa" w:w="1440"/>
          </w:tcPr>
          <w:p>
            <w:r>
              <w:t>商学院</w:t>
            </w:r>
          </w:p>
        </w:tc>
        <w:tc>
          <w:tcPr>
            <w:tcW w:type="dxa" w:w="1440"/>
          </w:tcPr>
          <w:p>
            <w:r>
              <w:t>120200</w:t>
            </w:r>
          </w:p>
        </w:tc>
        <w:tc>
          <w:tcPr>
            <w:tcW w:type="dxa" w:w="1440"/>
          </w:tcPr>
          <w:p>
            <w:r>
              <w:t>工商管理学</w:t>
            </w:r>
          </w:p>
        </w:tc>
        <w:tc>
          <w:tcPr>
            <w:tcW w:type="dxa" w:w="1440"/>
          </w:tcPr>
          <w:p>
            <w:r/>
          </w:p>
        </w:tc>
      </w:tr>
      <w:tr>
        <w:tc>
          <w:tcPr>
            <w:tcW w:type="dxa" w:w="1440"/>
          </w:tcPr>
          <w:p>
            <w:r>
              <w:t>硕士</w:t>
            </w:r>
          </w:p>
        </w:tc>
        <w:tc>
          <w:tcPr>
            <w:tcW w:type="dxa" w:w="1440"/>
          </w:tcPr>
          <w:p>
            <w:r>
              <w:t>崔箫</w:t>
            </w:r>
          </w:p>
        </w:tc>
        <w:tc>
          <w:tcPr>
            <w:tcW w:type="dxa" w:w="1440"/>
          </w:tcPr>
          <w:p>
            <w:r>
              <w:t>商学院</w:t>
            </w:r>
          </w:p>
        </w:tc>
        <w:tc>
          <w:tcPr>
            <w:tcW w:type="dxa" w:w="1440"/>
          </w:tcPr>
          <w:p>
            <w:r>
              <w:t>120200</w:t>
            </w:r>
          </w:p>
        </w:tc>
        <w:tc>
          <w:tcPr>
            <w:tcW w:type="dxa" w:w="1440"/>
          </w:tcPr>
          <w:p>
            <w:r>
              <w:t>工商管理学</w:t>
            </w:r>
          </w:p>
        </w:tc>
        <w:tc>
          <w:tcPr>
            <w:tcW w:type="dxa" w:w="1440"/>
          </w:tcPr>
          <w:p>
            <w:r/>
          </w:p>
        </w:tc>
      </w:tr>
      <w:tr>
        <w:tc>
          <w:tcPr>
            <w:tcW w:type="dxa" w:w="1440"/>
          </w:tcPr>
          <w:p>
            <w:r>
              <w:t>硕士</w:t>
            </w:r>
          </w:p>
        </w:tc>
        <w:tc>
          <w:tcPr>
            <w:tcW w:type="dxa" w:w="1440"/>
          </w:tcPr>
          <w:p>
            <w:r>
              <w:t>朱欣媛</w:t>
            </w:r>
          </w:p>
        </w:tc>
        <w:tc>
          <w:tcPr>
            <w:tcW w:type="dxa" w:w="1440"/>
          </w:tcPr>
          <w:p>
            <w:r>
              <w:t>商学院</w:t>
            </w:r>
          </w:p>
        </w:tc>
        <w:tc>
          <w:tcPr>
            <w:tcW w:type="dxa" w:w="1440"/>
          </w:tcPr>
          <w:p>
            <w:r>
              <w:t>120200</w:t>
            </w:r>
          </w:p>
        </w:tc>
        <w:tc>
          <w:tcPr>
            <w:tcW w:type="dxa" w:w="1440"/>
          </w:tcPr>
          <w:p>
            <w:r>
              <w:t>工商管理学</w:t>
            </w:r>
          </w:p>
        </w:tc>
        <w:tc>
          <w:tcPr>
            <w:tcW w:type="dxa" w:w="1440"/>
          </w:tcPr>
          <w:p>
            <w:r/>
          </w:p>
        </w:tc>
      </w:tr>
      <w:tr>
        <w:tc>
          <w:tcPr>
            <w:tcW w:type="dxa" w:w="1440"/>
          </w:tcPr>
          <w:p>
            <w:r>
              <w:t>硕士</w:t>
            </w:r>
          </w:p>
        </w:tc>
        <w:tc>
          <w:tcPr>
            <w:tcW w:type="dxa" w:w="1440"/>
          </w:tcPr>
          <w:p>
            <w:r>
              <w:t>王舒婷</w:t>
            </w:r>
          </w:p>
        </w:tc>
        <w:tc>
          <w:tcPr>
            <w:tcW w:type="dxa" w:w="1440"/>
          </w:tcPr>
          <w:p>
            <w:r>
              <w:t>商学院</w:t>
            </w:r>
          </w:p>
        </w:tc>
        <w:tc>
          <w:tcPr>
            <w:tcW w:type="dxa" w:w="1440"/>
          </w:tcPr>
          <w:p>
            <w:r>
              <w:t>120200</w:t>
            </w:r>
          </w:p>
        </w:tc>
        <w:tc>
          <w:tcPr>
            <w:tcW w:type="dxa" w:w="1440"/>
          </w:tcPr>
          <w:p>
            <w:r>
              <w:t>工商管理学</w:t>
            </w:r>
          </w:p>
        </w:tc>
        <w:tc>
          <w:tcPr>
            <w:tcW w:type="dxa" w:w="1440"/>
          </w:tcPr>
          <w:p>
            <w:r/>
          </w:p>
        </w:tc>
      </w:tr>
      <w:tr>
        <w:tc>
          <w:tcPr>
            <w:tcW w:type="dxa" w:w="1440"/>
          </w:tcPr>
          <w:p>
            <w:r>
              <w:t>硕士</w:t>
            </w:r>
          </w:p>
        </w:tc>
        <w:tc>
          <w:tcPr>
            <w:tcW w:type="dxa" w:w="1440"/>
          </w:tcPr>
          <w:p>
            <w:r>
              <w:t>赵家豪</w:t>
            </w:r>
          </w:p>
        </w:tc>
        <w:tc>
          <w:tcPr>
            <w:tcW w:type="dxa" w:w="1440"/>
          </w:tcPr>
          <w:p>
            <w:r>
              <w:t>商学院</w:t>
            </w:r>
          </w:p>
        </w:tc>
        <w:tc>
          <w:tcPr>
            <w:tcW w:type="dxa" w:w="1440"/>
          </w:tcPr>
          <w:p>
            <w:r>
              <w:t>120200</w:t>
            </w:r>
          </w:p>
        </w:tc>
        <w:tc>
          <w:tcPr>
            <w:tcW w:type="dxa" w:w="1440"/>
          </w:tcPr>
          <w:p>
            <w:r>
              <w:t>工商管理学</w:t>
            </w:r>
          </w:p>
        </w:tc>
        <w:tc>
          <w:tcPr>
            <w:tcW w:type="dxa" w:w="1440"/>
          </w:tcPr>
          <w:p>
            <w:r/>
          </w:p>
        </w:tc>
      </w:tr>
      <w:tr>
        <w:tc>
          <w:tcPr>
            <w:tcW w:type="dxa" w:w="1440"/>
          </w:tcPr>
          <w:p>
            <w:r>
              <w:t>硕士</w:t>
            </w:r>
          </w:p>
        </w:tc>
        <w:tc>
          <w:tcPr>
            <w:tcW w:type="dxa" w:w="1440"/>
          </w:tcPr>
          <w:p>
            <w:r>
              <w:t>许柯盈</w:t>
            </w:r>
          </w:p>
        </w:tc>
        <w:tc>
          <w:tcPr>
            <w:tcW w:type="dxa" w:w="1440"/>
          </w:tcPr>
          <w:p>
            <w:r>
              <w:t>商学院</w:t>
            </w:r>
          </w:p>
        </w:tc>
        <w:tc>
          <w:tcPr>
            <w:tcW w:type="dxa" w:w="1440"/>
          </w:tcPr>
          <w:p>
            <w:r>
              <w:t>120200</w:t>
            </w:r>
          </w:p>
        </w:tc>
        <w:tc>
          <w:tcPr>
            <w:tcW w:type="dxa" w:w="1440"/>
          </w:tcPr>
          <w:p>
            <w:r>
              <w:t>工商管理学</w:t>
            </w:r>
          </w:p>
        </w:tc>
        <w:tc>
          <w:tcPr>
            <w:tcW w:type="dxa" w:w="1440"/>
          </w:tcPr>
          <w:p>
            <w:r/>
          </w:p>
        </w:tc>
      </w:tr>
      <w:tr>
        <w:tc>
          <w:tcPr>
            <w:tcW w:type="dxa" w:w="1440"/>
          </w:tcPr>
          <w:p>
            <w:r>
              <w:t>硕士</w:t>
            </w:r>
          </w:p>
        </w:tc>
        <w:tc>
          <w:tcPr>
            <w:tcW w:type="dxa" w:w="1440"/>
          </w:tcPr>
          <w:p>
            <w:r>
              <w:t>姜浩东</w:t>
            </w:r>
          </w:p>
        </w:tc>
        <w:tc>
          <w:tcPr>
            <w:tcW w:type="dxa" w:w="1440"/>
          </w:tcPr>
          <w:p>
            <w:r>
              <w:t>商学院</w:t>
            </w:r>
          </w:p>
        </w:tc>
        <w:tc>
          <w:tcPr>
            <w:tcW w:type="dxa" w:w="1440"/>
          </w:tcPr>
          <w:p>
            <w:r>
              <w:t>120200</w:t>
            </w:r>
          </w:p>
        </w:tc>
        <w:tc>
          <w:tcPr>
            <w:tcW w:type="dxa" w:w="1440"/>
          </w:tcPr>
          <w:p>
            <w:r>
              <w:t>工商管理学</w:t>
            </w:r>
          </w:p>
        </w:tc>
        <w:tc>
          <w:tcPr>
            <w:tcW w:type="dxa" w:w="1440"/>
          </w:tcPr>
          <w:p>
            <w:r/>
          </w:p>
        </w:tc>
      </w:tr>
      <w:tr>
        <w:tc>
          <w:tcPr>
            <w:tcW w:type="dxa" w:w="1440"/>
          </w:tcPr>
          <w:p>
            <w:r>
              <w:t>硕士</w:t>
            </w:r>
          </w:p>
        </w:tc>
        <w:tc>
          <w:tcPr>
            <w:tcW w:type="dxa" w:w="1440"/>
          </w:tcPr>
          <w:p>
            <w:r>
              <w:t>王婧婷</w:t>
            </w:r>
          </w:p>
        </w:tc>
        <w:tc>
          <w:tcPr>
            <w:tcW w:type="dxa" w:w="1440"/>
          </w:tcPr>
          <w:p>
            <w:r>
              <w:t>商学院</w:t>
            </w:r>
          </w:p>
        </w:tc>
        <w:tc>
          <w:tcPr>
            <w:tcW w:type="dxa" w:w="1440"/>
          </w:tcPr>
          <w:p>
            <w:r>
              <w:t>120200</w:t>
            </w:r>
          </w:p>
        </w:tc>
        <w:tc>
          <w:tcPr>
            <w:tcW w:type="dxa" w:w="1440"/>
          </w:tcPr>
          <w:p>
            <w:r>
              <w:t>工商管理学</w:t>
            </w:r>
          </w:p>
        </w:tc>
        <w:tc>
          <w:tcPr>
            <w:tcW w:type="dxa" w:w="1440"/>
          </w:tcPr>
          <w:p>
            <w:r/>
          </w:p>
        </w:tc>
      </w:tr>
      <w:tr>
        <w:tc>
          <w:tcPr>
            <w:tcW w:type="dxa" w:w="1440"/>
          </w:tcPr>
          <w:p>
            <w:r>
              <w:t>硕士</w:t>
            </w:r>
          </w:p>
        </w:tc>
        <w:tc>
          <w:tcPr>
            <w:tcW w:type="dxa" w:w="1440"/>
          </w:tcPr>
          <w:p>
            <w:r>
              <w:t>宋天奇</w:t>
            </w:r>
          </w:p>
        </w:tc>
        <w:tc>
          <w:tcPr>
            <w:tcW w:type="dxa" w:w="1440"/>
          </w:tcPr>
          <w:p>
            <w:r>
              <w:t>商学院</w:t>
            </w:r>
          </w:p>
        </w:tc>
        <w:tc>
          <w:tcPr>
            <w:tcW w:type="dxa" w:w="1440"/>
          </w:tcPr>
          <w:p>
            <w:r>
              <w:t>120200</w:t>
            </w:r>
          </w:p>
        </w:tc>
        <w:tc>
          <w:tcPr>
            <w:tcW w:type="dxa" w:w="1440"/>
          </w:tcPr>
          <w:p>
            <w:r>
              <w:t>工商管理学</w:t>
            </w:r>
          </w:p>
        </w:tc>
        <w:tc>
          <w:tcPr>
            <w:tcW w:type="dxa" w:w="1440"/>
          </w:tcPr>
          <w:p>
            <w:r/>
          </w:p>
        </w:tc>
      </w:tr>
      <w:tr>
        <w:tc>
          <w:tcPr>
            <w:tcW w:type="dxa" w:w="1440"/>
          </w:tcPr>
          <w:p>
            <w:r>
              <w:t>硕士</w:t>
            </w:r>
          </w:p>
        </w:tc>
        <w:tc>
          <w:tcPr>
            <w:tcW w:type="dxa" w:w="1440"/>
          </w:tcPr>
          <w:p>
            <w:r>
              <w:t>李林</w:t>
            </w:r>
          </w:p>
        </w:tc>
        <w:tc>
          <w:tcPr>
            <w:tcW w:type="dxa" w:w="1440"/>
          </w:tcPr>
          <w:p>
            <w:r>
              <w:t>商学院</w:t>
            </w:r>
          </w:p>
        </w:tc>
        <w:tc>
          <w:tcPr>
            <w:tcW w:type="dxa" w:w="1440"/>
          </w:tcPr>
          <w:p>
            <w:r>
              <w:t>120200</w:t>
            </w:r>
          </w:p>
        </w:tc>
        <w:tc>
          <w:tcPr>
            <w:tcW w:type="dxa" w:w="1440"/>
          </w:tcPr>
          <w:p>
            <w:r>
              <w:t>工商管理学</w:t>
            </w:r>
          </w:p>
        </w:tc>
        <w:tc>
          <w:tcPr>
            <w:tcW w:type="dxa" w:w="1440"/>
          </w:tcPr>
          <w:p>
            <w:r/>
          </w:p>
        </w:tc>
      </w:tr>
      <w:tr>
        <w:tc>
          <w:tcPr>
            <w:tcW w:type="dxa" w:w="1440"/>
          </w:tcPr>
          <w:p>
            <w:r>
              <w:t>硕士</w:t>
            </w:r>
          </w:p>
        </w:tc>
        <w:tc>
          <w:tcPr>
            <w:tcW w:type="dxa" w:w="1440"/>
          </w:tcPr>
          <w:p>
            <w:r>
              <w:t>朱佩娟</w:t>
            </w:r>
          </w:p>
        </w:tc>
        <w:tc>
          <w:tcPr>
            <w:tcW w:type="dxa" w:w="1440"/>
          </w:tcPr>
          <w:p>
            <w:r>
              <w:t>商学院</w:t>
            </w:r>
          </w:p>
        </w:tc>
        <w:tc>
          <w:tcPr>
            <w:tcW w:type="dxa" w:w="1440"/>
          </w:tcPr>
          <w:p>
            <w:r>
              <w:t>120200</w:t>
            </w:r>
          </w:p>
        </w:tc>
        <w:tc>
          <w:tcPr>
            <w:tcW w:type="dxa" w:w="1440"/>
          </w:tcPr>
          <w:p>
            <w:r>
              <w:t>工商管理学</w:t>
            </w:r>
          </w:p>
        </w:tc>
        <w:tc>
          <w:tcPr>
            <w:tcW w:type="dxa" w:w="1440"/>
          </w:tcPr>
          <w:p>
            <w:r/>
          </w:p>
        </w:tc>
      </w:tr>
      <w:tr>
        <w:tc>
          <w:tcPr>
            <w:tcW w:type="dxa" w:w="1440"/>
          </w:tcPr>
          <w:p>
            <w:r>
              <w:t>硕士</w:t>
            </w:r>
          </w:p>
        </w:tc>
        <w:tc>
          <w:tcPr>
            <w:tcW w:type="dxa" w:w="1440"/>
          </w:tcPr>
          <w:p>
            <w:r>
              <w:t>夏欣</w:t>
            </w:r>
          </w:p>
        </w:tc>
        <w:tc>
          <w:tcPr>
            <w:tcW w:type="dxa" w:w="1440"/>
          </w:tcPr>
          <w:p>
            <w:r>
              <w:t>商学院</w:t>
            </w:r>
          </w:p>
        </w:tc>
        <w:tc>
          <w:tcPr>
            <w:tcW w:type="dxa" w:w="1440"/>
          </w:tcPr>
          <w:p>
            <w:r>
              <w:t>120200</w:t>
            </w:r>
          </w:p>
        </w:tc>
        <w:tc>
          <w:tcPr>
            <w:tcW w:type="dxa" w:w="1440"/>
          </w:tcPr>
          <w:p>
            <w:r>
              <w:t>工商管理学</w:t>
            </w:r>
          </w:p>
        </w:tc>
        <w:tc>
          <w:tcPr>
            <w:tcW w:type="dxa" w:w="1440"/>
          </w:tcPr>
          <w:p>
            <w:r/>
          </w:p>
        </w:tc>
      </w:tr>
      <w:tr>
        <w:tc>
          <w:tcPr>
            <w:tcW w:type="dxa" w:w="1440"/>
          </w:tcPr>
          <w:p>
            <w:r>
              <w:t>硕士</w:t>
            </w:r>
          </w:p>
        </w:tc>
        <w:tc>
          <w:tcPr>
            <w:tcW w:type="dxa" w:w="1440"/>
          </w:tcPr>
          <w:p>
            <w:r>
              <w:t>尹浩宇</w:t>
            </w:r>
          </w:p>
        </w:tc>
        <w:tc>
          <w:tcPr>
            <w:tcW w:type="dxa" w:w="1440"/>
          </w:tcPr>
          <w:p>
            <w:r>
              <w:t>商学院</w:t>
            </w:r>
          </w:p>
        </w:tc>
        <w:tc>
          <w:tcPr>
            <w:tcW w:type="dxa" w:w="1440"/>
          </w:tcPr>
          <w:p>
            <w:r>
              <w:t>120200</w:t>
            </w:r>
          </w:p>
        </w:tc>
        <w:tc>
          <w:tcPr>
            <w:tcW w:type="dxa" w:w="1440"/>
          </w:tcPr>
          <w:p>
            <w:r>
              <w:t>工商管理学</w:t>
            </w:r>
          </w:p>
        </w:tc>
        <w:tc>
          <w:tcPr>
            <w:tcW w:type="dxa" w:w="1440"/>
          </w:tcPr>
          <w:p>
            <w:r/>
          </w:p>
        </w:tc>
      </w:tr>
      <w:tr>
        <w:tc>
          <w:tcPr>
            <w:tcW w:type="dxa" w:w="1440"/>
          </w:tcPr>
          <w:p>
            <w:r>
              <w:t>硕士</w:t>
            </w:r>
          </w:p>
        </w:tc>
        <w:tc>
          <w:tcPr>
            <w:tcW w:type="dxa" w:w="1440"/>
          </w:tcPr>
          <w:p>
            <w:r>
              <w:t>李一冰</w:t>
            </w:r>
          </w:p>
        </w:tc>
        <w:tc>
          <w:tcPr>
            <w:tcW w:type="dxa" w:w="1440"/>
          </w:tcPr>
          <w:p>
            <w:r>
              <w:t>商学院</w:t>
            </w:r>
          </w:p>
        </w:tc>
        <w:tc>
          <w:tcPr>
            <w:tcW w:type="dxa" w:w="1440"/>
          </w:tcPr>
          <w:p>
            <w:r>
              <w:t>120200</w:t>
            </w:r>
          </w:p>
        </w:tc>
        <w:tc>
          <w:tcPr>
            <w:tcW w:type="dxa" w:w="1440"/>
          </w:tcPr>
          <w:p>
            <w:r>
              <w:t>工商管理学</w:t>
            </w:r>
          </w:p>
        </w:tc>
        <w:tc>
          <w:tcPr>
            <w:tcW w:type="dxa" w:w="1440"/>
          </w:tcPr>
          <w:p>
            <w:r/>
          </w:p>
        </w:tc>
      </w:tr>
      <w:tr>
        <w:tc>
          <w:tcPr>
            <w:tcW w:type="dxa" w:w="1440"/>
          </w:tcPr>
          <w:p>
            <w:r>
              <w:t>硕士</w:t>
            </w:r>
          </w:p>
        </w:tc>
        <w:tc>
          <w:tcPr>
            <w:tcW w:type="dxa" w:w="1440"/>
          </w:tcPr>
          <w:p>
            <w:r>
              <w:t>郭书铭</w:t>
            </w:r>
          </w:p>
        </w:tc>
        <w:tc>
          <w:tcPr>
            <w:tcW w:type="dxa" w:w="1440"/>
          </w:tcPr>
          <w:p>
            <w:r>
              <w:t>商学院</w:t>
            </w:r>
          </w:p>
        </w:tc>
        <w:tc>
          <w:tcPr>
            <w:tcW w:type="dxa" w:w="1440"/>
          </w:tcPr>
          <w:p>
            <w:r>
              <w:t>120200</w:t>
            </w:r>
          </w:p>
        </w:tc>
        <w:tc>
          <w:tcPr>
            <w:tcW w:type="dxa" w:w="1440"/>
          </w:tcPr>
          <w:p>
            <w:r>
              <w:t>工商管理学</w:t>
            </w:r>
          </w:p>
        </w:tc>
        <w:tc>
          <w:tcPr>
            <w:tcW w:type="dxa" w:w="1440"/>
          </w:tcPr>
          <w:p>
            <w:r/>
          </w:p>
        </w:tc>
      </w:tr>
      <w:tr>
        <w:tc>
          <w:tcPr>
            <w:tcW w:type="dxa" w:w="1440"/>
          </w:tcPr>
          <w:p>
            <w:r>
              <w:t>硕士</w:t>
            </w:r>
          </w:p>
        </w:tc>
        <w:tc>
          <w:tcPr>
            <w:tcW w:type="dxa" w:w="1440"/>
          </w:tcPr>
          <w:p>
            <w:r>
              <w:t>周慧童</w:t>
            </w:r>
          </w:p>
        </w:tc>
        <w:tc>
          <w:tcPr>
            <w:tcW w:type="dxa" w:w="1440"/>
          </w:tcPr>
          <w:p>
            <w:r>
              <w:t>商学院</w:t>
            </w:r>
          </w:p>
        </w:tc>
        <w:tc>
          <w:tcPr>
            <w:tcW w:type="dxa" w:w="1440"/>
          </w:tcPr>
          <w:p>
            <w:r>
              <w:t>120200</w:t>
            </w:r>
          </w:p>
        </w:tc>
        <w:tc>
          <w:tcPr>
            <w:tcW w:type="dxa" w:w="1440"/>
          </w:tcPr>
          <w:p>
            <w:r>
              <w:t>工商管理学</w:t>
            </w:r>
          </w:p>
        </w:tc>
        <w:tc>
          <w:tcPr>
            <w:tcW w:type="dxa" w:w="1440"/>
          </w:tcPr>
          <w:p>
            <w:r/>
          </w:p>
        </w:tc>
      </w:tr>
      <w:tr>
        <w:tc>
          <w:tcPr>
            <w:tcW w:type="dxa" w:w="1440"/>
          </w:tcPr>
          <w:p>
            <w:r>
              <w:t>硕士</w:t>
            </w:r>
          </w:p>
        </w:tc>
        <w:tc>
          <w:tcPr>
            <w:tcW w:type="dxa" w:w="1440"/>
          </w:tcPr>
          <w:p>
            <w:r>
              <w:t>袁嘉奕</w:t>
            </w:r>
          </w:p>
        </w:tc>
        <w:tc>
          <w:tcPr>
            <w:tcW w:type="dxa" w:w="1440"/>
          </w:tcPr>
          <w:p>
            <w:r>
              <w:t>商学院</w:t>
            </w:r>
          </w:p>
        </w:tc>
        <w:tc>
          <w:tcPr>
            <w:tcW w:type="dxa" w:w="1440"/>
          </w:tcPr>
          <w:p>
            <w:r>
              <w:t>120200</w:t>
            </w:r>
          </w:p>
        </w:tc>
        <w:tc>
          <w:tcPr>
            <w:tcW w:type="dxa" w:w="1440"/>
          </w:tcPr>
          <w:p>
            <w:r>
              <w:t>工商管理学</w:t>
            </w:r>
          </w:p>
        </w:tc>
        <w:tc>
          <w:tcPr>
            <w:tcW w:type="dxa" w:w="1440"/>
          </w:tcPr>
          <w:p>
            <w:r/>
          </w:p>
        </w:tc>
      </w:tr>
      <w:tr>
        <w:tc>
          <w:tcPr>
            <w:tcW w:type="dxa" w:w="1440"/>
          </w:tcPr>
          <w:p>
            <w:r>
              <w:t>硕士</w:t>
            </w:r>
          </w:p>
        </w:tc>
        <w:tc>
          <w:tcPr>
            <w:tcW w:type="dxa" w:w="1440"/>
          </w:tcPr>
          <w:p>
            <w:r>
              <w:t>张郑涛</w:t>
            </w:r>
          </w:p>
        </w:tc>
        <w:tc>
          <w:tcPr>
            <w:tcW w:type="dxa" w:w="1440"/>
          </w:tcPr>
          <w:p>
            <w:r>
              <w:t>商学院</w:t>
            </w:r>
          </w:p>
        </w:tc>
        <w:tc>
          <w:tcPr>
            <w:tcW w:type="dxa" w:w="1440"/>
          </w:tcPr>
          <w:p>
            <w:r>
              <w:t>120200</w:t>
            </w:r>
          </w:p>
        </w:tc>
        <w:tc>
          <w:tcPr>
            <w:tcW w:type="dxa" w:w="1440"/>
          </w:tcPr>
          <w:p>
            <w:r>
              <w:t>工商管理学</w:t>
            </w:r>
          </w:p>
        </w:tc>
        <w:tc>
          <w:tcPr>
            <w:tcW w:type="dxa" w:w="1440"/>
          </w:tcPr>
          <w:p>
            <w:r/>
          </w:p>
        </w:tc>
      </w:tr>
      <w:tr>
        <w:tc>
          <w:tcPr>
            <w:tcW w:type="dxa" w:w="1440"/>
          </w:tcPr>
          <w:p>
            <w:r>
              <w:t>硕士</w:t>
            </w:r>
          </w:p>
        </w:tc>
        <w:tc>
          <w:tcPr>
            <w:tcW w:type="dxa" w:w="1440"/>
          </w:tcPr>
          <w:p>
            <w:r>
              <w:t>姚伊洁</w:t>
            </w:r>
          </w:p>
        </w:tc>
        <w:tc>
          <w:tcPr>
            <w:tcW w:type="dxa" w:w="1440"/>
          </w:tcPr>
          <w:p>
            <w:r>
              <w:t>商学院</w:t>
            </w:r>
          </w:p>
        </w:tc>
        <w:tc>
          <w:tcPr>
            <w:tcW w:type="dxa" w:w="1440"/>
          </w:tcPr>
          <w:p>
            <w:r>
              <w:t>120200</w:t>
            </w:r>
          </w:p>
        </w:tc>
        <w:tc>
          <w:tcPr>
            <w:tcW w:type="dxa" w:w="1440"/>
          </w:tcPr>
          <w:p>
            <w:r>
              <w:t>工商管理学</w:t>
            </w:r>
          </w:p>
        </w:tc>
        <w:tc>
          <w:tcPr>
            <w:tcW w:type="dxa" w:w="1440"/>
          </w:tcPr>
          <w:p>
            <w:r/>
          </w:p>
        </w:tc>
      </w:tr>
      <w:tr>
        <w:tc>
          <w:tcPr>
            <w:tcW w:type="dxa" w:w="1440"/>
          </w:tcPr>
          <w:p>
            <w:r>
              <w:t>硕士</w:t>
            </w:r>
          </w:p>
        </w:tc>
        <w:tc>
          <w:tcPr>
            <w:tcW w:type="dxa" w:w="1440"/>
          </w:tcPr>
          <w:p>
            <w:r>
              <w:t>李珂欣</w:t>
            </w:r>
          </w:p>
        </w:tc>
        <w:tc>
          <w:tcPr>
            <w:tcW w:type="dxa" w:w="1440"/>
          </w:tcPr>
          <w:p>
            <w:r>
              <w:t>商学院</w:t>
            </w:r>
          </w:p>
        </w:tc>
        <w:tc>
          <w:tcPr>
            <w:tcW w:type="dxa" w:w="1440"/>
          </w:tcPr>
          <w:p>
            <w:r>
              <w:t>120200</w:t>
            </w:r>
          </w:p>
        </w:tc>
        <w:tc>
          <w:tcPr>
            <w:tcW w:type="dxa" w:w="1440"/>
          </w:tcPr>
          <w:p>
            <w:r>
              <w:t>工商管理学</w:t>
            </w:r>
          </w:p>
        </w:tc>
        <w:tc>
          <w:tcPr>
            <w:tcW w:type="dxa" w:w="1440"/>
          </w:tcPr>
          <w:p>
            <w:r/>
          </w:p>
        </w:tc>
      </w:tr>
      <w:tr>
        <w:tc>
          <w:tcPr>
            <w:tcW w:type="dxa" w:w="1440"/>
          </w:tcPr>
          <w:p>
            <w:r>
              <w:t>硕士</w:t>
            </w:r>
          </w:p>
        </w:tc>
        <w:tc>
          <w:tcPr>
            <w:tcW w:type="dxa" w:w="1440"/>
          </w:tcPr>
          <w:p>
            <w:r>
              <w:t>宋艺佳</w:t>
            </w:r>
          </w:p>
        </w:tc>
        <w:tc>
          <w:tcPr>
            <w:tcW w:type="dxa" w:w="1440"/>
          </w:tcPr>
          <w:p>
            <w:r>
              <w:t>商学院</w:t>
            </w:r>
          </w:p>
        </w:tc>
        <w:tc>
          <w:tcPr>
            <w:tcW w:type="dxa" w:w="1440"/>
          </w:tcPr>
          <w:p>
            <w:r>
              <w:t>120200</w:t>
            </w:r>
          </w:p>
        </w:tc>
        <w:tc>
          <w:tcPr>
            <w:tcW w:type="dxa" w:w="1440"/>
          </w:tcPr>
          <w:p>
            <w:r>
              <w:t>工商管理学</w:t>
            </w:r>
          </w:p>
        </w:tc>
        <w:tc>
          <w:tcPr>
            <w:tcW w:type="dxa" w:w="1440"/>
          </w:tcPr>
          <w:p>
            <w:r/>
          </w:p>
        </w:tc>
      </w:tr>
      <w:tr>
        <w:tc>
          <w:tcPr>
            <w:tcW w:type="dxa" w:w="1440"/>
          </w:tcPr>
          <w:p>
            <w:r>
              <w:t>硕士</w:t>
            </w:r>
          </w:p>
        </w:tc>
        <w:tc>
          <w:tcPr>
            <w:tcW w:type="dxa" w:w="1440"/>
          </w:tcPr>
          <w:p>
            <w:r>
              <w:t>邵成威</w:t>
            </w:r>
          </w:p>
        </w:tc>
        <w:tc>
          <w:tcPr>
            <w:tcW w:type="dxa" w:w="1440"/>
          </w:tcPr>
          <w:p>
            <w:r>
              <w:t>商学院</w:t>
            </w:r>
          </w:p>
        </w:tc>
        <w:tc>
          <w:tcPr>
            <w:tcW w:type="dxa" w:w="1440"/>
          </w:tcPr>
          <w:p>
            <w:r>
              <w:t>120200</w:t>
            </w:r>
          </w:p>
        </w:tc>
        <w:tc>
          <w:tcPr>
            <w:tcW w:type="dxa" w:w="1440"/>
          </w:tcPr>
          <w:p>
            <w:r>
              <w:t>工商管理学</w:t>
            </w:r>
          </w:p>
        </w:tc>
        <w:tc>
          <w:tcPr>
            <w:tcW w:type="dxa" w:w="1440"/>
          </w:tcPr>
          <w:p>
            <w:r/>
          </w:p>
        </w:tc>
      </w:tr>
      <w:tr>
        <w:tc>
          <w:tcPr>
            <w:tcW w:type="dxa" w:w="1440"/>
          </w:tcPr>
          <w:p>
            <w:r>
              <w:t>硕士</w:t>
            </w:r>
          </w:p>
        </w:tc>
        <w:tc>
          <w:tcPr>
            <w:tcW w:type="dxa" w:w="1440"/>
          </w:tcPr>
          <w:p>
            <w:r>
              <w:t>杨小婵</w:t>
            </w:r>
          </w:p>
        </w:tc>
        <w:tc>
          <w:tcPr>
            <w:tcW w:type="dxa" w:w="1440"/>
          </w:tcPr>
          <w:p>
            <w:r>
              <w:t>商学院</w:t>
            </w:r>
          </w:p>
        </w:tc>
        <w:tc>
          <w:tcPr>
            <w:tcW w:type="dxa" w:w="1440"/>
          </w:tcPr>
          <w:p>
            <w:r>
              <w:t>120200</w:t>
            </w:r>
          </w:p>
        </w:tc>
        <w:tc>
          <w:tcPr>
            <w:tcW w:type="dxa" w:w="1440"/>
          </w:tcPr>
          <w:p>
            <w:r>
              <w:t>工商管理学</w:t>
            </w:r>
          </w:p>
        </w:tc>
        <w:tc>
          <w:tcPr>
            <w:tcW w:type="dxa" w:w="1440"/>
          </w:tcPr>
          <w:p>
            <w:r/>
          </w:p>
        </w:tc>
      </w:tr>
      <w:tr>
        <w:tc>
          <w:tcPr>
            <w:tcW w:type="dxa" w:w="1440"/>
          </w:tcPr>
          <w:p>
            <w:r>
              <w:t>硕士</w:t>
            </w:r>
          </w:p>
        </w:tc>
        <w:tc>
          <w:tcPr>
            <w:tcW w:type="dxa" w:w="1440"/>
          </w:tcPr>
          <w:p>
            <w:r>
              <w:t>周一帆</w:t>
            </w:r>
          </w:p>
        </w:tc>
        <w:tc>
          <w:tcPr>
            <w:tcW w:type="dxa" w:w="1440"/>
          </w:tcPr>
          <w:p>
            <w:r>
              <w:t>商学院</w:t>
            </w:r>
          </w:p>
        </w:tc>
        <w:tc>
          <w:tcPr>
            <w:tcW w:type="dxa" w:w="1440"/>
          </w:tcPr>
          <w:p>
            <w:r>
              <w:t>120200</w:t>
            </w:r>
          </w:p>
        </w:tc>
        <w:tc>
          <w:tcPr>
            <w:tcW w:type="dxa" w:w="1440"/>
          </w:tcPr>
          <w:p>
            <w:r>
              <w:t>工商管理学</w:t>
            </w:r>
          </w:p>
        </w:tc>
        <w:tc>
          <w:tcPr>
            <w:tcW w:type="dxa" w:w="1440"/>
          </w:tcPr>
          <w:p>
            <w:r/>
          </w:p>
        </w:tc>
      </w:tr>
      <w:tr>
        <w:tc>
          <w:tcPr>
            <w:tcW w:type="dxa" w:w="1440"/>
          </w:tcPr>
          <w:p>
            <w:r>
              <w:t>硕士</w:t>
            </w:r>
          </w:p>
        </w:tc>
        <w:tc>
          <w:tcPr>
            <w:tcW w:type="dxa" w:w="1440"/>
          </w:tcPr>
          <w:p>
            <w:r>
              <w:t>章易果</w:t>
            </w:r>
          </w:p>
        </w:tc>
        <w:tc>
          <w:tcPr>
            <w:tcW w:type="dxa" w:w="1440"/>
          </w:tcPr>
          <w:p>
            <w:r>
              <w:t>商学院</w:t>
            </w:r>
          </w:p>
        </w:tc>
        <w:tc>
          <w:tcPr>
            <w:tcW w:type="dxa" w:w="1440"/>
          </w:tcPr>
          <w:p>
            <w:r>
              <w:t>120200</w:t>
            </w:r>
          </w:p>
        </w:tc>
        <w:tc>
          <w:tcPr>
            <w:tcW w:type="dxa" w:w="1440"/>
          </w:tcPr>
          <w:p>
            <w:r>
              <w:t>工商管理学</w:t>
            </w:r>
          </w:p>
        </w:tc>
        <w:tc>
          <w:tcPr>
            <w:tcW w:type="dxa" w:w="1440"/>
          </w:tcPr>
          <w:p>
            <w:r/>
          </w:p>
        </w:tc>
      </w:tr>
      <w:tr>
        <w:tc>
          <w:tcPr>
            <w:tcW w:type="dxa" w:w="1440"/>
          </w:tcPr>
          <w:p>
            <w:r>
              <w:t>硕士</w:t>
            </w:r>
          </w:p>
        </w:tc>
        <w:tc>
          <w:tcPr>
            <w:tcW w:type="dxa" w:w="1440"/>
          </w:tcPr>
          <w:p>
            <w:r>
              <w:t>丁弋芯</w:t>
            </w:r>
          </w:p>
        </w:tc>
        <w:tc>
          <w:tcPr>
            <w:tcW w:type="dxa" w:w="1440"/>
          </w:tcPr>
          <w:p>
            <w:r>
              <w:t>商学院</w:t>
            </w:r>
          </w:p>
        </w:tc>
        <w:tc>
          <w:tcPr>
            <w:tcW w:type="dxa" w:w="1440"/>
          </w:tcPr>
          <w:p>
            <w:r>
              <w:t>120200</w:t>
            </w:r>
          </w:p>
        </w:tc>
        <w:tc>
          <w:tcPr>
            <w:tcW w:type="dxa" w:w="1440"/>
          </w:tcPr>
          <w:p>
            <w:r>
              <w:t>工商管理学</w:t>
            </w:r>
          </w:p>
        </w:tc>
        <w:tc>
          <w:tcPr>
            <w:tcW w:type="dxa" w:w="1440"/>
          </w:tcPr>
          <w:p>
            <w:r/>
          </w:p>
        </w:tc>
      </w:tr>
      <w:tr>
        <w:tc>
          <w:tcPr>
            <w:tcW w:type="dxa" w:w="1440"/>
          </w:tcPr>
          <w:p>
            <w:r>
              <w:t>硕士</w:t>
            </w:r>
          </w:p>
        </w:tc>
        <w:tc>
          <w:tcPr>
            <w:tcW w:type="dxa" w:w="1440"/>
          </w:tcPr>
          <w:p>
            <w:r>
              <w:t>朱柯宇</w:t>
            </w:r>
          </w:p>
        </w:tc>
        <w:tc>
          <w:tcPr>
            <w:tcW w:type="dxa" w:w="1440"/>
          </w:tcPr>
          <w:p>
            <w:r>
              <w:t>商学院</w:t>
            </w:r>
          </w:p>
        </w:tc>
        <w:tc>
          <w:tcPr>
            <w:tcW w:type="dxa" w:w="1440"/>
          </w:tcPr>
          <w:p>
            <w:r>
              <w:t>120200</w:t>
            </w:r>
          </w:p>
        </w:tc>
        <w:tc>
          <w:tcPr>
            <w:tcW w:type="dxa" w:w="1440"/>
          </w:tcPr>
          <w:p>
            <w:r>
              <w:t>工商管理学</w:t>
            </w:r>
          </w:p>
        </w:tc>
        <w:tc>
          <w:tcPr>
            <w:tcW w:type="dxa" w:w="1440"/>
          </w:tcPr>
          <w:p>
            <w:r/>
          </w:p>
        </w:tc>
      </w:tr>
      <w:tr>
        <w:tc>
          <w:tcPr>
            <w:tcW w:type="dxa" w:w="1440"/>
          </w:tcPr>
          <w:p>
            <w:r>
              <w:t>硕士</w:t>
            </w:r>
          </w:p>
        </w:tc>
        <w:tc>
          <w:tcPr>
            <w:tcW w:type="dxa" w:w="1440"/>
          </w:tcPr>
          <w:p>
            <w:r>
              <w:t>张玉铭</w:t>
            </w:r>
          </w:p>
        </w:tc>
        <w:tc>
          <w:tcPr>
            <w:tcW w:type="dxa" w:w="1440"/>
          </w:tcPr>
          <w:p>
            <w:r>
              <w:t>商学院</w:t>
            </w:r>
          </w:p>
        </w:tc>
        <w:tc>
          <w:tcPr>
            <w:tcW w:type="dxa" w:w="1440"/>
          </w:tcPr>
          <w:p>
            <w:r>
              <w:t>120200</w:t>
            </w:r>
          </w:p>
        </w:tc>
        <w:tc>
          <w:tcPr>
            <w:tcW w:type="dxa" w:w="1440"/>
          </w:tcPr>
          <w:p>
            <w:r>
              <w:t>工商管理学</w:t>
            </w:r>
          </w:p>
        </w:tc>
        <w:tc>
          <w:tcPr>
            <w:tcW w:type="dxa" w:w="1440"/>
          </w:tcPr>
          <w:p>
            <w:r/>
          </w:p>
        </w:tc>
      </w:tr>
      <w:tr>
        <w:tc>
          <w:tcPr>
            <w:tcW w:type="dxa" w:w="1440"/>
          </w:tcPr>
          <w:p>
            <w:r>
              <w:t>硕士</w:t>
            </w:r>
          </w:p>
        </w:tc>
        <w:tc>
          <w:tcPr>
            <w:tcW w:type="dxa" w:w="1440"/>
          </w:tcPr>
          <w:p>
            <w:r>
              <w:t>郑慧婷</w:t>
            </w:r>
          </w:p>
        </w:tc>
        <w:tc>
          <w:tcPr>
            <w:tcW w:type="dxa" w:w="1440"/>
          </w:tcPr>
          <w:p>
            <w:r>
              <w:t>商学院</w:t>
            </w:r>
          </w:p>
        </w:tc>
        <w:tc>
          <w:tcPr>
            <w:tcW w:type="dxa" w:w="1440"/>
          </w:tcPr>
          <w:p>
            <w:r>
              <w:t>120200</w:t>
            </w:r>
          </w:p>
        </w:tc>
        <w:tc>
          <w:tcPr>
            <w:tcW w:type="dxa" w:w="1440"/>
          </w:tcPr>
          <w:p>
            <w:r>
              <w:t>工商管理学</w:t>
            </w:r>
          </w:p>
        </w:tc>
        <w:tc>
          <w:tcPr>
            <w:tcW w:type="dxa" w:w="1440"/>
          </w:tcPr>
          <w:p>
            <w:r/>
          </w:p>
        </w:tc>
      </w:tr>
      <w:tr>
        <w:tc>
          <w:tcPr>
            <w:tcW w:type="dxa" w:w="1440"/>
          </w:tcPr>
          <w:p>
            <w:r>
              <w:t>硕士</w:t>
            </w:r>
          </w:p>
        </w:tc>
        <w:tc>
          <w:tcPr>
            <w:tcW w:type="dxa" w:w="1440"/>
          </w:tcPr>
          <w:p>
            <w:r>
              <w:t>石佳伟</w:t>
            </w:r>
          </w:p>
        </w:tc>
        <w:tc>
          <w:tcPr>
            <w:tcW w:type="dxa" w:w="1440"/>
          </w:tcPr>
          <w:p>
            <w:r>
              <w:t>商学院</w:t>
            </w:r>
          </w:p>
        </w:tc>
        <w:tc>
          <w:tcPr>
            <w:tcW w:type="dxa" w:w="1440"/>
          </w:tcPr>
          <w:p>
            <w:r>
              <w:t>120200</w:t>
            </w:r>
          </w:p>
        </w:tc>
        <w:tc>
          <w:tcPr>
            <w:tcW w:type="dxa" w:w="1440"/>
          </w:tcPr>
          <w:p>
            <w:r>
              <w:t>工商管理学</w:t>
            </w:r>
          </w:p>
        </w:tc>
        <w:tc>
          <w:tcPr>
            <w:tcW w:type="dxa" w:w="1440"/>
          </w:tcPr>
          <w:p>
            <w:r/>
          </w:p>
        </w:tc>
      </w:tr>
      <w:tr>
        <w:tc>
          <w:tcPr>
            <w:tcW w:type="dxa" w:w="1440"/>
          </w:tcPr>
          <w:p>
            <w:r>
              <w:t>硕士</w:t>
            </w:r>
          </w:p>
        </w:tc>
        <w:tc>
          <w:tcPr>
            <w:tcW w:type="dxa" w:w="1440"/>
          </w:tcPr>
          <w:p>
            <w:r>
              <w:t>程可可</w:t>
            </w:r>
          </w:p>
        </w:tc>
        <w:tc>
          <w:tcPr>
            <w:tcW w:type="dxa" w:w="1440"/>
          </w:tcPr>
          <w:p>
            <w:r>
              <w:t>商学院</w:t>
            </w:r>
          </w:p>
        </w:tc>
        <w:tc>
          <w:tcPr>
            <w:tcW w:type="dxa" w:w="1440"/>
          </w:tcPr>
          <w:p>
            <w:r>
              <w:t>120200</w:t>
            </w:r>
          </w:p>
        </w:tc>
        <w:tc>
          <w:tcPr>
            <w:tcW w:type="dxa" w:w="1440"/>
          </w:tcPr>
          <w:p>
            <w:r>
              <w:t>工商管理学</w:t>
            </w:r>
          </w:p>
        </w:tc>
        <w:tc>
          <w:tcPr>
            <w:tcW w:type="dxa" w:w="1440"/>
          </w:tcPr>
          <w:p>
            <w:r/>
          </w:p>
        </w:tc>
      </w:tr>
      <w:tr>
        <w:tc>
          <w:tcPr>
            <w:tcW w:type="dxa" w:w="1440"/>
          </w:tcPr>
          <w:p>
            <w:r>
              <w:t>硕士</w:t>
            </w:r>
          </w:p>
        </w:tc>
        <w:tc>
          <w:tcPr>
            <w:tcW w:type="dxa" w:w="1440"/>
          </w:tcPr>
          <w:p>
            <w:r>
              <w:t>陈治元</w:t>
            </w:r>
          </w:p>
        </w:tc>
        <w:tc>
          <w:tcPr>
            <w:tcW w:type="dxa" w:w="1440"/>
          </w:tcPr>
          <w:p>
            <w:r>
              <w:t>商学院</w:t>
            </w:r>
          </w:p>
        </w:tc>
        <w:tc>
          <w:tcPr>
            <w:tcW w:type="dxa" w:w="1440"/>
          </w:tcPr>
          <w:p>
            <w:r>
              <w:t>120200</w:t>
            </w:r>
          </w:p>
        </w:tc>
        <w:tc>
          <w:tcPr>
            <w:tcW w:type="dxa" w:w="1440"/>
          </w:tcPr>
          <w:p>
            <w:r>
              <w:t>工商管理学</w:t>
            </w:r>
          </w:p>
        </w:tc>
        <w:tc>
          <w:tcPr>
            <w:tcW w:type="dxa" w:w="1440"/>
          </w:tcPr>
          <w:p>
            <w:r/>
          </w:p>
        </w:tc>
      </w:tr>
      <w:tr>
        <w:tc>
          <w:tcPr>
            <w:tcW w:type="dxa" w:w="1440"/>
          </w:tcPr>
          <w:p>
            <w:r>
              <w:t>硕士</w:t>
            </w:r>
          </w:p>
        </w:tc>
        <w:tc>
          <w:tcPr>
            <w:tcW w:type="dxa" w:w="1440"/>
          </w:tcPr>
          <w:p>
            <w:r>
              <w:t>王保娣</w:t>
            </w:r>
          </w:p>
        </w:tc>
        <w:tc>
          <w:tcPr>
            <w:tcW w:type="dxa" w:w="1440"/>
          </w:tcPr>
          <w:p>
            <w:r>
              <w:t>商学院</w:t>
            </w:r>
          </w:p>
        </w:tc>
        <w:tc>
          <w:tcPr>
            <w:tcW w:type="dxa" w:w="1440"/>
          </w:tcPr>
          <w:p>
            <w:r>
              <w:t>120200</w:t>
            </w:r>
          </w:p>
        </w:tc>
        <w:tc>
          <w:tcPr>
            <w:tcW w:type="dxa" w:w="1440"/>
          </w:tcPr>
          <w:p>
            <w:r>
              <w:t>工商管理学</w:t>
            </w:r>
          </w:p>
        </w:tc>
        <w:tc>
          <w:tcPr>
            <w:tcW w:type="dxa" w:w="1440"/>
          </w:tcPr>
          <w:p>
            <w:r/>
          </w:p>
        </w:tc>
      </w:tr>
      <w:tr>
        <w:tc>
          <w:tcPr>
            <w:tcW w:type="dxa" w:w="1440"/>
          </w:tcPr>
          <w:p>
            <w:r>
              <w:t>硕士</w:t>
            </w:r>
          </w:p>
        </w:tc>
        <w:tc>
          <w:tcPr>
            <w:tcW w:type="dxa" w:w="1440"/>
          </w:tcPr>
          <w:p>
            <w:r>
              <w:t>朱沛倩</w:t>
            </w:r>
          </w:p>
        </w:tc>
        <w:tc>
          <w:tcPr>
            <w:tcW w:type="dxa" w:w="1440"/>
          </w:tcPr>
          <w:p>
            <w:r>
              <w:t>商学院</w:t>
            </w:r>
          </w:p>
        </w:tc>
        <w:tc>
          <w:tcPr>
            <w:tcW w:type="dxa" w:w="1440"/>
          </w:tcPr>
          <w:p>
            <w:r>
              <w:t>120200</w:t>
            </w:r>
          </w:p>
        </w:tc>
        <w:tc>
          <w:tcPr>
            <w:tcW w:type="dxa" w:w="1440"/>
          </w:tcPr>
          <w:p>
            <w:r>
              <w:t>工商管理学</w:t>
            </w:r>
          </w:p>
        </w:tc>
        <w:tc>
          <w:tcPr>
            <w:tcW w:type="dxa" w:w="1440"/>
          </w:tcPr>
          <w:p>
            <w:r/>
          </w:p>
        </w:tc>
      </w:tr>
      <w:tr>
        <w:tc>
          <w:tcPr>
            <w:tcW w:type="dxa" w:w="1440"/>
          </w:tcPr>
          <w:p>
            <w:r>
              <w:t>硕士</w:t>
            </w:r>
          </w:p>
        </w:tc>
        <w:tc>
          <w:tcPr>
            <w:tcW w:type="dxa" w:w="1440"/>
          </w:tcPr>
          <w:p>
            <w:r>
              <w:t>海晓月</w:t>
            </w:r>
          </w:p>
        </w:tc>
        <w:tc>
          <w:tcPr>
            <w:tcW w:type="dxa" w:w="1440"/>
          </w:tcPr>
          <w:p>
            <w:r>
              <w:t>商学院</w:t>
            </w:r>
          </w:p>
        </w:tc>
        <w:tc>
          <w:tcPr>
            <w:tcW w:type="dxa" w:w="1440"/>
          </w:tcPr>
          <w:p>
            <w:r>
              <w:t>120200</w:t>
            </w:r>
          </w:p>
        </w:tc>
        <w:tc>
          <w:tcPr>
            <w:tcW w:type="dxa" w:w="1440"/>
          </w:tcPr>
          <w:p>
            <w:r>
              <w:t>工商管理学</w:t>
            </w:r>
          </w:p>
        </w:tc>
        <w:tc>
          <w:tcPr>
            <w:tcW w:type="dxa" w:w="1440"/>
          </w:tcPr>
          <w:p>
            <w:r/>
          </w:p>
        </w:tc>
      </w:tr>
      <w:tr>
        <w:tc>
          <w:tcPr>
            <w:tcW w:type="dxa" w:w="1440"/>
          </w:tcPr>
          <w:p>
            <w:r>
              <w:t>硕士</w:t>
            </w:r>
          </w:p>
        </w:tc>
        <w:tc>
          <w:tcPr>
            <w:tcW w:type="dxa" w:w="1440"/>
          </w:tcPr>
          <w:p>
            <w:r>
              <w:t>丁颖楠</w:t>
            </w:r>
          </w:p>
        </w:tc>
        <w:tc>
          <w:tcPr>
            <w:tcW w:type="dxa" w:w="1440"/>
          </w:tcPr>
          <w:p>
            <w:r>
              <w:t>商学院</w:t>
            </w:r>
          </w:p>
        </w:tc>
        <w:tc>
          <w:tcPr>
            <w:tcW w:type="dxa" w:w="1440"/>
          </w:tcPr>
          <w:p>
            <w:r>
              <w:t>120200</w:t>
            </w:r>
          </w:p>
        </w:tc>
        <w:tc>
          <w:tcPr>
            <w:tcW w:type="dxa" w:w="1440"/>
          </w:tcPr>
          <w:p>
            <w:r>
              <w:t>工商管理学</w:t>
            </w:r>
          </w:p>
        </w:tc>
        <w:tc>
          <w:tcPr>
            <w:tcW w:type="dxa" w:w="1440"/>
          </w:tcPr>
          <w:p>
            <w:r/>
          </w:p>
        </w:tc>
      </w:tr>
      <w:tr>
        <w:tc>
          <w:tcPr>
            <w:tcW w:type="dxa" w:w="1440"/>
          </w:tcPr>
          <w:p>
            <w:r>
              <w:t>硕士</w:t>
            </w:r>
          </w:p>
        </w:tc>
        <w:tc>
          <w:tcPr>
            <w:tcW w:type="dxa" w:w="1440"/>
          </w:tcPr>
          <w:p>
            <w:r>
              <w:t>赵占鹏</w:t>
            </w:r>
          </w:p>
        </w:tc>
        <w:tc>
          <w:tcPr>
            <w:tcW w:type="dxa" w:w="1440"/>
          </w:tcPr>
          <w:p>
            <w:r>
              <w:t>商学院</w:t>
            </w:r>
          </w:p>
        </w:tc>
        <w:tc>
          <w:tcPr>
            <w:tcW w:type="dxa" w:w="1440"/>
          </w:tcPr>
          <w:p>
            <w:r>
              <w:t>120100</w:t>
            </w:r>
          </w:p>
        </w:tc>
        <w:tc>
          <w:tcPr>
            <w:tcW w:type="dxa" w:w="1440"/>
          </w:tcPr>
          <w:p>
            <w:r>
              <w:t>管理科学与工程</w:t>
            </w:r>
          </w:p>
        </w:tc>
        <w:tc>
          <w:tcPr>
            <w:tcW w:type="dxa" w:w="1440"/>
          </w:tcPr>
          <w:p>
            <w:r/>
          </w:p>
        </w:tc>
      </w:tr>
      <w:tr>
        <w:tc>
          <w:tcPr>
            <w:tcW w:type="dxa" w:w="1440"/>
          </w:tcPr>
          <w:p>
            <w:r>
              <w:t>硕士</w:t>
            </w:r>
          </w:p>
        </w:tc>
        <w:tc>
          <w:tcPr>
            <w:tcW w:type="dxa" w:w="1440"/>
          </w:tcPr>
          <w:p>
            <w:r>
              <w:t>刘博雅</w:t>
            </w:r>
          </w:p>
        </w:tc>
        <w:tc>
          <w:tcPr>
            <w:tcW w:type="dxa" w:w="1440"/>
          </w:tcPr>
          <w:p>
            <w:r>
              <w:t>商学院</w:t>
            </w:r>
          </w:p>
        </w:tc>
        <w:tc>
          <w:tcPr>
            <w:tcW w:type="dxa" w:w="1440"/>
          </w:tcPr>
          <w:p>
            <w:r>
              <w:t>120100</w:t>
            </w:r>
          </w:p>
        </w:tc>
        <w:tc>
          <w:tcPr>
            <w:tcW w:type="dxa" w:w="1440"/>
          </w:tcPr>
          <w:p>
            <w:r>
              <w:t>管理科学与工程</w:t>
            </w:r>
          </w:p>
        </w:tc>
        <w:tc>
          <w:tcPr>
            <w:tcW w:type="dxa" w:w="1440"/>
          </w:tcPr>
          <w:p>
            <w:r/>
          </w:p>
        </w:tc>
      </w:tr>
      <w:tr>
        <w:tc>
          <w:tcPr>
            <w:tcW w:type="dxa" w:w="1440"/>
          </w:tcPr>
          <w:p>
            <w:r>
              <w:t>硕士</w:t>
            </w:r>
          </w:p>
        </w:tc>
        <w:tc>
          <w:tcPr>
            <w:tcW w:type="dxa" w:w="1440"/>
          </w:tcPr>
          <w:p>
            <w:r>
              <w:t>李泽</w:t>
            </w:r>
          </w:p>
        </w:tc>
        <w:tc>
          <w:tcPr>
            <w:tcW w:type="dxa" w:w="1440"/>
          </w:tcPr>
          <w:p>
            <w:r>
              <w:t>商学院</w:t>
            </w:r>
          </w:p>
        </w:tc>
        <w:tc>
          <w:tcPr>
            <w:tcW w:type="dxa" w:w="1440"/>
          </w:tcPr>
          <w:p>
            <w:r>
              <w:t>120100</w:t>
            </w:r>
          </w:p>
        </w:tc>
        <w:tc>
          <w:tcPr>
            <w:tcW w:type="dxa" w:w="1440"/>
          </w:tcPr>
          <w:p>
            <w:r>
              <w:t>管理科学与工程</w:t>
            </w:r>
          </w:p>
        </w:tc>
        <w:tc>
          <w:tcPr>
            <w:tcW w:type="dxa" w:w="1440"/>
          </w:tcPr>
          <w:p>
            <w:r/>
          </w:p>
        </w:tc>
      </w:tr>
      <w:tr>
        <w:tc>
          <w:tcPr>
            <w:tcW w:type="dxa" w:w="1440"/>
          </w:tcPr>
          <w:p>
            <w:r>
              <w:t>硕士</w:t>
            </w:r>
          </w:p>
        </w:tc>
        <w:tc>
          <w:tcPr>
            <w:tcW w:type="dxa" w:w="1440"/>
          </w:tcPr>
          <w:p>
            <w:r>
              <w:t>左舒枫</w:t>
            </w:r>
          </w:p>
        </w:tc>
        <w:tc>
          <w:tcPr>
            <w:tcW w:type="dxa" w:w="1440"/>
          </w:tcPr>
          <w:p>
            <w:r>
              <w:t>商学院</w:t>
            </w:r>
          </w:p>
        </w:tc>
        <w:tc>
          <w:tcPr>
            <w:tcW w:type="dxa" w:w="1440"/>
          </w:tcPr>
          <w:p>
            <w:r>
              <w:t>120100</w:t>
            </w:r>
          </w:p>
        </w:tc>
        <w:tc>
          <w:tcPr>
            <w:tcW w:type="dxa" w:w="1440"/>
          </w:tcPr>
          <w:p>
            <w:r>
              <w:t>管理科学与工程</w:t>
            </w:r>
          </w:p>
        </w:tc>
        <w:tc>
          <w:tcPr>
            <w:tcW w:type="dxa" w:w="1440"/>
          </w:tcPr>
          <w:p>
            <w:r/>
          </w:p>
        </w:tc>
      </w:tr>
      <w:tr>
        <w:tc>
          <w:tcPr>
            <w:tcW w:type="dxa" w:w="1440"/>
          </w:tcPr>
          <w:p>
            <w:r>
              <w:t>硕士</w:t>
            </w:r>
          </w:p>
        </w:tc>
        <w:tc>
          <w:tcPr>
            <w:tcW w:type="dxa" w:w="1440"/>
          </w:tcPr>
          <w:p>
            <w:r>
              <w:t>马小晴</w:t>
            </w:r>
          </w:p>
        </w:tc>
        <w:tc>
          <w:tcPr>
            <w:tcW w:type="dxa" w:w="1440"/>
          </w:tcPr>
          <w:p>
            <w:r>
              <w:t>商学院</w:t>
            </w:r>
          </w:p>
        </w:tc>
        <w:tc>
          <w:tcPr>
            <w:tcW w:type="dxa" w:w="1440"/>
          </w:tcPr>
          <w:p>
            <w:r>
              <w:t>120100</w:t>
            </w:r>
          </w:p>
        </w:tc>
        <w:tc>
          <w:tcPr>
            <w:tcW w:type="dxa" w:w="1440"/>
          </w:tcPr>
          <w:p>
            <w:r>
              <w:t>管理科学与工程</w:t>
            </w:r>
          </w:p>
        </w:tc>
        <w:tc>
          <w:tcPr>
            <w:tcW w:type="dxa" w:w="1440"/>
          </w:tcPr>
          <w:p>
            <w:r/>
          </w:p>
        </w:tc>
      </w:tr>
      <w:tr>
        <w:tc>
          <w:tcPr>
            <w:tcW w:type="dxa" w:w="1440"/>
          </w:tcPr>
          <w:p>
            <w:r>
              <w:t>硕士</w:t>
            </w:r>
          </w:p>
        </w:tc>
        <w:tc>
          <w:tcPr>
            <w:tcW w:type="dxa" w:w="1440"/>
          </w:tcPr>
          <w:p>
            <w:r>
              <w:t>冯子宇</w:t>
            </w:r>
          </w:p>
        </w:tc>
        <w:tc>
          <w:tcPr>
            <w:tcW w:type="dxa" w:w="1440"/>
          </w:tcPr>
          <w:p>
            <w:r>
              <w:t>商学院</w:t>
            </w:r>
          </w:p>
        </w:tc>
        <w:tc>
          <w:tcPr>
            <w:tcW w:type="dxa" w:w="1440"/>
          </w:tcPr>
          <w:p>
            <w:r>
              <w:t>120100</w:t>
            </w:r>
          </w:p>
        </w:tc>
        <w:tc>
          <w:tcPr>
            <w:tcW w:type="dxa" w:w="1440"/>
          </w:tcPr>
          <w:p>
            <w:r>
              <w:t>管理科学与工程</w:t>
            </w:r>
          </w:p>
        </w:tc>
        <w:tc>
          <w:tcPr>
            <w:tcW w:type="dxa" w:w="1440"/>
          </w:tcPr>
          <w:p>
            <w:r/>
          </w:p>
        </w:tc>
      </w:tr>
      <w:tr>
        <w:tc>
          <w:tcPr>
            <w:tcW w:type="dxa" w:w="1440"/>
          </w:tcPr>
          <w:p>
            <w:r>
              <w:t>硕士</w:t>
            </w:r>
          </w:p>
        </w:tc>
        <w:tc>
          <w:tcPr>
            <w:tcW w:type="dxa" w:w="1440"/>
          </w:tcPr>
          <w:p>
            <w:r>
              <w:t>余雨璇</w:t>
            </w:r>
          </w:p>
        </w:tc>
        <w:tc>
          <w:tcPr>
            <w:tcW w:type="dxa" w:w="1440"/>
          </w:tcPr>
          <w:p>
            <w:r>
              <w:t>商学院</w:t>
            </w:r>
          </w:p>
        </w:tc>
        <w:tc>
          <w:tcPr>
            <w:tcW w:type="dxa" w:w="1440"/>
          </w:tcPr>
          <w:p>
            <w:r>
              <w:t>120100</w:t>
            </w:r>
          </w:p>
        </w:tc>
        <w:tc>
          <w:tcPr>
            <w:tcW w:type="dxa" w:w="1440"/>
          </w:tcPr>
          <w:p>
            <w:r>
              <w:t>管理科学与工程</w:t>
            </w:r>
          </w:p>
        </w:tc>
        <w:tc>
          <w:tcPr>
            <w:tcW w:type="dxa" w:w="1440"/>
          </w:tcPr>
          <w:p>
            <w:r/>
          </w:p>
        </w:tc>
      </w:tr>
      <w:tr>
        <w:tc>
          <w:tcPr>
            <w:tcW w:type="dxa" w:w="1440"/>
          </w:tcPr>
          <w:p>
            <w:r>
              <w:t>硕士</w:t>
            </w:r>
          </w:p>
        </w:tc>
        <w:tc>
          <w:tcPr>
            <w:tcW w:type="dxa" w:w="1440"/>
          </w:tcPr>
          <w:p>
            <w:r>
              <w:t>陶睿</w:t>
            </w:r>
          </w:p>
        </w:tc>
        <w:tc>
          <w:tcPr>
            <w:tcW w:type="dxa" w:w="1440"/>
          </w:tcPr>
          <w:p>
            <w:r>
              <w:t>商学院</w:t>
            </w:r>
          </w:p>
        </w:tc>
        <w:tc>
          <w:tcPr>
            <w:tcW w:type="dxa" w:w="1440"/>
          </w:tcPr>
          <w:p>
            <w:r>
              <w:t>120100</w:t>
            </w:r>
          </w:p>
        </w:tc>
        <w:tc>
          <w:tcPr>
            <w:tcW w:type="dxa" w:w="1440"/>
          </w:tcPr>
          <w:p>
            <w:r>
              <w:t>管理科学与工程</w:t>
            </w:r>
          </w:p>
        </w:tc>
        <w:tc>
          <w:tcPr>
            <w:tcW w:type="dxa" w:w="1440"/>
          </w:tcPr>
          <w:p>
            <w:r/>
          </w:p>
        </w:tc>
      </w:tr>
      <w:tr>
        <w:tc>
          <w:tcPr>
            <w:tcW w:type="dxa" w:w="1440"/>
          </w:tcPr>
          <w:p>
            <w:r>
              <w:t>硕士</w:t>
            </w:r>
          </w:p>
        </w:tc>
        <w:tc>
          <w:tcPr>
            <w:tcW w:type="dxa" w:w="1440"/>
          </w:tcPr>
          <w:p>
            <w:r>
              <w:t>孙蕾</w:t>
            </w:r>
          </w:p>
        </w:tc>
        <w:tc>
          <w:tcPr>
            <w:tcW w:type="dxa" w:w="1440"/>
          </w:tcPr>
          <w:p>
            <w:r>
              <w:t>商学院</w:t>
            </w:r>
          </w:p>
        </w:tc>
        <w:tc>
          <w:tcPr>
            <w:tcW w:type="dxa" w:w="1440"/>
          </w:tcPr>
          <w:p>
            <w:r>
              <w:t>120100</w:t>
            </w:r>
          </w:p>
        </w:tc>
        <w:tc>
          <w:tcPr>
            <w:tcW w:type="dxa" w:w="1440"/>
          </w:tcPr>
          <w:p>
            <w:r>
              <w:t>管理科学与工程</w:t>
            </w:r>
          </w:p>
        </w:tc>
        <w:tc>
          <w:tcPr>
            <w:tcW w:type="dxa" w:w="1440"/>
          </w:tcPr>
          <w:p>
            <w:r/>
          </w:p>
        </w:tc>
      </w:tr>
      <w:tr>
        <w:tc>
          <w:tcPr>
            <w:tcW w:type="dxa" w:w="1440"/>
          </w:tcPr>
          <w:p>
            <w:r>
              <w:t>硕士</w:t>
            </w:r>
          </w:p>
        </w:tc>
        <w:tc>
          <w:tcPr>
            <w:tcW w:type="dxa" w:w="1440"/>
          </w:tcPr>
          <w:p>
            <w:r>
              <w:t>王星</w:t>
            </w:r>
          </w:p>
        </w:tc>
        <w:tc>
          <w:tcPr>
            <w:tcW w:type="dxa" w:w="1440"/>
          </w:tcPr>
          <w:p>
            <w:r>
              <w:t>商学院</w:t>
            </w:r>
          </w:p>
        </w:tc>
        <w:tc>
          <w:tcPr>
            <w:tcW w:type="dxa" w:w="1440"/>
          </w:tcPr>
          <w:p>
            <w:r>
              <w:t>120100</w:t>
            </w:r>
          </w:p>
        </w:tc>
        <w:tc>
          <w:tcPr>
            <w:tcW w:type="dxa" w:w="1440"/>
          </w:tcPr>
          <w:p>
            <w:r>
              <w:t>管理科学与工程</w:t>
            </w:r>
          </w:p>
        </w:tc>
        <w:tc>
          <w:tcPr>
            <w:tcW w:type="dxa" w:w="1440"/>
          </w:tcPr>
          <w:p>
            <w:r/>
          </w:p>
        </w:tc>
      </w:tr>
      <w:tr>
        <w:tc>
          <w:tcPr>
            <w:tcW w:type="dxa" w:w="1440"/>
          </w:tcPr>
          <w:p>
            <w:r>
              <w:t>硕士</w:t>
            </w:r>
          </w:p>
        </w:tc>
        <w:tc>
          <w:tcPr>
            <w:tcW w:type="dxa" w:w="1440"/>
          </w:tcPr>
          <w:p>
            <w:r>
              <w:t>杨昶</w:t>
            </w:r>
          </w:p>
        </w:tc>
        <w:tc>
          <w:tcPr>
            <w:tcW w:type="dxa" w:w="1440"/>
          </w:tcPr>
          <w:p>
            <w:r>
              <w:t>商学院</w:t>
            </w:r>
          </w:p>
        </w:tc>
        <w:tc>
          <w:tcPr>
            <w:tcW w:type="dxa" w:w="1440"/>
          </w:tcPr>
          <w:p>
            <w:r>
              <w:t>120100</w:t>
            </w:r>
          </w:p>
        </w:tc>
        <w:tc>
          <w:tcPr>
            <w:tcW w:type="dxa" w:w="1440"/>
          </w:tcPr>
          <w:p>
            <w:r>
              <w:t>管理科学与工程</w:t>
            </w:r>
          </w:p>
        </w:tc>
        <w:tc>
          <w:tcPr>
            <w:tcW w:type="dxa" w:w="1440"/>
          </w:tcPr>
          <w:p>
            <w:r/>
          </w:p>
        </w:tc>
      </w:tr>
      <w:tr>
        <w:tc>
          <w:tcPr>
            <w:tcW w:type="dxa" w:w="1440"/>
          </w:tcPr>
          <w:p>
            <w:r>
              <w:t>硕士</w:t>
            </w:r>
          </w:p>
        </w:tc>
        <w:tc>
          <w:tcPr>
            <w:tcW w:type="dxa" w:w="1440"/>
          </w:tcPr>
          <w:p>
            <w:r>
              <w:t>孙欣悦</w:t>
            </w:r>
          </w:p>
        </w:tc>
        <w:tc>
          <w:tcPr>
            <w:tcW w:type="dxa" w:w="1440"/>
          </w:tcPr>
          <w:p>
            <w:r>
              <w:t>商学院</w:t>
            </w:r>
          </w:p>
        </w:tc>
        <w:tc>
          <w:tcPr>
            <w:tcW w:type="dxa" w:w="1440"/>
          </w:tcPr>
          <w:p>
            <w:r>
              <w:t>120100</w:t>
            </w:r>
          </w:p>
        </w:tc>
        <w:tc>
          <w:tcPr>
            <w:tcW w:type="dxa" w:w="1440"/>
          </w:tcPr>
          <w:p>
            <w:r>
              <w:t>管理科学与工程</w:t>
            </w:r>
          </w:p>
        </w:tc>
        <w:tc>
          <w:tcPr>
            <w:tcW w:type="dxa" w:w="1440"/>
          </w:tcPr>
          <w:p>
            <w:r/>
          </w:p>
        </w:tc>
      </w:tr>
      <w:tr>
        <w:tc>
          <w:tcPr>
            <w:tcW w:type="dxa" w:w="1440"/>
          </w:tcPr>
          <w:p>
            <w:r>
              <w:t>硕士</w:t>
            </w:r>
          </w:p>
        </w:tc>
        <w:tc>
          <w:tcPr>
            <w:tcW w:type="dxa" w:w="1440"/>
          </w:tcPr>
          <w:p>
            <w:r>
              <w:t>徐正健</w:t>
            </w:r>
          </w:p>
        </w:tc>
        <w:tc>
          <w:tcPr>
            <w:tcW w:type="dxa" w:w="1440"/>
          </w:tcPr>
          <w:p>
            <w:r>
              <w:t>商学院</w:t>
            </w:r>
          </w:p>
        </w:tc>
        <w:tc>
          <w:tcPr>
            <w:tcW w:type="dxa" w:w="1440"/>
          </w:tcPr>
          <w:p>
            <w:r>
              <w:t>120100</w:t>
            </w:r>
          </w:p>
        </w:tc>
        <w:tc>
          <w:tcPr>
            <w:tcW w:type="dxa" w:w="1440"/>
          </w:tcPr>
          <w:p>
            <w:r>
              <w:t>管理科学与工程</w:t>
            </w:r>
          </w:p>
        </w:tc>
        <w:tc>
          <w:tcPr>
            <w:tcW w:type="dxa" w:w="1440"/>
          </w:tcPr>
          <w:p>
            <w:r/>
          </w:p>
        </w:tc>
      </w:tr>
      <w:tr>
        <w:tc>
          <w:tcPr>
            <w:tcW w:type="dxa" w:w="1440"/>
          </w:tcPr>
          <w:p>
            <w:r>
              <w:t>硕士</w:t>
            </w:r>
          </w:p>
        </w:tc>
        <w:tc>
          <w:tcPr>
            <w:tcW w:type="dxa" w:w="1440"/>
          </w:tcPr>
          <w:p>
            <w:r>
              <w:t>田灵洁</w:t>
            </w:r>
          </w:p>
        </w:tc>
        <w:tc>
          <w:tcPr>
            <w:tcW w:type="dxa" w:w="1440"/>
          </w:tcPr>
          <w:p>
            <w:r>
              <w:t>商学院</w:t>
            </w:r>
          </w:p>
        </w:tc>
        <w:tc>
          <w:tcPr>
            <w:tcW w:type="dxa" w:w="1440"/>
          </w:tcPr>
          <w:p>
            <w:r>
              <w:t>120100</w:t>
            </w:r>
          </w:p>
        </w:tc>
        <w:tc>
          <w:tcPr>
            <w:tcW w:type="dxa" w:w="1440"/>
          </w:tcPr>
          <w:p>
            <w:r>
              <w:t>管理科学与工程</w:t>
            </w:r>
          </w:p>
        </w:tc>
        <w:tc>
          <w:tcPr>
            <w:tcW w:type="dxa" w:w="1440"/>
          </w:tcPr>
          <w:p>
            <w:r/>
          </w:p>
        </w:tc>
      </w:tr>
      <w:tr>
        <w:tc>
          <w:tcPr>
            <w:tcW w:type="dxa" w:w="1440"/>
          </w:tcPr>
          <w:p>
            <w:r>
              <w:t>硕士</w:t>
            </w:r>
          </w:p>
        </w:tc>
        <w:tc>
          <w:tcPr>
            <w:tcW w:type="dxa" w:w="1440"/>
          </w:tcPr>
          <w:p>
            <w:r>
              <w:t>赖萱颖</w:t>
            </w:r>
          </w:p>
        </w:tc>
        <w:tc>
          <w:tcPr>
            <w:tcW w:type="dxa" w:w="1440"/>
          </w:tcPr>
          <w:p>
            <w:r>
              <w:t>商学院</w:t>
            </w:r>
          </w:p>
        </w:tc>
        <w:tc>
          <w:tcPr>
            <w:tcW w:type="dxa" w:w="1440"/>
          </w:tcPr>
          <w:p>
            <w:r>
              <w:t>120100</w:t>
            </w:r>
          </w:p>
        </w:tc>
        <w:tc>
          <w:tcPr>
            <w:tcW w:type="dxa" w:w="1440"/>
          </w:tcPr>
          <w:p>
            <w:r>
              <w:t>管理科学与工程</w:t>
            </w:r>
          </w:p>
        </w:tc>
        <w:tc>
          <w:tcPr>
            <w:tcW w:type="dxa" w:w="1440"/>
          </w:tcPr>
          <w:p>
            <w:r/>
          </w:p>
        </w:tc>
      </w:tr>
      <w:tr>
        <w:tc>
          <w:tcPr>
            <w:tcW w:type="dxa" w:w="1440"/>
          </w:tcPr>
          <w:p>
            <w:r>
              <w:t>硕士</w:t>
            </w:r>
          </w:p>
        </w:tc>
        <w:tc>
          <w:tcPr>
            <w:tcW w:type="dxa" w:w="1440"/>
          </w:tcPr>
          <w:p>
            <w:r>
              <w:t>廖宇帆</w:t>
            </w:r>
          </w:p>
        </w:tc>
        <w:tc>
          <w:tcPr>
            <w:tcW w:type="dxa" w:w="1440"/>
          </w:tcPr>
          <w:p>
            <w:r>
              <w:t>商学院</w:t>
            </w:r>
          </w:p>
        </w:tc>
        <w:tc>
          <w:tcPr>
            <w:tcW w:type="dxa" w:w="1440"/>
          </w:tcPr>
          <w:p>
            <w:r>
              <w:t>120100</w:t>
            </w:r>
          </w:p>
        </w:tc>
        <w:tc>
          <w:tcPr>
            <w:tcW w:type="dxa" w:w="1440"/>
          </w:tcPr>
          <w:p>
            <w:r>
              <w:t>管理科学与工程</w:t>
            </w:r>
          </w:p>
        </w:tc>
        <w:tc>
          <w:tcPr>
            <w:tcW w:type="dxa" w:w="1440"/>
          </w:tcPr>
          <w:p>
            <w:r/>
          </w:p>
        </w:tc>
      </w:tr>
      <w:tr>
        <w:tc>
          <w:tcPr>
            <w:tcW w:type="dxa" w:w="1440"/>
          </w:tcPr>
          <w:p>
            <w:r>
              <w:t>硕士</w:t>
            </w:r>
          </w:p>
        </w:tc>
        <w:tc>
          <w:tcPr>
            <w:tcW w:type="dxa" w:w="1440"/>
          </w:tcPr>
          <w:p>
            <w:r>
              <w:t>贾寒越</w:t>
            </w:r>
          </w:p>
        </w:tc>
        <w:tc>
          <w:tcPr>
            <w:tcW w:type="dxa" w:w="1440"/>
          </w:tcPr>
          <w:p>
            <w:r>
              <w:t>商学院</w:t>
            </w:r>
          </w:p>
        </w:tc>
        <w:tc>
          <w:tcPr>
            <w:tcW w:type="dxa" w:w="1440"/>
          </w:tcPr>
          <w:p>
            <w:r>
              <w:t>120100</w:t>
            </w:r>
          </w:p>
        </w:tc>
        <w:tc>
          <w:tcPr>
            <w:tcW w:type="dxa" w:w="1440"/>
          </w:tcPr>
          <w:p>
            <w:r>
              <w:t>管理科学与工程</w:t>
            </w:r>
          </w:p>
        </w:tc>
        <w:tc>
          <w:tcPr>
            <w:tcW w:type="dxa" w:w="1440"/>
          </w:tcPr>
          <w:p>
            <w:r/>
          </w:p>
        </w:tc>
      </w:tr>
      <w:tr>
        <w:tc>
          <w:tcPr>
            <w:tcW w:type="dxa" w:w="1440"/>
          </w:tcPr>
          <w:p>
            <w:r>
              <w:t>硕士</w:t>
            </w:r>
          </w:p>
        </w:tc>
        <w:tc>
          <w:tcPr>
            <w:tcW w:type="dxa" w:w="1440"/>
          </w:tcPr>
          <w:p>
            <w:r>
              <w:t>于子洋</w:t>
            </w:r>
          </w:p>
        </w:tc>
        <w:tc>
          <w:tcPr>
            <w:tcW w:type="dxa" w:w="1440"/>
          </w:tcPr>
          <w:p>
            <w:r>
              <w:t>商学院</w:t>
            </w:r>
          </w:p>
        </w:tc>
        <w:tc>
          <w:tcPr>
            <w:tcW w:type="dxa" w:w="1440"/>
          </w:tcPr>
          <w:p>
            <w:r>
              <w:t>120100</w:t>
            </w:r>
          </w:p>
        </w:tc>
        <w:tc>
          <w:tcPr>
            <w:tcW w:type="dxa" w:w="1440"/>
          </w:tcPr>
          <w:p>
            <w:r>
              <w:t>管理科学与工程</w:t>
            </w:r>
          </w:p>
        </w:tc>
        <w:tc>
          <w:tcPr>
            <w:tcW w:type="dxa" w:w="1440"/>
          </w:tcPr>
          <w:p>
            <w:r/>
          </w:p>
        </w:tc>
      </w:tr>
      <w:tr>
        <w:tc>
          <w:tcPr>
            <w:tcW w:type="dxa" w:w="1440"/>
          </w:tcPr>
          <w:p>
            <w:r>
              <w:t>硕士</w:t>
            </w:r>
          </w:p>
        </w:tc>
        <w:tc>
          <w:tcPr>
            <w:tcW w:type="dxa" w:w="1440"/>
          </w:tcPr>
          <w:p>
            <w:r>
              <w:t>闫恒嘉</w:t>
            </w:r>
          </w:p>
        </w:tc>
        <w:tc>
          <w:tcPr>
            <w:tcW w:type="dxa" w:w="1440"/>
          </w:tcPr>
          <w:p>
            <w:r>
              <w:t>商学院</w:t>
            </w:r>
          </w:p>
        </w:tc>
        <w:tc>
          <w:tcPr>
            <w:tcW w:type="dxa" w:w="1440"/>
          </w:tcPr>
          <w:p>
            <w:r>
              <w:t>120100</w:t>
            </w:r>
          </w:p>
        </w:tc>
        <w:tc>
          <w:tcPr>
            <w:tcW w:type="dxa" w:w="1440"/>
          </w:tcPr>
          <w:p>
            <w:r>
              <w:t>管理科学与工程</w:t>
            </w:r>
          </w:p>
        </w:tc>
        <w:tc>
          <w:tcPr>
            <w:tcW w:type="dxa" w:w="1440"/>
          </w:tcPr>
          <w:p>
            <w:r/>
          </w:p>
        </w:tc>
      </w:tr>
      <w:tr>
        <w:tc>
          <w:tcPr>
            <w:tcW w:type="dxa" w:w="1440"/>
          </w:tcPr>
          <w:p>
            <w:r>
              <w:t>硕士</w:t>
            </w:r>
          </w:p>
        </w:tc>
        <w:tc>
          <w:tcPr>
            <w:tcW w:type="dxa" w:w="1440"/>
          </w:tcPr>
          <w:p>
            <w:r>
              <w:t>李胜喆</w:t>
            </w:r>
          </w:p>
        </w:tc>
        <w:tc>
          <w:tcPr>
            <w:tcW w:type="dxa" w:w="1440"/>
          </w:tcPr>
          <w:p>
            <w:r>
              <w:t>商学院</w:t>
            </w:r>
          </w:p>
        </w:tc>
        <w:tc>
          <w:tcPr>
            <w:tcW w:type="dxa" w:w="1440"/>
          </w:tcPr>
          <w:p>
            <w:r>
              <w:t>120100</w:t>
            </w:r>
          </w:p>
        </w:tc>
        <w:tc>
          <w:tcPr>
            <w:tcW w:type="dxa" w:w="1440"/>
          </w:tcPr>
          <w:p>
            <w:r>
              <w:t>管理科学与工程</w:t>
            </w:r>
          </w:p>
        </w:tc>
        <w:tc>
          <w:tcPr>
            <w:tcW w:type="dxa" w:w="1440"/>
          </w:tcPr>
          <w:p>
            <w:r/>
          </w:p>
        </w:tc>
      </w:tr>
      <w:tr>
        <w:tc>
          <w:tcPr>
            <w:tcW w:type="dxa" w:w="1440"/>
          </w:tcPr>
          <w:p>
            <w:r>
              <w:t>硕士</w:t>
            </w:r>
          </w:p>
        </w:tc>
        <w:tc>
          <w:tcPr>
            <w:tcW w:type="dxa" w:w="1440"/>
          </w:tcPr>
          <w:p>
            <w:r>
              <w:t>李梦甜</w:t>
            </w:r>
          </w:p>
        </w:tc>
        <w:tc>
          <w:tcPr>
            <w:tcW w:type="dxa" w:w="1440"/>
          </w:tcPr>
          <w:p>
            <w:r>
              <w:t>商学院</w:t>
            </w:r>
          </w:p>
        </w:tc>
        <w:tc>
          <w:tcPr>
            <w:tcW w:type="dxa" w:w="1440"/>
          </w:tcPr>
          <w:p>
            <w:r>
              <w:t>120100</w:t>
            </w:r>
          </w:p>
        </w:tc>
        <w:tc>
          <w:tcPr>
            <w:tcW w:type="dxa" w:w="1440"/>
          </w:tcPr>
          <w:p>
            <w:r>
              <w:t>管理科学与工程</w:t>
            </w:r>
          </w:p>
        </w:tc>
        <w:tc>
          <w:tcPr>
            <w:tcW w:type="dxa" w:w="1440"/>
          </w:tcPr>
          <w:p>
            <w:r/>
          </w:p>
        </w:tc>
      </w:tr>
      <w:tr>
        <w:tc>
          <w:tcPr>
            <w:tcW w:type="dxa" w:w="1440"/>
          </w:tcPr>
          <w:p>
            <w:r>
              <w:t>硕士</w:t>
            </w:r>
          </w:p>
        </w:tc>
        <w:tc>
          <w:tcPr>
            <w:tcW w:type="dxa" w:w="1440"/>
          </w:tcPr>
          <w:p>
            <w:r>
              <w:t>侯林源</w:t>
            </w:r>
          </w:p>
        </w:tc>
        <w:tc>
          <w:tcPr>
            <w:tcW w:type="dxa" w:w="1440"/>
          </w:tcPr>
          <w:p>
            <w:r>
              <w:t>商学院</w:t>
            </w:r>
          </w:p>
        </w:tc>
        <w:tc>
          <w:tcPr>
            <w:tcW w:type="dxa" w:w="1440"/>
          </w:tcPr>
          <w:p>
            <w:r>
              <w:t>120100</w:t>
            </w:r>
          </w:p>
        </w:tc>
        <w:tc>
          <w:tcPr>
            <w:tcW w:type="dxa" w:w="1440"/>
          </w:tcPr>
          <w:p>
            <w:r>
              <w:t>管理科学与工程</w:t>
            </w:r>
          </w:p>
        </w:tc>
        <w:tc>
          <w:tcPr>
            <w:tcW w:type="dxa" w:w="1440"/>
          </w:tcPr>
          <w:p>
            <w:r/>
          </w:p>
        </w:tc>
      </w:tr>
      <w:tr>
        <w:tc>
          <w:tcPr>
            <w:tcW w:type="dxa" w:w="1440"/>
          </w:tcPr>
          <w:p>
            <w:r>
              <w:t>硕士</w:t>
            </w:r>
          </w:p>
        </w:tc>
        <w:tc>
          <w:tcPr>
            <w:tcW w:type="dxa" w:w="1440"/>
          </w:tcPr>
          <w:p>
            <w:r>
              <w:t>薛明宇</w:t>
            </w:r>
          </w:p>
        </w:tc>
        <w:tc>
          <w:tcPr>
            <w:tcW w:type="dxa" w:w="1440"/>
          </w:tcPr>
          <w:p>
            <w:r>
              <w:t>商学院</w:t>
            </w:r>
          </w:p>
        </w:tc>
        <w:tc>
          <w:tcPr>
            <w:tcW w:type="dxa" w:w="1440"/>
          </w:tcPr>
          <w:p>
            <w:r>
              <w:t>120100</w:t>
            </w:r>
          </w:p>
        </w:tc>
        <w:tc>
          <w:tcPr>
            <w:tcW w:type="dxa" w:w="1440"/>
          </w:tcPr>
          <w:p>
            <w:r>
              <w:t>管理科学与工程</w:t>
            </w:r>
          </w:p>
        </w:tc>
        <w:tc>
          <w:tcPr>
            <w:tcW w:type="dxa" w:w="1440"/>
          </w:tcPr>
          <w:p>
            <w:r/>
          </w:p>
        </w:tc>
      </w:tr>
      <w:tr>
        <w:tc>
          <w:tcPr>
            <w:tcW w:type="dxa" w:w="1440"/>
          </w:tcPr>
          <w:p>
            <w:r>
              <w:t>硕士</w:t>
            </w:r>
          </w:p>
        </w:tc>
        <w:tc>
          <w:tcPr>
            <w:tcW w:type="dxa" w:w="1440"/>
          </w:tcPr>
          <w:p>
            <w:r>
              <w:t>徐艺琳</w:t>
            </w:r>
          </w:p>
        </w:tc>
        <w:tc>
          <w:tcPr>
            <w:tcW w:type="dxa" w:w="1440"/>
          </w:tcPr>
          <w:p>
            <w:r>
              <w:t>商学院</w:t>
            </w:r>
          </w:p>
        </w:tc>
        <w:tc>
          <w:tcPr>
            <w:tcW w:type="dxa" w:w="1440"/>
          </w:tcPr>
          <w:p>
            <w:r>
              <w:t>120100</w:t>
            </w:r>
          </w:p>
        </w:tc>
        <w:tc>
          <w:tcPr>
            <w:tcW w:type="dxa" w:w="1440"/>
          </w:tcPr>
          <w:p>
            <w:r>
              <w:t>管理科学与工程</w:t>
            </w:r>
          </w:p>
        </w:tc>
        <w:tc>
          <w:tcPr>
            <w:tcW w:type="dxa" w:w="1440"/>
          </w:tcPr>
          <w:p>
            <w:r/>
          </w:p>
        </w:tc>
      </w:tr>
      <w:tr>
        <w:tc>
          <w:tcPr>
            <w:tcW w:type="dxa" w:w="1440"/>
          </w:tcPr>
          <w:p>
            <w:r>
              <w:t>硕士</w:t>
            </w:r>
          </w:p>
        </w:tc>
        <w:tc>
          <w:tcPr>
            <w:tcW w:type="dxa" w:w="1440"/>
          </w:tcPr>
          <w:p>
            <w:r>
              <w:t>黄日铧</w:t>
            </w:r>
          </w:p>
        </w:tc>
        <w:tc>
          <w:tcPr>
            <w:tcW w:type="dxa" w:w="1440"/>
          </w:tcPr>
          <w:p>
            <w:r>
              <w:t>商学院</w:t>
            </w:r>
          </w:p>
        </w:tc>
        <w:tc>
          <w:tcPr>
            <w:tcW w:type="dxa" w:w="1440"/>
          </w:tcPr>
          <w:p>
            <w:r>
              <w:t>120100</w:t>
            </w:r>
          </w:p>
        </w:tc>
        <w:tc>
          <w:tcPr>
            <w:tcW w:type="dxa" w:w="1440"/>
          </w:tcPr>
          <w:p>
            <w:r>
              <w:t>管理科学与工程</w:t>
            </w:r>
          </w:p>
        </w:tc>
        <w:tc>
          <w:tcPr>
            <w:tcW w:type="dxa" w:w="1440"/>
          </w:tcPr>
          <w:p>
            <w:r/>
          </w:p>
        </w:tc>
      </w:tr>
      <w:tr>
        <w:tc>
          <w:tcPr>
            <w:tcW w:type="dxa" w:w="1440"/>
          </w:tcPr>
          <w:p>
            <w:r>
              <w:t>硕士</w:t>
            </w:r>
          </w:p>
        </w:tc>
        <w:tc>
          <w:tcPr>
            <w:tcW w:type="dxa" w:w="1440"/>
          </w:tcPr>
          <w:p>
            <w:r>
              <w:t>冯文佳</w:t>
            </w:r>
          </w:p>
        </w:tc>
        <w:tc>
          <w:tcPr>
            <w:tcW w:type="dxa" w:w="1440"/>
          </w:tcPr>
          <w:p>
            <w:r>
              <w:t>商学院</w:t>
            </w:r>
          </w:p>
        </w:tc>
        <w:tc>
          <w:tcPr>
            <w:tcW w:type="dxa" w:w="1440"/>
          </w:tcPr>
          <w:p>
            <w:r>
              <w:t>120100</w:t>
            </w:r>
          </w:p>
        </w:tc>
        <w:tc>
          <w:tcPr>
            <w:tcW w:type="dxa" w:w="1440"/>
          </w:tcPr>
          <w:p>
            <w:r>
              <w:t>管理科学与工程</w:t>
            </w:r>
          </w:p>
        </w:tc>
        <w:tc>
          <w:tcPr>
            <w:tcW w:type="dxa" w:w="1440"/>
          </w:tcPr>
          <w:p>
            <w:r/>
          </w:p>
        </w:tc>
      </w:tr>
      <w:tr>
        <w:tc>
          <w:tcPr>
            <w:tcW w:type="dxa" w:w="1440"/>
          </w:tcPr>
          <w:p>
            <w:r>
              <w:t>硕士</w:t>
            </w:r>
          </w:p>
        </w:tc>
        <w:tc>
          <w:tcPr>
            <w:tcW w:type="dxa" w:w="1440"/>
          </w:tcPr>
          <w:p>
            <w:r>
              <w:t>莫嘉俊</w:t>
            </w:r>
          </w:p>
        </w:tc>
        <w:tc>
          <w:tcPr>
            <w:tcW w:type="dxa" w:w="1440"/>
          </w:tcPr>
          <w:p>
            <w:r>
              <w:t>商学院</w:t>
            </w:r>
          </w:p>
        </w:tc>
        <w:tc>
          <w:tcPr>
            <w:tcW w:type="dxa" w:w="1440"/>
          </w:tcPr>
          <w:p>
            <w:r>
              <w:t>120100</w:t>
            </w:r>
          </w:p>
        </w:tc>
        <w:tc>
          <w:tcPr>
            <w:tcW w:type="dxa" w:w="1440"/>
          </w:tcPr>
          <w:p>
            <w:r>
              <w:t>管理科学与工程</w:t>
            </w:r>
          </w:p>
        </w:tc>
        <w:tc>
          <w:tcPr>
            <w:tcW w:type="dxa" w:w="1440"/>
          </w:tcPr>
          <w:p>
            <w:r/>
          </w:p>
        </w:tc>
      </w:tr>
      <w:tr>
        <w:tc>
          <w:tcPr>
            <w:tcW w:type="dxa" w:w="1440"/>
          </w:tcPr>
          <w:p>
            <w:r>
              <w:t>硕士</w:t>
            </w:r>
          </w:p>
        </w:tc>
        <w:tc>
          <w:tcPr>
            <w:tcW w:type="dxa" w:w="1440"/>
          </w:tcPr>
          <w:p>
            <w:r>
              <w:t>邓雯丹</w:t>
            </w:r>
          </w:p>
        </w:tc>
        <w:tc>
          <w:tcPr>
            <w:tcW w:type="dxa" w:w="1440"/>
          </w:tcPr>
          <w:p>
            <w:r>
              <w:t>商学院</w:t>
            </w:r>
          </w:p>
        </w:tc>
        <w:tc>
          <w:tcPr>
            <w:tcW w:type="dxa" w:w="1440"/>
          </w:tcPr>
          <w:p>
            <w:r>
              <w:t>120100</w:t>
            </w:r>
          </w:p>
        </w:tc>
        <w:tc>
          <w:tcPr>
            <w:tcW w:type="dxa" w:w="1440"/>
          </w:tcPr>
          <w:p>
            <w:r>
              <w:t>管理科学与工程</w:t>
            </w:r>
          </w:p>
        </w:tc>
        <w:tc>
          <w:tcPr>
            <w:tcW w:type="dxa" w:w="1440"/>
          </w:tcPr>
          <w:p>
            <w:r/>
          </w:p>
        </w:tc>
      </w:tr>
      <w:tr>
        <w:tc>
          <w:tcPr>
            <w:tcW w:type="dxa" w:w="1440"/>
          </w:tcPr>
          <w:p>
            <w:r>
              <w:t>硕士</w:t>
            </w:r>
          </w:p>
        </w:tc>
        <w:tc>
          <w:tcPr>
            <w:tcW w:type="dxa" w:w="1440"/>
          </w:tcPr>
          <w:p>
            <w:r>
              <w:t>彭皓耘</w:t>
            </w:r>
          </w:p>
        </w:tc>
        <w:tc>
          <w:tcPr>
            <w:tcW w:type="dxa" w:w="1440"/>
          </w:tcPr>
          <w:p>
            <w:r>
              <w:t>商学院</w:t>
            </w:r>
          </w:p>
        </w:tc>
        <w:tc>
          <w:tcPr>
            <w:tcW w:type="dxa" w:w="1440"/>
          </w:tcPr>
          <w:p>
            <w:r>
              <w:t>120100</w:t>
            </w:r>
          </w:p>
        </w:tc>
        <w:tc>
          <w:tcPr>
            <w:tcW w:type="dxa" w:w="1440"/>
          </w:tcPr>
          <w:p>
            <w:r>
              <w:t>管理科学与工程</w:t>
            </w:r>
          </w:p>
        </w:tc>
        <w:tc>
          <w:tcPr>
            <w:tcW w:type="dxa" w:w="1440"/>
          </w:tcPr>
          <w:p>
            <w:r/>
          </w:p>
        </w:tc>
      </w:tr>
      <w:tr>
        <w:tc>
          <w:tcPr>
            <w:tcW w:type="dxa" w:w="1440"/>
          </w:tcPr>
          <w:p>
            <w:r>
              <w:t>硕士</w:t>
            </w:r>
          </w:p>
        </w:tc>
        <w:tc>
          <w:tcPr>
            <w:tcW w:type="dxa" w:w="1440"/>
          </w:tcPr>
          <w:p>
            <w:r>
              <w:t>邓伟</w:t>
            </w:r>
          </w:p>
        </w:tc>
        <w:tc>
          <w:tcPr>
            <w:tcW w:type="dxa" w:w="1440"/>
          </w:tcPr>
          <w:p>
            <w:r>
              <w:t>商学院</w:t>
            </w:r>
          </w:p>
        </w:tc>
        <w:tc>
          <w:tcPr>
            <w:tcW w:type="dxa" w:w="1440"/>
          </w:tcPr>
          <w:p>
            <w:r>
              <w:t>120100</w:t>
            </w:r>
          </w:p>
        </w:tc>
        <w:tc>
          <w:tcPr>
            <w:tcW w:type="dxa" w:w="1440"/>
          </w:tcPr>
          <w:p>
            <w:r>
              <w:t>管理科学与工程</w:t>
            </w:r>
          </w:p>
        </w:tc>
        <w:tc>
          <w:tcPr>
            <w:tcW w:type="dxa" w:w="1440"/>
          </w:tcPr>
          <w:p>
            <w:r/>
          </w:p>
        </w:tc>
      </w:tr>
      <w:tr>
        <w:tc>
          <w:tcPr>
            <w:tcW w:type="dxa" w:w="1440"/>
          </w:tcPr>
          <w:p>
            <w:r>
              <w:t>硕士</w:t>
            </w:r>
          </w:p>
        </w:tc>
        <w:tc>
          <w:tcPr>
            <w:tcW w:type="dxa" w:w="1440"/>
          </w:tcPr>
          <w:p>
            <w:r>
              <w:t>刘玉欣</w:t>
            </w:r>
          </w:p>
        </w:tc>
        <w:tc>
          <w:tcPr>
            <w:tcW w:type="dxa" w:w="1440"/>
          </w:tcPr>
          <w:p>
            <w:r>
              <w:t>商学院</w:t>
            </w:r>
          </w:p>
        </w:tc>
        <w:tc>
          <w:tcPr>
            <w:tcW w:type="dxa" w:w="1440"/>
          </w:tcPr>
          <w:p>
            <w:r>
              <w:t>120100</w:t>
            </w:r>
          </w:p>
        </w:tc>
        <w:tc>
          <w:tcPr>
            <w:tcW w:type="dxa" w:w="1440"/>
          </w:tcPr>
          <w:p>
            <w:r>
              <w:t>管理科学与工程</w:t>
            </w:r>
          </w:p>
        </w:tc>
        <w:tc>
          <w:tcPr>
            <w:tcW w:type="dxa" w:w="1440"/>
          </w:tcPr>
          <w:p>
            <w:r/>
          </w:p>
        </w:tc>
      </w:tr>
      <w:tr>
        <w:tc>
          <w:tcPr>
            <w:tcW w:type="dxa" w:w="1440"/>
          </w:tcPr>
          <w:p>
            <w:r>
              <w:t>硕士</w:t>
            </w:r>
          </w:p>
        </w:tc>
        <w:tc>
          <w:tcPr>
            <w:tcW w:type="dxa" w:w="1440"/>
          </w:tcPr>
          <w:p>
            <w:r>
              <w:t>吴江艳</w:t>
            </w:r>
          </w:p>
        </w:tc>
        <w:tc>
          <w:tcPr>
            <w:tcW w:type="dxa" w:w="1440"/>
          </w:tcPr>
          <w:p>
            <w:r>
              <w:t>商学院</w:t>
            </w:r>
          </w:p>
        </w:tc>
        <w:tc>
          <w:tcPr>
            <w:tcW w:type="dxa" w:w="1440"/>
          </w:tcPr>
          <w:p>
            <w:r>
              <w:t>120100</w:t>
            </w:r>
          </w:p>
        </w:tc>
        <w:tc>
          <w:tcPr>
            <w:tcW w:type="dxa" w:w="1440"/>
          </w:tcPr>
          <w:p>
            <w:r>
              <w:t>管理科学与工程</w:t>
            </w:r>
          </w:p>
        </w:tc>
        <w:tc>
          <w:tcPr>
            <w:tcW w:type="dxa" w:w="1440"/>
          </w:tcPr>
          <w:p>
            <w:r/>
          </w:p>
        </w:tc>
      </w:tr>
      <w:tr>
        <w:tc>
          <w:tcPr>
            <w:tcW w:type="dxa" w:w="1440"/>
          </w:tcPr>
          <w:p>
            <w:r>
              <w:t>硕士</w:t>
            </w:r>
          </w:p>
        </w:tc>
        <w:tc>
          <w:tcPr>
            <w:tcW w:type="dxa" w:w="1440"/>
          </w:tcPr>
          <w:p>
            <w:r>
              <w:t>姚霖</w:t>
            </w:r>
          </w:p>
        </w:tc>
        <w:tc>
          <w:tcPr>
            <w:tcW w:type="dxa" w:w="1440"/>
          </w:tcPr>
          <w:p>
            <w:r>
              <w:t>商学院</w:t>
            </w:r>
          </w:p>
        </w:tc>
        <w:tc>
          <w:tcPr>
            <w:tcW w:type="dxa" w:w="1440"/>
          </w:tcPr>
          <w:p>
            <w:r>
              <w:t>120100</w:t>
            </w:r>
          </w:p>
        </w:tc>
        <w:tc>
          <w:tcPr>
            <w:tcW w:type="dxa" w:w="1440"/>
          </w:tcPr>
          <w:p>
            <w:r>
              <w:t>管理科学与工程</w:t>
            </w:r>
          </w:p>
        </w:tc>
        <w:tc>
          <w:tcPr>
            <w:tcW w:type="dxa" w:w="1440"/>
          </w:tcPr>
          <w:p>
            <w:r/>
          </w:p>
        </w:tc>
      </w:tr>
      <w:tr>
        <w:tc>
          <w:tcPr>
            <w:tcW w:type="dxa" w:w="1440"/>
          </w:tcPr>
          <w:p>
            <w:r>
              <w:t>硕士</w:t>
            </w:r>
          </w:p>
        </w:tc>
        <w:tc>
          <w:tcPr>
            <w:tcW w:type="dxa" w:w="1440"/>
          </w:tcPr>
          <w:p>
            <w:r>
              <w:t>金玉杭</w:t>
            </w:r>
          </w:p>
        </w:tc>
        <w:tc>
          <w:tcPr>
            <w:tcW w:type="dxa" w:w="1440"/>
          </w:tcPr>
          <w:p>
            <w:r>
              <w:t>商学院</w:t>
            </w:r>
          </w:p>
        </w:tc>
        <w:tc>
          <w:tcPr>
            <w:tcW w:type="dxa" w:w="1440"/>
          </w:tcPr>
          <w:p>
            <w:r>
              <w:t>120100</w:t>
            </w:r>
          </w:p>
        </w:tc>
        <w:tc>
          <w:tcPr>
            <w:tcW w:type="dxa" w:w="1440"/>
          </w:tcPr>
          <w:p>
            <w:r>
              <w:t>管理科学与工程</w:t>
            </w:r>
          </w:p>
        </w:tc>
        <w:tc>
          <w:tcPr>
            <w:tcW w:type="dxa" w:w="1440"/>
          </w:tcPr>
          <w:p>
            <w:r/>
          </w:p>
        </w:tc>
      </w:tr>
      <w:tr>
        <w:tc>
          <w:tcPr>
            <w:tcW w:type="dxa" w:w="1440"/>
          </w:tcPr>
          <w:p>
            <w:r>
              <w:t>硕士</w:t>
            </w:r>
          </w:p>
        </w:tc>
        <w:tc>
          <w:tcPr>
            <w:tcW w:type="dxa" w:w="1440"/>
          </w:tcPr>
          <w:p>
            <w:r>
              <w:t>徐永佳</w:t>
            </w:r>
          </w:p>
        </w:tc>
        <w:tc>
          <w:tcPr>
            <w:tcW w:type="dxa" w:w="1440"/>
          </w:tcPr>
          <w:p>
            <w:r>
              <w:t>商学院</w:t>
            </w:r>
          </w:p>
        </w:tc>
        <w:tc>
          <w:tcPr>
            <w:tcW w:type="dxa" w:w="1440"/>
          </w:tcPr>
          <w:p>
            <w:r>
              <w:t>120100</w:t>
            </w:r>
          </w:p>
        </w:tc>
        <w:tc>
          <w:tcPr>
            <w:tcW w:type="dxa" w:w="1440"/>
          </w:tcPr>
          <w:p>
            <w:r>
              <w:t>管理科学与工程</w:t>
            </w:r>
          </w:p>
        </w:tc>
        <w:tc>
          <w:tcPr>
            <w:tcW w:type="dxa" w:w="1440"/>
          </w:tcPr>
          <w:p>
            <w:r/>
          </w:p>
        </w:tc>
      </w:tr>
      <w:tr>
        <w:tc>
          <w:tcPr>
            <w:tcW w:type="dxa" w:w="1440"/>
          </w:tcPr>
          <w:p>
            <w:r>
              <w:t>硕士</w:t>
            </w:r>
          </w:p>
        </w:tc>
        <w:tc>
          <w:tcPr>
            <w:tcW w:type="dxa" w:w="1440"/>
          </w:tcPr>
          <w:p>
            <w:r>
              <w:t>南棋梦</w:t>
            </w:r>
          </w:p>
        </w:tc>
        <w:tc>
          <w:tcPr>
            <w:tcW w:type="dxa" w:w="1440"/>
          </w:tcPr>
          <w:p>
            <w:r>
              <w:t>商学院</w:t>
            </w:r>
          </w:p>
        </w:tc>
        <w:tc>
          <w:tcPr>
            <w:tcW w:type="dxa" w:w="1440"/>
          </w:tcPr>
          <w:p>
            <w:r>
              <w:t>120100</w:t>
            </w:r>
          </w:p>
        </w:tc>
        <w:tc>
          <w:tcPr>
            <w:tcW w:type="dxa" w:w="1440"/>
          </w:tcPr>
          <w:p>
            <w:r>
              <w:t>管理科学与工程</w:t>
            </w:r>
          </w:p>
        </w:tc>
        <w:tc>
          <w:tcPr>
            <w:tcW w:type="dxa" w:w="1440"/>
          </w:tcPr>
          <w:p>
            <w:r/>
          </w:p>
        </w:tc>
      </w:tr>
      <w:tr>
        <w:tc>
          <w:tcPr>
            <w:tcW w:type="dxa" w:w="1440"/>
          </w:tcPr>
          <w:p>
            <w:r>
              <w:t>硕士</w:t>
            </w:r>
          </w:p>
        </w:tc>
        <w:tc>
          <w:tcPr>
            <w:tcW w:type="dxa" w:w="1440"/>
          </w:tcPr>
          <w:p>
            <w:r>
              <w:t>戴一鸣</w:t>
            </w:r>
          </w:p>
        </w:tc>
        <w:tc>
          <w:tcPr>
            <w:tcW w:type="dxa" w:w="1440"/>
          </w:tcPr>
          <w:p>
            <w:r>
              <w:t>商学院</w:t>
            </w:r>
          </w:p>
        </w:tc>
        <w:tc>
          <w:tcPr>
            <w:tcW w:type="dxa" w:w="1440"/>
          </w:tcPr>
          <w:p>
            <w:r>
              <w:t>120100</w:t>
            </w:r>
          </w:p>
        </w:tc>
        <w:tc>
          <w:tcPr>
            <w:tcW w:type="dxa" w:w="1440"/>
          </w:tcPr>
          <w:p>
            <w:r>
              <w:t>管理科学与工程</w:t>
            </w:r>
          </w:p>
        </w:tc>
        <w:tc>
          <w:tcPr>
            <w:tcW w:type="dxa" w:w="1440"/>
          </w:tcPr>
          <w:p>
            <w:r/>
          </w:p>
        </w:tc>
      </w:tr>
      <w:tr>
        <w:tc>
          <w:tcPr>
            <w:tcW w:type="dxa" w:w="1440"/>
          </w:tcPr>
          <w:p>
            <w:r>
              <w:t>硕士</w:t>
            </w:r>
          </w:p>
        </w:tc>
        <w:tc>
          <w:tcPr>
            <w:tcW w:type="dxa" w:w="1440"/>
          </w:tcPr>
          <w:p>
            <w:r>
              <w:t>彭丽嘉</w:t>
            </w:r>
          </w:p>
        </w:tc>
        <w:tc>
          <w:tcPr>
            <w:tcW w:type="dxa" w:w="1440"/>
          </w:tcPr>
          <w:p>
            <w:r>
              <w:t>商学院</w:t>
            </w:r>
          </w:p>
        </w:tc>
        <w:tc>
          <w:tcPr>
            <w:tcW w:type="dxa" w:w="1440"/>
          </w:tcPr>
          <w:p>
            <w:r>
              <w:t>120100</w:t>
            </w:r>
          </w:p>
        </w:tc>
        <w:tc>
          <w:tcPr>
            <w:tcW w:type="dxa" w:w="1440"/>
          </w:tcPr>
          <w:p>
            <w:r>
              <w:t>管理科学与工程</w:t>
            </w:r>
          </w:p>
        </w:tc>
        <w:tc>
          <w:tcPr>
            <w:tcW w:type="dxa" w:w="1440"/>
          </w:tcPr>
          <w:p>
            <w:r/>
          </w:p>
        </w:tc>
      </w:tr>
      <w:tr>
        <w:tc>
          <w:tcPr>
            <w:tcW w:type="dxa" w:w="1440"/>
          </w:tcPr>
          <w:p>
            <w:r>
              <w:t>硕士</w:t>
            </w:r>
          </w:p>
        </w:tc>
        <w:tc>
          <w:tcPr>
            <w:tcW w:type="dxa" w:w="1440"/>
          </w:tcPr>
          <w:p>
            <w:r>
              <w:t>许诺</w:t>
            </w:r>
          </w:p>
        </w:tc>
        <w:tc>
          <w:tcPr>
            <w:tcW w:type="dxa" w:w="1440"/>
          </w:tcPr>
          <w:p>
            <w:r>
              <w:t>商学院</w:t>
            </w:r>
          </w:p>
        </w:tc>
        <w:tc>
          <w:tcPr>
            <w:tcW w:type="dxa" w:w="1440"/>
          </w:tcPr>
          <w:p>
            <w:r>
              <w:t>120100</w:t>
            </w:r>
          </w:p>
        </w:tc>
        <w:tc>
          <w:tcPr>
            <w:tcW w:type="dxa" w:w="1440"/>
          </w:tcPr>
          <w:p>
            <w:r>
              <w:t>管理科学与工程</w:t>
            </w:r>
          </w:p>
        </w:tc>
        <w:tc>
          <w:tcPr>
            <w:tcW w:type="dxa" w:w="1440"/>
          </w:tcPr>
          <w:p>
            <w:r/>
          </w:p>
        </w:tc>
      </w:tr>
      <w:tr>
        <w:tc>
          <w:tcPr>
            <w:tcW w:type="dxa" w:w="1440"/>
          </w:tcPr>
          <w:p>
            <w:r>
              <w:t>硕士</w:t>
            </w:r>
          </w:p>
        </w:tc>
        <w:tc>
          <w:tcPr>
            <w:tcW w:type="dxa" w:w="1440"/>
          </w:tcPr>
          <w:p>
            <w:r>
              <w:t>章颖</w:t>
            </w:r>
          </w:p>
        </w:tc>
        <w:tc>
          <w:tcPr>
            <w:tcW w:type="dxa" w:w="1440"/>
          </w:tcPr>
          <w:p>
            <w:r>
              <w:t>商学院</w:t>
            </w:r>
          </w:p>
        </w:tc>
        <w:tc>
          <w:tcPr>
            <w:tcW w:type="dxa" w:w="1440"/>
          </w:tcPr>
          <w:p>
            <w:r>
              <w:t>120100</w:t>
            </w:r>
          </w:p>
        </w:tc>
        <w:tc>
          <w:tcPr>
            <w:tcW w:type="dxa" w:w="1440"/>
          </w:tcPr>
          <w:p>
            <w:r>
              <w:t>管理科学与工程</w:t>
            </w:r>
          </w:p>
        </w:tc>
        <w:tc>
          <w:tcPr>
            <w:tcW w:type="dxa" w:w="1440"/>
          </w:tcPr>
          <w:p>
            <w:r/>
          </w:p>
        </w:tc>
      </w:tr>
      <w:tr>
        <w:tc>
          <w:tcPr>
            <w:tcW w:type="dxa" w:w="1440"/>
          </w:tcPr>
          <w:p>
            <w:r>
              <w:t>硕士</w:t>
            </w:r>
          </w:p>
        </w:tc>
        <w:tc>
          <w:tcPr>
            <w:tcW w:type="dxa" w:w="1440"/>
          </w:tcPr>
          <w:p>
            <w:r>
              <w:t>于超越</w:t>
            </w:r>
          </w:p>
        </w:tc>
        <w:tc>
          <w:tcPr>
            <w:tcW w:type="dxa" w:w="1440"/>
          </w:tcPr>
          <w:p>
            <w:r>
              <w:t>商学院</w:t>
            </w:r>
          </w:p>
        </w:tc>
        <w:tc>
          <w:tcPr>
            <w:tcW w:type="dxa" w:w="1440"/>
          </w:tcPr>
          <w:p>
            <w:r>
              <w:t>120100</w:t>
            </w:r>
          </w:p>
        </w:tc>
        <w:tc>
          <w:tcPr>
            <w:tcW w:type="dxa" w:w="1440"/>
          </w:tcPr>
          <w:p>
            <w:r>
              <w:t>管理科学与工程</w:t>
            </w:r>
          </w:p>
        </w:tc>
        <w:tc>
          <w:tcPr>
            <w:tcW w:type="dxa" w:w="1440"/>
          </w:tcPr>
          <w:p>
            <w:r/>
          </w:p>
        </w:tc>
      </w:tr>
      <w:tr>
        <w:tc>
          <w:tcPr>
            <w:tcW w:type="dxa" w:w="1440"/>
          </w:tcPr>
          <w:p>
            <w:r>
              <w:t>硕士</w:t>
            </w:r>
          </w:p>
        </w:tc>
        <w:tc>
          <w:tcPr>
            <w:tcW w:type="dxa" w:w="1440"/>
          </w:tcPr>
          <w:p>
            <w:r>
              <w:t>周浩文</w:t>
            </w:r>
          </w:p>
        </w:tc>
        <w:tc>
          <w:tcPr>
            <w:tcW w:type="dxa" w:w="1440"/>
          </w:tcPr>
          <w:p>
            <w:r>
              <w:t>商学院</w:t>
            </w:r>
          </w:p>
        </w:tc>
        <w:tc>
          <w:tcPr>
            <w:tcW w:type="dxa" w:w="1440"/>
          </w:tcPr>
          <w:p>
            <w:r>
              <w:t>120100</w:t>
            </w:r>
          </w:p>
        </w:tc>
        <w:tc>
          <w:tcPr>
            <w:tcW w:type="dxa" w:w="1440"/>
          </w:tcPr>
          <w:p>
            <w:r>
              <w:t>管理科学与工程</w:t>
            </w:r>
          </w:p>
        </w:tc>
        <w:tc>
          <w:tcPr>
            <w:tcW w:type="dxa" w:w="1440"/>
          </w:tcPr>
          <w:p>
            <w:r/>
          </w:p>
        </w:tc>
      </w:tr>
      <w:tr>
        <w:tc>
          <w:tcPr>
            <w:tcW w:type="dxa" w:w="1440"/>
          </w:tcPr>
          <w:p>
            <w:r>
              <w:t>硕士</w:t>
            </w:r>
          </w:p>
        </w:tc>
        <w:tc>
          <w:tcPr>
            <w:tcW w:type="dxa" w:w="1440"/>
          </w:tcPr>
          <w:p>
            <w:r>
              <w:t>郭爱霞</w:t>
            </w:r>
          </w:p>
        </w:tc>
        <w:tc>
          <w:tcPr>
            <w:tcW w:type="dxa" w:w="1440"/>
          </w:tcPr>
          <w:p>
            <w:r>
              <w:t>商学院</w:t>
            </w:r>
          </w:p>
        </w:tc>
        <w:tc>
          <w:tcPr>
            <w:tcW w:type="dxa" w:w="1440"/>
          </w:tcPr>
          <w:p>
            <w:r>
              <w:t>120100</w:t>
            </w:r>
          </w:p>
        </w:tc>
        <w:tc>
          <w:tcPr>
            <w:tcW w:type="dxa" w:w="1440"/>
          </w:tcPr>
          <w:p>
            <w:r>
              <w:t>管理科学与工程</w:t>
            </w:r>
          </w:p>
        </w:tc>
        <w:tc>
          <w:tcPr>
            <w:tcW w:type="dxa" w:w="1440"/>
          </w:tcPr>
          <w:p>
            <w:r/>
          </w:p>
        </w:tc>
      </w:tr>
      <w:tr>
        <w:tc>
          <w:tcPr>
            <w:tcW w:type="dxa" w:w="1440"/>
          </w:tcPr>
          <w:p>
            <w:r>
              <w:t>硕士</w:t>
            </w:r>
          </w:p>
        </w:tc>
        <w:tc>
          <w:tcPr>
            <w:tcW w:type="dxa" w:w="1440"/>
          </w:tcPr>
          <w:p>
            <w:r>
              <w:t>梁金倩</w:t>
            </w:r>
          </w:p>
        </w:tc>
        <w:tc>
          <w:tcPr>
            <w:tcW w:type="dxa" w:w="1440"/>
          </w:tcPr>
          <w:p>
            <w:r>
              <w:t>商学院</w:t>
            </w:r>
          </w:p>
        </w:tc>
        <w:tc>
          <w:tcPr>
            <w:tcW w:type="dxa" w:w="1440"/>
          </w:tcPr>
          <w:p>
            <w:r>
              <w:t>120100</w:t>
            </w:r>
          </w:p>
        </w:tc>
        <w:tc>
          <w:tcPr>
            <w:tcW w:type="dxa" w:w="1440"/>
          </w:tcPr>
          <w:p>
            <w:r>
              <w:t>管理科学与工程</w:t>
            </w:r>
          </w:p>
        </w:tc>
        <w:tc>
          <w:tcPr>
            <w:tcW w:type="dxa" w:w="1440"/>
          </w:tcPr>
          <w:p>
            <w:r/>
          </w:p>
        </w:tc>
      </w:tr>
      <w:tr>
        <w:tc>
          <w:tcPr>
            <w:tcW w:type="dxa" w:w="1440"/>
          </w:tcPr>
          <w:p>
            <w:r>
              <w:t>硕士</w:t>
            </w:r>
          </w:p>
        </w:tc>
        <w:tc>
          <w:tcPr>
            <w:tcW w:type="dxa" w:w="1440"/>
          </w:tcPr>
          <w:p>
            <w:r>
              <w:t>杨贝贝</w:t>
            </w:r>
          </w:p>
        </w:tc>
        <w:tc>
          <w:tcPr>
            <w:tcW w:type="dxa" w:w="1440"/>
          </w:tcPr>
          <w:p>
            <w:r>
              <w:t>商学院</w:t>
            </w:r>
          </w:p>
        </w:tc>
        <w:tc>
          <w:tcPr>
            <w:tcW w:type="dxa" w:w="1440"/>
          </w:tcPr>
          <w:p>
            <w:r>
              <w:t>120100</w:t>
            </w:r>
          </w:p>
        </w:tc>
        <w:tc>
          <w:tcPr>
            <w:tcW w:type="dxa" w:w="1440"/>
          </w:tcPr>
          <w:p>
            <w:r>
              <w:t>管理科学与工程</w:t>
            </w:r>
          </w:p>
        </w:tc>
        <w:tc>
          <w:tcPr>
            <w:tcW w:type="dxa" w:w="1440"/>
          </w:tcPr>
          <w:p>
            <w:r/>
          </w:p>
        </w:tc>
      </w:tr>
      <w:tr>
        <w:tc>
          <w:tcPr>
            <w:tcW w:type="dxa" w:w="1440"/>
          </w:tcPr>
          <w:p>
            <w:r>
              <w:t>硕士</w:t>
            </w:r>
          </w:p>
        </w:tc>
        <w:tc>
          <w:tcPr>
            <w:tcW w:type="dxa" w:w="1440"/>
          </w:tcPr>
          <w:p>
            <w:r>
              <w:t>孟坤林</w:t>
            </w:r>
          </w:p>
        </w:tc>
        <w:tc>
          <w:tcPr>
            <w:tcW w:type="dxa" w:w="1440"/>
          </w:tcPr>
          <w:p>
            <w:r>
              <w:t>商学院</w:t>
            </w:r>
          </w:p>
        </w:tc>
        <w:tc>
          <w:tcPr>
            <w:tcW w:type="dxa" w:w="1440"/>
          </w:tcPr>
          <w:p>
            <w:r>
              <w:t>125300</w:t>
            </w:r>
          </w:p>
        </w:tc>
        <w:tc>
          <w:tcPr>
            <w:tcW w:type="dxa" w:w="1440"/>
          </w:tcPr>
          <w:p>
            <w:r>
              <w:t>会计</w:t>
            </w:r>
          </w:p>
        </w:tc>
        <w:tc>
          <w:tcPr>
            <w:tcW w:type="dxa" w:w="1440"/>
          </w:tcPr>
          <w:p>
            <w:r/>
          </w:p>
        </w:tc>
      </w:tr>
      <w:tr>
        <w:tc>
          <w:tcPr>
            <w:tcW w:type="dxa" w:w="1440"/>
          </w:tcPr>
          <w:p>
            <w:r>
              <w:t>硕士</w:t>
            </w:r>
          </w:p>
        </w:tc>
        <w:tc>
          <w:tcPr>
            <w:tcW w:type="dxa" w:w="1440"/>
          </w:tcPr>
          <w:p>
            <w:r>
              <w:t>李昊桐</w:t>
            </w:r>
          </w:p>
        </w:tc>
        <w:tc>
          <w:tcPr>
            <w:tcW w:type="dxa" w:w="1440"/>
          </w:tcPr>
          <w:p>
            <w:r>
              <w:t>商学院</w:t>
            </w:r>
          </w:p>
        </w:tc>
        <w:tc>
          <w:tcPr>
            <w:tcW w:type="dxa" w:w="1440"/>
          </w:tcPr>
          <w:p>
            <w:r>
              <w:t>125300</w:t>
            </w:r>
          </w:p>
        </w:tc>
        <w:tc>
          <w:tcPr>
            <w:tcW w:type="dxa" w:w="1440"/>
          </w:tcPr>
          <w:p>
            <w:r>
              <w:t>会计</w:t>
            </w:r>
          </w:p>
        </w:tc>
        <w:tc>
          <w:tcPr>
            <w:tcW w:type="dxa" w:w="1440"/>
          </w:tcPr>
          <w:p>
            <w:r/>
          </w:p>
        </w:tc>
      </w:tr>
      <w:tr>
        <w:tc>
          <w:tcPr>
            <w:tcW w:type="dxa" w:w="1440"/>
          </w:tcPr>
          <w:p>
            <w:r>
              <w:t>硕士</w:t>
            </w:r>
          </w:p>
        </w:tc>
        <w:tc>
          <w:tcPr>
            <w:tcW w:type="dxa" w:w="1440"/>
          </w:tcPr>
          <w:p>
            <w:r>
              <w:t>王嘉悦</w:t>
            </w:r>
          </w:p>
        </w:tc>
        <w:tc>
          <w:tcPr>
            <w:tcW w:type="dxa" w:w="1440"/>
          </w:tcPr>
          <w:p>
            <w:r>
              <w:t>商学院</w:t>
            </w:r>
          </w:p>
        </w:tc>
        <w:tc>
          <w:tcPr>
            <w:tcW w:type="dxa" w:w="1440"/>
          </w:tcPr>
          <w:p>
            <w:r>
              <w:t>125300</w:t>
            </w:r>
          </w:p>
        </w:tc>
        <w:tc>
          <w:tcPr>
            <w:tcW w:type="dxa" w:w="1440"/>
          </w:tcPr>
          <w:p>
            <w:r>
              <w:t>会计</w:t>
            </w:r>
          </w:p>
        </w:tc>
        <w:tc>
          <w:tcPr>
            <w:tcW w:type="dxa" w:w="1440"/>
          </w:tcPr>
          <w:p>
            <w:r/>
          </w:p>
        </w:tc>
      </w:tr>
      <w:tr>
        <w:tc>
          <w:tcPr>
            <w:tcW w:type="dxa" w:w="1440"/>
          </w:tcPr>
          <w:p>
            <w:r>
              <w:t>硕士</w:t>
            </w:r>
          </w:p>
        </w:tc>
        <w:tc>
          <w:tcPr>
            <w:tcW w:type="dxa" w:w="1440"/>
          </w:tcPr>
          <w:p>
            <w:r>
              <w:t>秦家飞</w:t>
            </w:r>
          </w:p>
        </w:tc>
        <w:tc>
          <w:tcPr>
            <w:tcW w:type="dxa" w:w="1440"/>
          </w:tcPr>
          <w:p>
            <w:r>
              <w:t>商学院</w:t>
            </w:r>
          </w:p>
        </w:tc>
        <w:tc>
          <w:tcPr>
            <w:tcW w:type="dxa" w:w="1440"/>
          </w:tcPr>
          <w:p>
            <w:r>
              <w:t>125300</w:t>
            </w:r>
          </w:p>
        </w:tc>
        <w:tc>
          <w:tcPr>
            <w:tcW w:type="dxa" w:w="1440"/>
          </w:tcPr>
          <w:p>
            <w:r>
              <w:t>会计</w:t>
            </w:r>
          </w:p>
        </w:tc>
        <w:tc>
          <w:tcPr>
            <w:tcW w:type="dxa" w:w="1440"/>
          </w:tcPr>
          <w:p>
            <w:r/>
          </w:p>
        </w:tc>
      </w:tr>
      <w:tr>
        <w:tc>
          <w:tcPr>
            <w:tcW w:type="dxa" w:w="1440"/>
          </w:tcPr>
          <w:p>
            <w:r>
              <w:t>硕士</w:t>
            </w:r>
          </w:p>
        </w:tc>
        <w:tc>
          <w:tcPr>
            <w:tcW w:type="dxa" w:w="1440"/>
          </w:tcPr>
          <w:p>
            <w:r>
              <w:t>韩旭</w:t>
            </w:r>
          </w:p>
        </w:tc>
        <w:tc>
          <w:tcPr>
            <w:tcW w:type="dxa" w:w="1440"/>
          </w:tcPr>
          <w:p>
            <w:r>
              <w:t>商学院</w:t>
            </w:r>
          </w:p>
        </w:tc>
        <w:tc>
          <w:tcPr>
            <w:tcW w:type="dxa" w:w="1440"/>
          </w:tcPr>
          <w:p>
            <w:r>
              <w:t>125300</w:t>
            </w:r>
          </w:p>
        </w:tc>
        <w:tc>
          <w:tcPr>
            <w:tcW w:type="dxa" w:w="1440"/>
          </w:tcPr>
          <w:p>
            <w:r>
              <w:t>会计</w:t>
            </w:r>
          </w:p>
        </w:tc>
        <w:tc>
          <w:tcPr>
            <w:tcW w:type="dxa" w:w="1440"/>
          </w:tcPr>
          <w:p>
            <w:r/>
          </w:p>
        </w:tc>
      </w:tr>
      <w:tr>
        <w:tc>
          <w:tcPr>
            <w:tcW w:type="dxa" w:w="1440"/>
          </w:tcPr>
          <w:p>
            <w:r>
              <w:t>硕士</w:t>
            </w:r>
          </w:p>
        </w:tc>
        <w:tc>
          <w:tcPr>
            <w:tcW w:type="dxa" w:w="1440"/>
          </w:tcPr>
          <w:p>
            <w:r>
              <w:t>朱芸萱</w:t>
            </w:r>
          </w:p>
        </w:tc>
        <w:tc>
          <w:tcPr>
            <w:tcW w:type="dxa" w:w="1440"/>
          </w:tcPr>
          <w:p>
            <w:r>
              <w:t>商学院</w:t>
            </w:r>
          </w:p>
        </w:tc>
        <w:tc>
          <w:tcPr>
            <w:tcW w:type="dxa" w:w="1440"/>
          </w:tcPr>
          <w:p>
            <w:r>
              <w:t>125300</w:t>
            </w:r>
          </w:p>
        </w:tc>
        <w:tc>
          <w:tcPr>
            <w:tcW w:type="dxa" w:w="1440"/>
          </w:tcPr>
          <w:p>
            <w:r>
              <w:t>会计</w:t>
            </w:r>
          </w:p>
        </w:tc>
        <w:tc>
          <w:tcPr>
            <w:tcW w:type="dxa" w:w="1440"/>
          </w:tcPr>
          <w:p>
            <w:r/>
          </w:p>
        </w:tc>
      </w:tr>
      <w:tr>
        <w:tc>
          <w:tcPr>
            <w:tcW w:type="dxa" w:w="1440"/>
          </w:tcPr>
          <w:p>
            <w:r>
              <w:t>硕士</w:t>
            </w:r>
          </w:p>
        </w:tc>
        <w:tc>
          <w:tcPr>
            <w:tcW w:type="dxa" w:w="1440"/>
          </w:tcPr>
          <w:p>
            <w:r>
              <w:t>杨晨星</w:t>
            </w:r>
          </w:p>
        </w:tc>
        <w:tc>
          <w:tcPr>
            <w:tcW w:type="dxa" w:w="1440"/>
          </w:tcPr>
          <w:p>
            <w:r>
              <w:t>商学院</w:t>
            </w:r>
          </w:p>
        </w:tc>
        <w:tc>
          <w:tcPr>
            <w:tcW w:type="dxa" w:w="1440"/>
          </w:tcPr>
          <w:p>
            <w:r>
              <w:t>125300</w:t>
            </w:r>
          </w:p>
        </w:tc>
        <w:tc>
          <w:tcPr>
            <w:tcW w:type="dxa" w:w="1440"/>
          </w:tcPr>
          <w:p>
            <w:r>
              <w:t>会计</w:t>
            </w:r>
          </w:p>
        </w:tc>
        <w:tc>
          <w:tcPr>
            <w:tcW w:type="dxa" w:w="1440"/>
          </w:tcPr>
          <w:p>
            <w:r/>
          </w:p>
        </w:tc>
      </w:tr>
      <w:tr>
        <w:tc>
          <w:tcPr>
            <w:tcW w:type="dxa" w:w="1440"/>
          </w:tcPr>
          <w:p>
            <w:r>
              <w:t>硕士</w:t>
            </w:r>
          </w:p>
        </w:tc>
        <w:tc>
          <w:tcPr>
            <w:tcW w:type="dxa" w:w="1440"/>
          </w:tcPr>
          <w:p>
            <w:r>
              <w:t>顾妤菡</w:t>
            </w:r>
          </w:p>
        </w:tc>
        <w:tc>
          <w:tcPr>
            <w:tcW w:type="dxa" w:w="1440"/>
          </w:tcPr>
          <w:p>
            <w:r>
              <w:t>商学院</w:t>
            </w:r>
          </w:p>
        </w:tc>
        <w:tc>
          <w:tcPr>
            <w:tcW w:type="dxa" w:w="1440"/>
          </w:tcPr>
          <w:p>
            <w:r>
              <w:t>125300</w:t>
            </w:r>
          </w:p>
        </w:tc>
        <w:tc>
          <w:tcPr>
            <w:tcW w:type="dxa" w:w="1440"/>
          </w:tcPr>
          <w:p>
            <w:r>
              <w:t>会计</w:t>
            </w:r>
          </w:p>
        </w:tc>
        <w:tc>
          <w:tcPr>
            <w:tcW w:type="dxa" w:w="1440"/>
          </w:tcPr>
          <w:p>
            <w:r/>
          </w:p>
        </w:tc>
      </w:tr>
      <w:tr>
        <w:tc>
          <w:tcPr>
            <w:tcW w:type="dxa" w:w="1440"/>
          </w:tcPr>
          <w:p>
            <w:r>
              <w:t>硕士</w:t>
            </w:r>
          </w:p>
        </w:tc>
        <w:tc>
          <w:tcPr>
            <w:tcW w:type="dxa" w:w="1440"/>
          </w:tcPr>
          <w:p>
            <w:r>
              <w:t>邱浦添翼</w:t>
            </w:r>
          </w:p>
        </w:tc>
        <w:tc>
          <w:tcPr>
            <w:tcW w:type="dxa" w:w="1440"/>
          </w:tcPr>
          <w:p>
            <w:r>
              <w:t>商学院</w:t>
            </w:r>
          </w:p>
        </w:tc>
        <w:tc>
          <w:tcPr>
            <w:tcW w:type="dxa" w:w="1440"/>
          </w:tcPr>
          <w:p>
            <w:r>
              <w:t>125300</w:t>
            </w:r>
          </w:p>
        </w:tc>
        <w:tc>
          <w:tcPr>
            <w:tcW w:type="dxa" w:w="1440"/>
          </w:tcPr>
          <w:p>
            <w:r>
              <w:t>会计</w:t>
            </w:r>
          </w:p>
        </w:tc>
        <w:tc>
          <w:tcPr>
            <w:tcW w:type="dxa" w:w="1440"/>
          </w:tcPr>
          <w:p>
            <w:r/>
          </w:p>
        </w:tc>
      </w:tr>
      <w:tr>
        <w:tc>
          <w:tcPr>
            <w:tcW w:type="dxa" w:w="1440"/>
          </w:tcPr>
          <w:p>
            <w:r>
              <w:t>硕士</w:t>
            </w:r>
          </w:p>
        </w:tc>
        <w:tc>
          <w:tcPr>
            <w:tcW w:type="dxa" w:w="1440"/>
          </w:tcPr>
          <w:p>
            <w:r>
              <w:t>陆姝颖</w:t>
            </w:r>
          </w:p>
        </w:tc>
        <w:tc>
          <w:tcPr>
            <w:tcW w:type="dxa" w:w="1440"/>
          </w:tcPr>
          <w:p>
            <w:r>
              <w:t>商学院</w:t>
            </w:r>
          </w:p>
        </w:tc>
        <w:tc>
          <w:tcPr>
            <w:tcW w:type="dxa" w:w="1440"/>
          </w:tcPr>
          <w:p>
            <w:r>
              <w:t>125300</w:t>
            </w:r>
          </w:p>
        </w:tc>
        <w:tc>
          <w:tcPr>
            <w:tcW w:type="dxa" w:w="1440"/>
          </w:tcPr>
          <w:p>
            <w:r>
              <w:t>会计</w:t>
            </w:r>
          </w:p>
        </w:tc>
        <w:tc>
          <w:tcPr>
            <w:tcW w:type="dxa" w:w="1440"/>
          </w:tcPr>
          <w:p>
            <w:r/>
          </w:p>
        </w:tc>
      </w:tr>
      <w:tr>
        <w:tc>
          <w:tcPr>
            <w:tcW w:type="dxa" w:w="1440"/>
          </w:tcPr>
          <w:p>
            <w:r>
              <w:t>硕士</w:t>
            </w:r>
          </w:p>
        </w:tc>
        <w:tc>
          <w:tcPr>
            <w:tcW w:type="dxa" w:w="1440"/>
          </w:tcPr>
          <w:p>
            <w:r>
              <w:t>伏星如</w:t>
            </w:r>
          </w:p>
        </w:tc>
        <w:tc>
          <w:tcPr>
            <w:tcW w:type="dxa" w:w="1440"/>
          </w:tcPr>
          <w:p>
            <w:r>
              <w:t>商学院</w:t>
            </w:r>
          </w:p>
        </w:tc>
        <w:tc>
          <w:tcPr>
            <w:tcW w:type="dxa" w:w="1440"/>
          </w:tcPr>
          <w:p>
            <w:r>
              <w:t>125300</w:t>
            </w:r>
          </w:p>
        </w:tc>
        <w:tc>
          <w:tcPr>
            <w:tcW w:type="dxa" w:w="1440"/>
          </w:tcPr>
          <w:p>
            <w:r>
              <w:t>会计</w:t>
            </w:r>
          </w:p>
        </w:tc>
        <w:tc>
          <w:tcPr>
            <w:tcW w:type="dxa" w:w="1440"/>
          </w:tcPr>
          <w:p>
            <w:r/>
          </w:p>
        </w:tc>
      </w:tr>
      <w:tr>
        <w:tc>
          <w:tcPr>
            <w:tcW w:type="dxa" w:w="1440"/>
          </w:tcPr>
          <w:p>
            <w:r>
              <w:t>硕士</w:t>
            </w:r>
          </w:p>
        </w:tc>
        <w:tc>
          <w:tcPr>
            <w:tcW w:type="dxa" w:w="1440"/>
          </w:tcPr>
          <w:p>
            <w:r>
              <w:t>王雨晴</w:t>
            </w:r>
          </w:p>
        </w:tc>
        <w:tc>
          <w:tcPr>
            <w:tcW w:type="dxa" w:w="1440"/>
          </w:tcPr>
          <w:p>
            <w:r>
              <w:t>商学院</w:t>
            </w:r>
          </w:p>
        </w:tc>
        <w:tc>
          <w:tcPr>
            <w:tcW w:type="dxa" w:w="1440"/>
          </w:tcPr>
          <w:p>
            <w:r>
              <w:t>125300</w:t>
            </w:r>
          </w:p>
        </w:tc>
        <w:tc>
          <w:tcPr>
            <w:tcW w:type="dxa" w:w="1440"/>
          </w:tcPr>
          <w:p>
            <w:r>
              <w:t>会计</w:t>
            </w:r>
          </w:p>
        </w:tc>
        <w:tc>
          <w:tcPr>
            <w:tcW w:type="dxa" w:w="1440"/>
          </w:tcPr>
          <w:p>
            <w:r/>
          </w:p>
        </w:tc>
      </w:tr>
      <w:tr>
        <w:tc>
          <w:tcPr>
            <w:tcW w:type="dxa" w:w="1440"/>
          </w:tcPr>
          <w:p>
            <w:r>
              <w:t>硕士</w:t>
            </w:r>
          </w:p>
        </w:tc>
        <w:tc>
          <w:tcPr>
            <w:tcW w:type="dxa" w:w="1440"/>
          </w:tcPr>
          <w:p>
            <w:r>
              <w:t>杜炫甫</w:t>
            </w:r>
          </w:p>
        </w:tc>
        <w:tc>
          <w:tcPr>
            <w:tcW w:type="dxa" w:w="1440"/>
          </w:tcPr>
          <w:p>
            <w:r>
              <w:t>商学院</w:t>
            </w:r>
          </w:p>
        </w:tc>
        <w:tc>
          <w:tcPr>
            <w:tcW w:type="dxa" w:w="1440"/>
          </w:tcPr>
          <w:p>
            <w:r>
              <w:t>125300</w:t>
            </w:r>
          </w:p>
        </w:tc>
        <w:tc>
          <w:tcPr>
            <w:tcW w:type="dxa" w:w="1440"/>
          </w:tcPr>
          <w:p>
            <w:r>
              <w:t>会计</w:t>
            </w:r>
          </w:p>
        </w:tc>
        <w:tc>
          <w:tcPr>
            <w:tcW w:type="dxa" w:w="1440"/>
          </w:tcPr>
          <w:p>
            <w:r/>
          </w:p>
        </w:tc>
      </w:tr>
      <w:tr>
        <w:tc>
          <w:tcPr>
            <w:tcW w:type="dxa" w:w="1440"/>
          </w:tcPr>
          <w:p>
            <w:r>
              <w:t>硕士</w:t>
            </w:r>
          </w:p>
        </w:tc>
        <w:tc>
          <w:tcPr>
            <w:tcW w:type="dxa" w:w="1440"/>
          </w:tcPr>
          <w:p>
            <w:r>
              <w:t>邱苏婉</w:t>
            </w:r>
          </w:p>
        </w:tc>
        <w:tc>
          <w:tcPr>
            <w:tcW w:type="dxa" w:w="1440"/>
          </w:tcPr>
          <w:p>
            <w:r>
              <w:t>商学院</w:t>
            </w:r>
          </w:p>
        </w:tc>
        <w:tc>
          <w:tcPr>
            <w:tcW w:type="dxa" w:w="1440"/>
          </w:tcPr>
          <w:p>
            <w:r>
              <w:t>125300</w:t>
            </w:r>
          </w:p>
        </w:tc>
        <w:tc>
          <w:tcPr>
            <w:tcW w:type="dxa" w:w="1440"/>
          </w:tcPr>
          <w:p>
            <w:r>
              <w:t>会计</w:t>
            </w:r>
          </w:p>
        </w:tc>
        <w:tc>
          <w:tcPr>
            <w:tcW w:type="dxa" w:w="1440"/>
          </w:tcPr>
          <w:p>
            <w:r/>
          </w:p>
        </w:tc>
      </w:tr>
      <w:tr>
        <w:tc>
          <w:tcPr>
            <w:tcW w:type="dxa" w:w="1440"/>
          </w:tcPr>
          <w:p>
            <w:r>
              <w:t>硕士</w:t>
            </w:r>
          </w:p>
        </w:tc>
        <w:tc>
          <w:tcPr>
            <w:tcW w:type="dxa" w:w="1440"/>
          </w:tcPr>
          <w:p>
            <w:r>
              <w:t>孙蓓</w:t>
            </w:r>
          </w:p>
        </w:tc>
        <w:tc>
          <w:tcPr>
            <w:tcW w:type="dxa" w:w="1440"/>
          </w:tcPr>
          <w:p>
            <w:r>
              <w:t>商学院</w:t>
            </w:r>
          </w:p>
        </w:tc>
        <w:tc>
          <w:tcPr>
            <w:tcW w:type="dxa" w:w="1440"/>
          </w:tcPr>
          <w:p>
            <w:r>
              <w:t>125300</w:t>
            </w:r>
          </w:p>
        </w:tc>
        <w:tc>
          <w:tcPr>
            <w:tcW w:type="dxa" w:w="1440"/>
          </w:tcPr>
          <w:p>
            <w:r>
              <w:t>会计</w:t>
            </w:r>
          </w:p>
        </w:tc>
        <w:tc>
          <w:tcPr>
            <w:tcW w:type="dxa" w:w="1440"/>
          </w:tcPr>
          <w:p>
            <w:r/>
          </w:p>
        </w:tc>
      </w:tr>
      <w:tr>
        <w:tc>
          <w:tcPr>
            <w:tcW w:type="dxa" w:w="1440"/>
          </w:tcPr>
          <w:p>
            <w:r>
              <w:t>硕士</w:t>
            </w:r>
          </w:p>
        </w:tc>
        <w:tc>
          <w:tcPr>
            <w:tcW w:type="dxa" w:w="1440"/>
          </w:tcPr>
          <w:p>
            <w:r>
              <w:t>陈申奥</w:t>
            </w:r>
          </w:p>
        </w:tc>
        <w:tc>
          <w:tcPr>
            <w:tcW w:type="dxa" w:w="1440"/>
          </w:tcPr>
          <w:p>
            <w:r>
              <w:t>商学院</w:t>
            </w:r>
          </w:p>
        </w:tc>
        <w:tc>
          <w:tcPr>
            <w:tcW w:type="dxa" w:w="1440"/>
          </w:tcPr>
          <w:p>
            <w:r>
              <w:t>125300</w:t>
            </w:r>
          </w:p>
        </w:tc>
        <w:tc>
          <w:tcPr>
            <w:tcW w:type="dxa" w:w="1440"/>
          </w:tcPr>
          <w:p>
            <w:r>
              <w:t>会计</w:t>
            </w:r>
          </w:p>
        </w:tc>
        <w:tc>
          <w:tcPr>
            <w:tcW w:type="dxa" w:w="1440"/>
          </w:tcPr>
          <w:p>
            <w:r/>
          </w:p>
        </w:tc>
      </w:tr>
      <w:tr>
        <w:tc>
          <w:tcPr>
            <w:tcW w:type="dxa" w:w="1440"/>
          </w:tcPr>
          <w:p>
            <w:r>
              <w:t>硕士</w:t>
            </w:r>
          </w:p>
        </w:tc>
        <w:tc>
          <w:tcPr>
            <w:tcW w:type="dxa" w:w="1440"/>
          </w:tcPr>
          <w:p>
            <w:r>
              <w:t>韩梅</w:t>
            </w:r>
          </w:p>
        </w:tc>
        <w:tc>
          <w:tcPr>
            <w:tcW w:type="dxa" w:w="1440"/>
          </w:tcPr>
          <w:p>
            <w:r>
              <w:t>商学院</w:t>
            </w:r>
          </w:p>
        </w:tc>
        <w:tc>
          <w:tcPr>
            <w:tcW w:type="dxa" w:w="1440"/>
          </w:tcPr>
          <w:p>
            <w:r>
              <w:t>125300</w:t>
            </w:r>
          </w:p>
        </w:tc>
        <w:tc>
          <w:tcPr>
            <w:tcW w:type="dxa" w:w="1440"/>
          </w:tcPr>
          <w:p>
            <w:r>
              <w:t>会计</w:t>
            </w:r>
          </w:p>
        </w:tc>
        <w:tc>
          <w:tcPr>
            <w:tcW w:type="dxa" w:w="1440"/>
          </w:tcPr>
          <w:p>
            <w:r/>
          </w:p>
        </w:tc>
      </w:tr>
      <w:tr>
        <w:tc>
          <w:tcPr>
            <w:tcW w:type="dxa" w:w="1440"/>
          </w:tcPr>
          <w:p>
            <w:r>
              <w:t>硕士</w:t>
            </w:r>
          </w:p>
        </w:tc>
        <w:tc>
          <w:tcPr>
            <w:tcW w:type="dxa" w:w="1440"/>
          </w:tcPr>
          <w:p>
            <w:r>
              <w:t>俞丹丹</w:t>
            </w:r>
          </w:p>
        </w:tc>
        <w:tc>
          <w:tcPr>
            <w:tcW w:type="dxa" w:w="1440"/>
          </w:tcPr>
          <w:p>
            <w:r>
              <w:t>商学院</w:t>
            </w:r>
          </w:p>
        </w:tc>
        <w:tc>
          <w:tcPr>
            <w:tcW w:type="dxa" w:w="1440"/>
          </w:tcPr>
          <w:p>
            <w:r>
              <w:t>125300</w:t>
            </w:r>
          </w:p>
        </w:tc>
        <w:tc>
          <w:tcPr>
            <w:tcW w:type="dxa" w:w="1440"/>
          </w:tcPr>
          <w:p>
            <w:r>
              <w:t>会计</w:t>
            </w:r>
          </w:p>
        </w:tc>
        <w:tc>
          <w:tcPr>
            <w:tcW w:type="dxa" w:w="1440"/>
          </w:tcPr>
          <w:p>
            <w:r/>
          </w:p>
        </w:tc>
      </w:tr>
      <w:tr>
        <w:tc>
          <w:tcPr>
            <w:tcW w:type="dxa" w:w="1440"/>
          </w:tcPr>
          <w:p>
            <w:r>
              <w:t>硕士</w:t>
            </w:r>
          </w:p>
        </w:tc>
        <w:tc>
          <w:tcPr>
            <w:tcW w:type="dxa" w:w="1440"/>
          </w:tcPr>
          <w:p>
            <w:r>
              <w:t>刘思薇</w:t>
            </w:r>
          </w:p>
        </w:tc>
        <w:tc>
          <w:tcPr>
            <w:tcW w:type="dxa" w:w="1440"/>
          </w:tcPr>
          <w:p>
            <w:r>
              <w:t>商学院</w:t>
            </w:r>
          </w:p>
        </w:tc>
        <w:tc>
          <w:tcPr>
            <w:tcW w:type="dxa" w:w="1440"/>
          </w:tcPr>
          <w:p>
            <w:r>
              <w:t>125300</w:t>
            </w:r>
          </w:p>
        </w:tc>
        <w:tc>
          <w:tcPr>
            <w:tcW w:type="dxa" w:w="1440"/>
          </w:tcPr>
          <w:p>
            <w:r>
              <w:t>会计</w:t>
            </w:r>
          </w:p>
        </w:tc>
        <w:tc>
          <w:tcPr>
            <w:tcW w:type="dxa" w:w="1440"/>
          </w:tcPr>
          <w:p>
            <w:r/>
          </w:p>
        </w:tc>
      </w:tr>
      <w:tr>
        <w:tc>
          <w:tcPr>
            <w:tcW w:type="dxa" w:w="1440"/>
          </w:tcPr>
          <w:p>
            <w:r>
              <w:t>硕士</w:t>
            </w:r>
          </w:p>
        </w:tc>
        <w:tc>
          <w:tcPr>
            <w:tcW w:type="dxa" w:w="1440"/>
          </w:tcPr>
          <w:p>
            <w:r>
              <w:t>肖晓鹏</w:t>
            </w:r>
          </w:p>
        </w:tc>
        <w:tc>
          <w:tcPr>
            <w:tcW w:type="dxa" w:w="1440"/>
          </w:tcPr>
          <w:p>
            <w:r>
              <w:t>商学院</w:t>
            </w:r>
          </w:p>
        </w:tc>
        <w:tc>
          <w:tcPr>
            <w:tcW w:type="dxa" w:w="1440"/>
          </w:tcPr>
          <w:p>
            <w:r>
              <w:t>125300</w:t>
            </w:r>
          </w:p>
        </w:tc>
        <w:tc>
          <w:tcPr>
            <w:tcW w:type="dxa" w:w="1440"/>
          </w:tcPr>
          <w:p>
            <w:r>
              <w:t>会计</w:t>
            </w:r>
          </w:p>
        </w:tc>
        <w:tc>
          <w:tcPr>
            <w:tcW w:type="dxa" w:w="1440"/>
          </w:tcPr>
          <w:p>
            <w:r/>
          </w:p>
        </w:tc>
      </w:tr>
      <w:tr>
        <w:tc>
          <w:tcPr>
            <w:tcW w:type="dxa" w:w="1440"/>
          </w:tcPr>
          <w:p>
            <w:r>
              <w:t>硕士</w:t>
            </w:r>
          </w:p>
        </w:tc>
        <w:tc>
          <w:tcPr>
            <w:tcW w:type="dxa" w:w="1440"/>
          </w:tcPr>
          <w:p>
            <w:r>
              <w:t>马一凡</w:t>
            </w:r>
          </w:p>
        </w:tc>
        <w:tc>
          <w:tcPr>
            <w:tcW w:type="dxa" w:w="1440"/>
          </w:tcPr>
          <w:p>
            <w:r>
              <w:t>商学院</w:t>
            </w:r>
          </w:p>
        </w:tc>
        <w:tc>
          <w:tcPr>
            <w:tcW w:type="dxa" w:w="1440"/>
          </w:tcPr>
          <w:p>
            <w:r>
              <w:t>125300</w:t>
            </w:r>
          </w:p>
        </w:tc>
        <w:tc>
          <w:tcPr>
            <w:tcW w:type="dxa" w:w="1440"/>
          </w:tcPr>
          <w:p>
            <w:r>
              <w:t>会计</w:t>
            </w:r>
          </w:p>
        </w:tc>
        <w:tc>
          <w:tcPr>
            <w:tcW w:type="dxa" w:w="1440"/>
          </w:tcPr>
          <w:p>
            <w:r/>
          </w:p>
        </w:tc>
      </w:tr>
      <w:tr>
        <w:tc>
          <w:tcPr>
            <w:tcW w:type="dxa" w:w="1440"/>
          </w:tcPr>
          <w:p>
            <w:r>
              <w:t>硕士</w:t>
            </w:r>
          </w:p>
        </w:tc>
        <w:tc>
          <w:tcPr>
            <w:tcW w:type="dxa" w:w="1440"/>
          </w:tcPr>
          <w:p>
            <w:r>
              <w:t>郑雅静</w:t>
            </w:r>
          </w:p>
        </w:tc>
        <w:tc>
          <w:tcPr>
            <w:tcW w:type="dxa" w:w="1440"/>
          </w:tcPr>
          <w:p>
            <w:r>
              <w:t>商学院</w:t>
            </w:r>
          </w:p>
        </w:tc>
        <w:tc>
          <w:tcPr>
            <w:tcW w:type="dxa" w:w="1440"/>
          </w:tcPr>
          <w:p>
            <w:r>
              <w:t>125300</w:t>
            </w:r>
          </w:p>
        </w:tc>
        <w:tc>
          <w:tcPr>
            <w:tcW w:type="dxa" w:w="1440"/>
          </w:tcPr>
          <w:p>
            <w:r>
              <w:t>会计</w:t>
            </w:r>
          </w:p>
        </w:tc>
        <w:tc>
          <w:tcPr>
            <w:tcW w:type="dxa" w:w="1440"/>
          </w:tcPr>
          <w:p>
            <w:r/>
          </w:p>
        </w:tc>
      </w:tr>
      <w:tr>
        <w:tc>
          <w:tcPr>
            <w:tcW w:type="dxa" w:w="1440"/>
          </w:tcPr>
          <w:p>
            <w:r>
              <w:t>硕士</w:t>
            </w:r>
          </w:p>
        </w:tc>
        <w:tc>
          <w:tcPr>
            <w:tcW w:type="dxa" w:w="1440"/>
          </w:tcPr>
          <w:p>
            <w:r>
              <w:t>王彦迪</w:t>
            </w:r>
          </w:p>
        </w:tc>
        <w:tc>
          <w:tcPr>
            <w:tcW w:type="dxa" w:w="1440"/>
          </w:tcPr>
          <w:p>
            <w:r>
              <w:t>商学院</w:t>
            </w:r>
          </w:p>
        </w:tc>
        <w:tc>
          <w:tcPr>
            <w:tcW w:type="dxa" w:w="1440"/>
          </w:tcPr>
          <w:p>
            <w:r>
              <w:t>125300</w:t>
            </w:r>
          </w:p>
        </w:tc>
        <w:tc>
          <w:tcPr>
            <w:tcW w:type="dxa" w:w="1440"/>
          </w:tcPr>
          <w:p>
            <w:r>
              <w:t>会计</w:t>
            </w:r>
          </w:p>
        </w:tc>
        <w:tc>
          <w:tcPr>
            <w:tcW w:type="dxa" w:w="1440"/>
          </w:tcPr>
          <w:p>
            <w:r/>
          </w:p>
        </w:tc>
      </w:tr>
      <w:tr>
        <w:tc>
          <w:tcPr>
            <w:tcW w:type="dxa" w:w="1440"/>
          </w:tcPr>
          <w:p>
            <w:r>
              <w:t>硕士</w:t>
            </w:r>
          </w:p>
        </w:tc>
        <w:tc>
          <w:tcPr>
            <w:tcW w:type="dxa" w:w="1440"/>
          </w:tcPr>
          <w:p>
            <w:r>
              <w:t>李雨露</w:t>
            </w:r>
          </w:p>
        </w:tc>
        <w:tc>
          <w:tcPr>
            <w:tcW w:type="dxa" w:w="1440"/>
          </w:tcPr>
          <w:p>
            <w:r>
              <w:t>商学院</w:t>
            </w:r>
          </w:p>
        </w:tc>
        <w:tc>
          <w:tcPr>
            <w:tcW w:type="dxa" w:w="1440"/>
          </w:tcPr>
          <w:p>
            <w:r>
              <w:t>125300</w:t>
            </w:r>
          </w:p>
        </w:tc>
        <w:tc>
          <w:tcPr>
            <w:tcW w:type="dxa" w:w="1440"/>
          </w:tcPr>
          <w:p>
            <w:r>
              <w:t>会计</w:t>
            </w:r>
          </w:p>
        </w:tc>
        <w:tc>
          <w:tcPr>
            <w:tcW w:type="dxa" w:w="1440"/>
          </w:tcPr>
          <w:p>
            <w:r/>
          </w:p>
        </w:tc>
      </w:tr>
      <w:tr>
        <w:tc>
          <w:tcPr>
            <w:tcW w:type="dxa" w:w="1440"/>
          </w:tcPr>
          <w:p>
            <w:r>
              <w:t>硕士</w:t>
            </w:r>
          </w:p>
        </w:tc>
        <w:tc>
          <w:tcPr>
            <w:tcW w:type="dxa" w:w="1440"/>
          </w:tcPr>
          <w:p>
            <w:r>
              <w:t>葛嘉蕊</w:t>
            </w:r>
          </w:p>
        </w:tc>
        <w:tc>
          <w:tcPr>
            <w:tcW w:type="dxa" w:w="1440"/>
          </w:tcPr>
          <w:p>
            <w:r>
              <w:t>商学院</w:t>
            </w:r>
          </w:p>
        </w:tc>
        <w:tc>
          <w:tcPr>
            <w:tcW w:type="dxa" w:w="1440"/>
          </w:tcPr>
          <w:p>
            <w:r>
              <w:t>125300</w:t>
            </w:r>
          </w:p>
        </w:tc>
        <w:tc>
          <w:tcPr>
            <w:tcW w:type="dxa" w:w="1440"/>
          </w:tcPr>
          <w:p>
            <w:r>
              <w:t>会计</w:t>
            </w:r>
          </w:p>
        </w:tc>
        <w:tc>
          <w:tcPr>
            <w:tcW w:type="dxa" w:w="1440"/>
          </w:tcPr>
          <w:p>
            <w:r/>
          </w:p>
        </w:tc>
      </w:tr>
      <w:tr>
        <w:tc>
          <w:tcPr>
            <w:tcW w:type="dxa" w:w="1440"/>
          </w:tcPr>
          <w:p>
            <w:r>
              <w:t>硕士</w:t>
            </w:r>
          </w:p>
        </w:tc>
        <w:tc>
          <w:tcPr>
            <w:tcW w:type="dxa" w:w="1440"/>
          </w:tcPr>
          <w:p>
            <w:r>
              <w:t>孙维</w:t>
            </w:r>
          </w:p>
        </w:tc>
        <w:tc>
          <w:tcPr>
            <w:tcW w:type="dxa" w:w="1440"/>
          </w:tcPr>
          <w:p>
            <w:r>
              <w:t>商学院</w:t>
            </w:r>
          </w:p>
        </w:tc>
        <w:tc>
          <w:tcPr>
            <w:tcW w:type="dxa" w:w="1440"/>
          </w:tcPr>
          <w:p>
            <w:r>
              <w:t>125300</w:t>
            </w:r>
          </w:p>
        </w:tc>
        <w:tc>
          <w:tcPr>
            <w:tcW w:type="dxa" w:w="1440"/>
          </w:tcPr>
          <w:p>
            <w:r>
              <w:t>会计</w:t>
            </w:r>
          </w:p>
        </w:tc>
        <w:tc>
          <w:tcPr>
            <w:tcW w:type="dxa" w:w="1440"/>
          </w:tcPr>
          <w:p>
            <w:r/>
          </w:p>
        </w:tc>
      </w:tr>
      <w:tr>
        <w:tc>
          <w:tcPr>
            <w:tcW w:type="dxa" w:w="1440"/>
          </w:tcPr>
          <w:p>
            <w:r>
              <w:t>硕士</w:t>
            </w:r>
          </w:p>
        </w:tc>
        <w:tc>
          <w:tcPr>
            <w:tcW w:type="dxa" w:w="1440"/>
          </w:tcPr>
          <w:p>
            <w:r>
              <w:t>高圣</w:t>
            </w:r>
          </w:p>
        </w:tc>
        <w:tc>
          <w:tcPr>
            <w:tcW w:type="dxa" w:w="1440"/>
          </w:tcPr>
          <w:p>
            <w:r>
              <w:t>商学院</w:t>
            </w:r>
          </w:p>
        </w:tc>
        <w:tc>
          <w:tcPr>
            <w:tcW w:type="dxa" w:w="1440"/>
          </w:tcPr>
          <w:p>
            <w:r>
              <w:t>125604</w:t>
            </w:r>
          </w:p>
        </w:tc>
        <w:tc>
          <w:tcPr>
            <w:tcW w:type="dxa" w:w="1440"/>
          </w:tcPr>
          <w:p>
            <w:r>
              <w:t>物流工程与管理</w:t>
            </w:r>
          </w:p>
        </w:tc>
        <w:tc>
          <w:tcPr>
            <w:tcW w:type="dxa" w:w="1440"/>
          </w:tcPr>
          <w:p>
            <w:r/>
          </w:p>
        </w:tc>
      </w:tr>
      <w:tr>
        <w:tc>
          <w:tcPr>
            <w:tcW w:type="dxa" w:w="1440"/>
          </w:tcPr>
          <w:p>
            <w:r>
              <w:t>硕士</w:t>
            </w:r>
          </w:p>
        </w:tc>
        <w:tc>
          <w:tcPr>
            <w:tcW w:type="dxa" w:w="1440"/>
          </w:tcPr>
          <w:p>
            <w:r>
              <w:t>许梦杰</w:t>
            </w:r>
          </w:p>
        </w:tc>
        <w:tc>
          <w:tcPr>
            <w:tcW w:type="dxa" w:w="1440"/>
          </w:tcPr>
          <w:p>
            <w:r>
              <w:t>商学院</w:t>
            </w:r>
          </w:p>
        </w:tc>
        <w:tc>
          <w:tcPr>
            <w:tcW w:type="dxa" w:w="1440"/>
          </w:tcPr>
          <w:p>
            <w:r>
              <w:t>125604</w:t>
            </w:r>
          </w:p>
        </w:tc>
        <w:tc>
          <w:tcPr>
            <w:tcW w:type="dxa" w:w="1440"/>
          </w:tcPr>
          <w:p>
            <w:r>
              <w:t>物流工程与管理</w:t>
            </w:r>
          </w:p>
        </w:tc>
        <w:tc>
          <w:tcPr>
            <w:tcW w:type="dxa" w:w="1440"/>
          </w:tcPr>
          <w:p>
            <w:r/>
          </w:p>
        </w:tc>
      </w:tr>
      <w:tr>
        <w:tc>
          <w:tcPr>
            <w:tcW w:type="dxa" w:w="1440"/>
          </w:tcPr>
          <w:p>
            <w:r>
              <w:t>硕士</w:t>
            </w:r>
          </w:p>
        </w:tc>
        <w:tc>
          <w:tcPr>
            <w:tcW w:type="dxa" w:w="1440"/>
          </w:tcPr>
          <w:p>
            <w:r>
              <w:t>宋梦婷</w:t>
            </w:r>
          </w:p>
        </w:tc>
        <w:tc>
          <w:tcPr>
            <w:tcW w:type="dxa" w:w="1440"/>
          </w:tcPr>
          <w:p>
            <w:r>
              <w:t>商学院</w:t>
            </w:r>
          </w:p>
        </w:tc>
        <w:tc>
          <w:tcPr>
            <w:tcW w:type="dxa" w:w="1440"/>
          </w:tcPr>
          <w:p>
            <w:r>
              <w:t>125604</w:t>
            </w:r>
          </w:p>
        </w:tc>
        <w:tc>
          <w:tcPr>
            <w:tcW w:type="dxa" w:w="1440"/>
          </w:tcPr>
          <w:p>
            <w:r>
              <w:t>物流工程与管理</w:t>
            </w:r>
          </w:p>
        </w:tc>
        <w:tc>
          <w:tcPr>
            <w:tcW w:type="dxa" w:w="1440"/>
          </w:tcPr>
          <w:p>
            <w:r/>
          </w:p>
        </w:tc>
      </w:tr>
      <w:tr>
        <w:tc>
          <w:tcPr>
            <w:tcW w:type="dxa" w:w="1440"/>
          </w:tcPr>
          <w:p>
            <w:r>
              <w:t>硕士</w:t>
            </w:r>
          </w:p>
        </w:tc>
        <w:tc>
          <w:tcPr>
            <w:tcW w:type="dxa" w:w="1440"/>
          </w:tcPr>
          <w:p>
            <w:r>
              <w:t>赵梦媛</w:t>
            </w:r>
          </w:p>
        </w:tc>
        <w:tc>
          <w:tcPr>
            <w:tcW w:type="dxa" w:w="1440"/>
          </w:tcPr>
          <w:p>
            <w:r>
              <w:t>商学院</w:t>
            </w:r>
          </w:p>
        </w:tc>
        <w:tc>
          <w:tcPr>
            <w:tcW w:type="dxa" w:w="1440"/>
          </w:tcPr>
          <w:p>
            <w:r>
              <w:t>125604</w:t>
            </w:r>
          </w:p>
        </w:tc>
        <w:tc>
          <w:tcPr>
            <w:tcW w:type="dxa" w:w="1440"/>
          </w:tcPr>
          <w:p>
            <w:r>
              <w:t>物流工程与管理</w:t>
            </w:r>
          </w:p>
        </w:tc>
        <w:tc>
          <w:tcPr>
            <w:tcW w:type="dxa" w:w="1440"/>
          </w:tcPr>
          <w:p>
            <w:r/>
          </w:p>
        </w:tc>
      </w:tr>
      <w:tr>
        <w:tc>
          <w:tcPr>
            <w:tcW w:type="dxa" w:w="1440"/>
          </w:tcPr>
          <w:p>
            <w:r>
              <w:t>硕士</w:t>
            </w:r>
          </w:p>
        </w:tc>
        <w:tc>
          <w:tcPr>
            <w:tcW w:type="dxa" w:w="1440"/>
          </w:tcPr>
          <w:p>
            <w:r>
              <w:t>谭晓萱</w:t>
            </w:r>
          </w:p>
        </w:tc>
        <w:tc>
          <w:tcPr>
            <w:tcW w:type="dxa" w:w="1440"/>
          </w:tcPr>
          <w:p>
            <w:r>
              <w:t>商学院</w:t>
            </w:r>
          </w:p>
        </w:tc>
        <w:tc>
          <w:tcPr>
            <w:tcW w:type="dxa" w:w="1440"/>
          </w:tcPr>
          <w:p>
            <w:r>
              <w:t>125604</w:t>
            </w:r>
          </w:p>
        </w:tc>
        <w:tc>
          <w:tcPr>
            <w:tcW w:type="dxa" w:w="1440"/>
          </w:tcPr>
          <w:p>
            <w:r>
              <w:t>物流工程与管理</w:t>
            </w:r>
          </w:p>
        </w:tc>
        <w:tc>
          <w:tcPr>
            <w:tcW w:type="dxa" w:w="1440"/>
          </w:tcPr>
          <w:p>
            <w:r/>
          </w:p>
        </w:tc>
      </w:tr>
      <w:tr>
        <w:tc>
          <w:tcPr>
            <w:tcW w:type="dxa" w:w="1440"/>
          </w:tcPr>
          <w:p>
            <w:r>
              <w:t>硕士</w:t>
            </w:r>
          </w:p>
        </w:tc>
        <w:tc>
          <w:tcPr>
            <w:tcW w:type="dxa" w:w="1440"/>
          </w:tcPr>
          <w:p>
            <w:r>
              <w:t>张翠娥</w:t>
            </w:r>
          </w:p>
        </w:tc>
        <w:tc>
          <w:tcPr>
            <w:tcW w:type="dxa" w:w="1440"/>
          </w:tcPr>
          <w:p>
            <w:r>
              <w:t>商学院</w:t>
            </w:r>
          </w:p>
        </w:tc>
        <w:tc>
          <w:tcPr>
            <w:tcW w:type="dxa" w:w="1440"/>
          </w:tcPr>
          <w:p>
            <w:r>
              <w:t>125604</w:t>
            </w:r>
          </w:p>
        </w:tc>
        <w:tc>
          <w:tcPr>
            <w:tcW w:type="dxa" w:w="1440"/>
          </w:tcPr>
          <w:p>
            <w:r>
              <w:t>物流工程与管理</w:t>
            </w:r>
          </w:p>
        </w:tc>
        <w:tc>
          <w:tcPr>
            <w:tcW w:type="dxa" w:w="1440"/>
          </w:tcPr>
          <w:p>
            <w:r/>
          </w:p>
        </w:tc>
      </w:tr>
      <w:tr>
        <w:tc>
          <w:tcPr>
            <w:tcW w:type="dxa" w:w="1440"/>
          </w:tcPr>
          <w:p>
            <w:r>
              <w:t>硕士</w:t>
            </w:r>
          </w:p>
        </w:tc>
        <w:tc>
          <w:tcPr>
            <w:tcW w:type="dxa" w:w="1440"/>
          </w:tcPr>
          <w:p>
            <w:r>
              <w:t>谷向雯</w:t>
            </w:r>
          </w:p>
        </w:tc>
        <w:tc>
          <w:tcPr>
            <w:tcW w:type="dxa" w:w="1440"/>
          </w:tcPr>
          <w:p>
            <w:r>
              <w:t>商学院</w:t>
            </w:r>
          </w:p>
        </w:tc>
        <w:tc>
          <w:tcPr>
            <w:tcW w:type="dxa" w:w="1440"/>
          </w:tcPr>
          <w:p>
            <w:r>
              <w:t>125604</w:t>
            </w:r>
          </w:p>
        </w:tc>
        <w:tc>
          <w:tcPr>
            <w:tcW w:type="dxa" w:w="1440"/>
          </w:tcPr>
          <w:p>
            <w:r>
              <w:t>物流工程与管理</w:t>
            </w:r>
          </w:p>
        </w:tc>
        <w:tc>
          <w:tcPr>
            <w:tcW w:type="dxa" w:w="1440"/>
          </w:tcPr>
          <w:p>
            <w:r/>
          </w:p>
        </w:tc>
      </w:tr>
      <w:tr>
        <w:tc>
          <w:tcPr>
            <w:tcW w:type="dxa" w:w="1440"/>
          </w:tcPr>
          <w:p>
            <w:r>
              <w:t>硕士</w:t>
            </w:r>
          </w:p>
        </w:tc>
        <w:tc>
          <w:tcPr>
            <w:tcW w:type="dxa" w:w="1440"/>
          </w:tcPr>
          <w:p>
            <w:r>
              <w:t>谢静</w:t>
            </w:r>
          </w:p>
        </w:tc>
        <w:tc>
          <w:tcPr>
            <w:tcW w:type="dxa" w:w="1440"/>
          </w:tcPr>
          <w:p>
            <w:r>
              <w:t>商学院</w:t>
            </w:r>
          </w:p>
        </w:tc>
        <w:tc>
          <w:tcPr>
            <w:tcW w:type="dxa" w:w="1440"/>
          </w:tcPr>
          <w:p>
            <w:r>
              <w:t>125604</w:t>
            </w:r>
          </w:p>
        </w:tc>
        <w:tc>
          <w:tcPr>
            <w:tcW w:type="dxa" w:w="1440"/>
          </w:tcPr>
          <w:p>
            <w:r>
              <w:t>物流工程与管理</w:t>
            </w:r>
          </w:p>
        </w:tc>
        <w:tc>
          <w:tcPr>
            <w:tcW w:type="dxa" w:w="1440"/>
          </w:tcPr>
          <w:p>
            <w:r/>
          </w:p>
        </w:tc>
      </w:tr>
      <w:tr>
        <w:tc>
          <w:tcPr>
            <w:tcW w:type="dxa" w:w="1440"/>
          </w:tcPr>
          <w:p>
            <w:r>
              <w:t>硕士</w:t>
            </w:r>
          </w:p>
        </w:tc>
        <w:tc>
          <w:tcPr>
            <w:tcW w:type="dxa" w:w="1440"/>
          </w:tcPr>
          <w:p>
            <w:r>
              <w:t>李萍（3200）</w:t>
            </w:r>
          </w:p>
        </w:tc>
        <w:tc>
          <w:tcPr>
            <w:tcW w:type="dxa" w:w="1440"/>
          </w:tcPr>
          <w:p>
            <w:r>
              <w:t>商学院</w:t>
            </w:r>
          </w:p>
        </w:tc>
        <w:tc>
          <w:tcPr>
            <w:tcW w:type="dxa" w:w="1440"/>
          </w:tcPr>
          <w:p>
            <w:r>
              <w:t>125604</w:t>
            </w:r>
          </w:p>
        </w:tc>
        <w:tc>
          <w:tcPr>
            <w:tcW w:type="dxa" w:w="1440"/>
          </w:tcPr>
          <w:p>
            <w:r>
              <w:t>物流工程与管理</w:t>
            </w:r>
          </w:p>
        </w:tc>
        <w:tc>
          <w:tcPr>
            <w:tcW w:type="dxa" w:w="1440"/>
          </w:tcPr>
          <w:p>
            <w:r/>
          </w:p>
        </w:tc>
      </w:tr>
      <w:tr>
        <w:tc>
          <w:tcPr>
            <w:tcW w:type="dxa" w:w="1440"/>
          </w:tcPr>
          <w:p>
            <w:r>
              <w:t>硕士</w:t>
            </w:r>
          </w:p>
        </w:tc>
        <w:tc>
          <w:tcPr>
            <w:tcW w:type="dxa" w:w="1440"/>
          </w:tcPr>
          <w:p>
            <w:r>
              <w:t>贾雪</w:t>
            </w:r>
          </w:p>
        </w:tc>
        <w:tc>
          <w:tcPr>
            <w:tcW w:type="dxa" w:w="1440"/>
          </w:tcPr>
          <w:p>
            <w:r>
              <w:t>商学院</w:t>
            </w:r>
          </w:p>
        </w:tc>
        <w:tc>
          <w:tcPr>
            <w:tcW w:type="dxa" w:w="1440"/>
          </w:tcPr>
          <w:p>
            <w:r>
              <w:t>125604</w:t>
            </w:r>
          </w:p>
        </w:tc>
        <w:tc>
          <w:tcPr>
            <w:tcW w:type="dxa" w:w="1440"/>
          </w:tcPr>
          <w:p>
            <w:r>
              <w:t>物流工程与管理</w:t>
            </w:r>
          </w:p>
        </w:tc>
        <w:tc>
          <w:tcPr>
            <w:tcW w:type="dxa" w:w="1440"/>
          </w:tcPr>
          <w:p>
            <w:r/>
          </w:p>
        </w:tc>
      </w:tr>
      <w:tr>
        <w:tc>
          <w:tcPr>
            <w:tcW w:type="dxa" w:w="1440"/>
          </w:tcPr>
          <w:p>
            <w:r>
              <w:t>硕士</w:t>
            </w:r>
          </w:p>
        </w:tc>
        <w:tc>
          <w:tcPr>
            <w:tcW w:type="dxa" w:w="1440"/>
          </w:tcPr>
          <w:p>
            <w:r>
              <w:t>刘家琦</w:t>
            </w:r>
          </w:p>
        </w:tc>
        <w:tc>
          <w:tcPr>
            <w:tcW w:type="dxa" w:w="1440"/>
          </w:tcPr>
          <w:p>
            <w:r>
              <w:t>商学院</w:t>
            </w:r>
          </w:p>
        </w:tc>
        <w:tc>
          <w:tcPr>
            <w:tcW w:type="dxa" w:w="1440"/>
          </w:tcPr>
          <w:p>
            <w:r>
              <w:t>125603</w:t>
            </w:r>
          </w:p>
        </w:tc>
        <w:tc>
          <w:tcPr>
            <w:tcW w:type="dxa" w:w="1440"/>
          </w:tcPr>
          <w:p>
            <w:r>
              <w:t>工业工程与管理</w:t>
            </w:r>
          </w:p>
        </w:tc>
        <w:tc>
          <w:tcPr>
            <w:tcW w:type="dxa" w:w="1440"/>
          </w:tcPr>
          <w:p>
            <w:r/>
          </w:p>
        </w:tc>
      </w:tr>
      <w:tr>
        <w:tc>
          <w:tcPr>
            <w:tcW w:type="dxa" w:w="1440"/>
          </w:tcPr>
          <w:p>
            <w:r>
              <w:t>硕士</w:t>
            </w:r>
          </w:p>
        </w:tc>
        <w:tc>
          <w:tcPr>
            <w:tcW w:type="dxa" w:w="1440"/>
          </w:tcPr>
          <w:p>
            <w:r>
              <w:t>赵亚冰</w:t>
            </w:r>
          </w:p>
        </w:tc>
        <w:tc>
          <w:tcPr>
            <w:tcW w:type="dxa" w:w="1440"/>
          </w:tcPr>
          <w:p>
            <w:r>
              <w:t>商学院</w:t>
            </w:r>
          </w:p>
        </w:tc>
        <w:tc>
          <w:tcPr>
            <w:tcW w:type="dxa" w:w="1440"/>
          </w:tcPr>
          <w:p>
            <w:r>
              <w:t>125603</w:t>
            </w:r>
          </w:p>
        </w:tc>
        <w:tc>
          <w:tcPr>
            <w:tcW w:type="dxa" w:w="1440"/>
          </w:tcPr>
          <w:p>
            <w:r>
              <w:t>工业工程与管理</w:t>
            </w:r>
          </w:p>
        </w:tc>
        <w:tc>
          <w:tcPr>
            <w:tcW w:type="dxa" w:w="1440"/>
          </w:tcPr>
          <w:p>
            <w:r/>
          </w:p>
        </w:tc>
      </w:tr>
      <w:tr>
        <w:tc>
          <w:tcPr>
            <w:tcW w:type="dxa" w:w="1440"/>
          </w:tcPr>
          <w:p>
            <w:r>
              <w:t>硕士</w:t>
            </w:r>
          </w:p>
        </w:tc>
        <w:tc>
          <w:tcPr>
            <w:tcW w:type="dxa" w:w="1440"/>
          </w:tcPr>
          <w:p>
            <w:r>
              <w:t>苏蕾</w:t>
            </w:r>
          </w:p>
        </w:tc>
        <w:tc>
          <w:tcPr>
            <w:tcW w:type="dxa" w:w="1440"/>
          </w:tcPr>
          <w:p>
            <w:r>
              <w:t>商学院</w:t>
            </w:r>
          </w:p>
        </w:tc>
        <w:tc>
          <w:tcPr>
            <w:tcW w:type="dxa" w:w="1440"/>
          </w:tcPr>
          <w:p>
            <w:r>
              <w:t>125603</w:t>
            </w:r>
          </w:p>
        </w:tc>
        <w:tc>
          <w:tcPr>
            <w:tcW w:type="dxa" w:w="1440"/>
          </w:tcPr>
          <w:p>
            <w:r>
              <w:t>工业工程与管理</w:t>
            </w:r>
          </w:p>
        </w:tc>
        <w:tc>
          <w:tcPr>
            <w:tcW w:type="dxa" w:w="1440"/>
          </w:tcPr>
          <w:p>
            <w:r/>
          </w:p>
        </w:tc>
      </w:tr>
      <w:tr>
        <w:tc>
          <w:tcPr>
            <w:tcW w:type="dxa" w:w="1440"/>
          </w:tcPr>
          <w:p>
            <w:r>
              <w:t>硕士</w:t>
            </w:r>
          </w:p>
        </w:tc>
        <w:tc>
          <w:tcPr>
            <w:tcW w:type="dxa" w:w="1440"/>
          </w:tcPr>
          <w:p>
            <w:r>
              <w:t>吴乐瑶</w:t>
            </w:r>
          </w:p>
        </w:tc>
        <w:tc>
          <w:tcPr>
            <w:tcW w:type="dxa" w:w="1440"/>
          </w:tcPr>
          <w:p>
            <w:r>
              <w:t>商学院</w:t>
            </w:r>
          </w:p>
        </w:tc>
        <w:tc>
          <w:tcPr>
            <w:tcW w:type="dxa" w:w="1440"/>
          </w:tcPr>
          <w:p>
            <w:r>
              <w:t>125603</w:t>
            </w:r>
          </w:p>
        </w:tc>
        <w:tc>
          <w:tcPr>
            <w:tcW w:type="dxa" w:w="1440"/>
          </w:tcPr>
          <w:p>
            <w:r>
              <w:t>工业工程与管理</w:t>
            </w:r>
          </w:p>
        </w:tc>
        <w:tc>
          <w:tcPr>
            <w:tcW w:type="dxa" w:w="1440"/>
          </w:tcPr>
          <w:p>
            <w:r/>
          </w:p>
        </w:tc>
      </w:tr>
      <w:tr>
        <w:tc>
          <w:tcPr>
            <w:tcW w:type="dxa" w:w="1440"/>
          </w:tcPr>
          <w:p>
            <w:r>
              <w:t>硕士</w:t>
            </w:r>
          </w:p>
        </w:tc>
        <w:tc>
          <w:tcPr>
            <w:tcW w:type="dxa" w:w="1440"/>
          </w:tcPr>
          <w:p>
            <w:r>
              <w:t>陈雨晴</w:t>
            </w:r>
          </w:p>
        </w:tc>
        <w:tc>
          <w:tcPr>
            <w:tcW w:type="dxa" w:w="1440"/>
          </w:tcPr>
          <w:p>
            <w:r>
              <w:t>商学院</w:t>
            </w:r>
          </w:p>
        </w:tc>
        <w:tc>
          <w:tcPr>
            <w:tcW w:type="dxa" w:w="1440"/>
          </w:tcPr>
          <w:p>
            <w:r>
              <w:t>125603</w:t>
            </w:r>
          </w:p>
        </w:tc>
        <w:tc>
          <w:tcPr>
            <w:tcW w:type="dxa" w:w="1440"/>
          </w:tcPr>
          <w:p>
            <w:r>
              <w:t>工业工程与管理</w:t>
            </w:r>
          </w:p>
        </w:tc>
        <w:tc>
          <w:tcPr>
            <w:tcW w:type="dxa" w:w="1440"/>
          </w:tcPr>
          <w:p>
            <w:r/>
          </w:p>
        </w:tc>
      </w:tr>
      <w:tr>
        <w:tc>
          <w:tcPr>
            <w:tcW w:type="dxa" w:w="1440"/>
          </w:tcPr>
          <w:p>
            <w:r>
              <w:t>硕士</w:t>
            </w:r>
          </w:p>
        </w:tc>
        <w:tc>
          <w:tcPr>
            <w:tcW w:type="dxa" w:w="1440"/>
          </w:tcPr>
          <w:p>
            <w:r>
              <w:t>赵健</w:t>
            </w:r>
          </w:p>
        </w:tc>
        <w:tc>
          <w:tcPr>
            <w:tcW w:type="dxa" w:w="1440"/>
          </w:tcPr>
          <w:p>
            <w:r>
              <w:t>商学院</w:t>
            </w:r>
          </w:p>
        </w:tc>
        <w:tc>
          <w:tcPr>
            <w:tcW w:type="dxa" w:w="1440"/>
          </w:tcPr>
          <w:p>
            <w:r>
              <w:t>125603</w:t>
            </w:r>
          </w:p>
        </w:tc>
        <w:tc>
          <w:tcPr>
            <w:tcW w:type="dxa" w:w="1440"/>
          </w:tcPr>
          <w:p>
            <w:r>
              <w:t>工业工程与管理</w:t>
            </w:r>
          </w:p>
        </w:tc>
        <w:tc>
          <w:tcPr>
            <w:tcW w:type="dxa" w:w="1440"/>
          </w:tcPr>
          <w:p>
            <w:r/>
          </w:p>
        </w:tc>
      </w:tr>
      <w:tr>
        <w:tc>
          <w:tcPr>
            <w:tcW w:type="dxa" w:w="1440"/>
          </w:tcPr>
          <w:p>
            <w:r>
              <w:t>硕士</w:t>
            </w:r>
          </w:p>
        </w:tc>
        <w:tc>
          <w:tcPr>
            <w:tcW w:type="dxa" w:w="1440"/>
          </w:tcPr>
          <w:p>
            <w:r>
              <w:t>李雨洪</w:t>
            </w:r>
          </w:p>
        </w:tc>
        <w:tc>
          <w:tcPr>
            <w:tcW w:type="dxa" w:w="1440"/>
          </w:tcPr>
          <w:p>
            <w:r>
              <w:t>商学院</w:t>
            </w:r>
          </w:p>
        </w:tc>
        <w:tc>
          <w:tcPr>
            <w:tcW w:type="dxa" w:w="1440"/>
          </w:tcPr>
          <w:p>
            <w:r>
              <w:t>125603</w:t>
            </w:r>
          </w:p>
        </w:tc>
        <w:tc>
          <w:tcPr>
            <w:tcW w:type="dxa" w:w="1440"/>
          </w:tcPr>
          <w:p>
            <w:r>
              <w:t>工业工程与管理</w:t>
            </w:r>
          </w:p>
        </w:tc>
        <w:tc>
          <w:tcPr>
            <w:tcW w:type="dxa" w:w="1440"/>
          </w:tcPr>
          <w:p>
            <w:r/>
          </w:p>
        </w:tc>
      </w:tr>
      <w:tr>
        <w:tc>
          <w:tcPr>
            <w:tcW w:type="dxa" w:w="1440"/>
          </w:tcPr>
          <w:p>
            <w:r>
              <w:t>硕士</w:t>
            </w:r>
          </w:p>
        </w:tc>
        <w:tc>
          <w:tcPr>
            <w:tcW w:type="dxa" w:w="1440"/>
          </w:tcPr>
          <w:p>
            <w:r>
              <w:t>刁佳瑞</w:t>
            </w:r>
          </w:p>
        </w:tc>
        <w:tc>
          <w:tcPr>
            <w:tcW w:type="dxa" w:w="1440"/>
          </w:tcPr>
          <w:p>
            <w:r>
              <w:t>商学院</w:t>
            </w:r>
          </w:p>
        </w:tc>
        <w:tc>
          <w:tcPr>
            <w:tcW w:type="dxa" w:w="1440"/>
          </w:tcPr>
          <w:p>
            <w:r>
              <w:t>125603</w:t>
            </w:r>
          </w:p>
        </w:tc>
        <w:tc>
          <w:tcPr>
            <w:tcW w:type="dxa" w:w="1440"/>
          </w:tcPr>
          <w:p>
            <w:r>
              <w:t>工业工程与管理</w:t>
            </w:r>
          </w:p>
        </w:tc>
        <w:tc>
          <w:tcPr>
            <w:tcW w:type="dxa" w:w="1440"/>
          </w:tcPr>
          <w:p>
            <w:r/>
          </w:p>
        </w:tc>
      </w:tr>
      <w:tr>
        <w:tc>
          <w:tcPr>
            <w:tcW w:type="dxa" w:w="1440"/>
          </w:tcPr>
          <w:p>
            <w:r>
              <w:t>硕士</w:t>
            </w:r>
          </w:p>
        </w:tc>
        <w:tc>
          <w:tcPr>
            <w:tcW w:type="dxa" w:w="1440"/>
          </w:tcPr>
          <w:p>
            <w:r>
              <w:t>张明超</w:t>
            </w:r>
          </w:p>
        </w:tc>
        <w:tc>
          <w:tcPr>
            <w:tcW w:type="dxa" w:w="1440"/>
          </w:tcPr>
          <w:p>
            <w:r>
              <w:t>商学院</w:t>
            </w:r>
          </w:p>
        </w:tc>
        <w:tc>
          <w:tcPr>
            <w:tcW w:type="dxa" w:w="1440"/>
          </w:tcPr>
          <w:p>
            <w:r>
              <w:t>125603</w:t>
            </w:r>
          </w:p>
        </w:tc>
        <w:tc>
          <w:tcPr>
            <w:tcW w:type="dxa" w:w="1440"/>
          </w:tcPr>
          <w:p>
            <w:r>
              <w:t>工业工程与管理</w:t>
            </w:r>
          </w:p>
        </w:tc>
        <w:tc>
          <w:tcPr>
            <w:tcW w:type="dxa" w:w="1440"/>
          </w:tcPr>
          <w:p>
            <w:r/>
          </w:p>
        </w:tc>
      </w:tr>
      <w:tr>
        <w:tc>
          <w:tcPr>
            <w:tcW w:type="dxa" w:w="1440"/>
          </w:tcPr>
          <w:p>
            <w:r>
              <w:t>硕士</w:t>
            </w:r>
          </w:p>
        </w:tc>
        <w:tc>
          <w:tcPr>
            <w:tcW w:type="dxa" w:w="1440"/>
          </w:tcPr>
          <w:p>
            <w:r>
              <w:t>马露瑶</w:t>
            </w:r>
          </w:p>
        </w:tc>
        <w:tc>
          <w:tcPr>
            <w:tcW w:type="dxa" w:w="1440"/>
          </w:tcPr>
          <w:p>
            <w:r>
              <w:t>商学院</w:t>
            </w:r>
          </w:p>
        </w:tc>
        <w:tc>
          <w:tcPr>
            <w:tcW w:type="dxa" w:w="1440"/>
          </w:tcPr>
          <w:p>
            <w:r>
              <w:t>125603</w:t>
            </w:r>
          </w:p>
        </w:tc>
        <w:tc>
          <w:tcPr>
            <w:tcW w:type="dxa" w:w="1440"/>
          </w:tcPr>
          <w:p>
            <w:r>
              <w:t>工业工程与管理</w:t>
            </w:r>
          </w:p>
        </w:tc>
        <w:tc>
          <w:tcPr>
            <w:tcW w:type="dxa" w:w="1440"/>
          </w:tcPr>
          <w:p>
            <w:r/>
          </w:p>
        </w:tc>
      </w:tr>
      <w:tr>
        <w:tc>
          <w:tcPr>
            <w:tcW w:type="dxa" w:w="1440"/>
          </w:tcPr>
          <w:p>
            <w:r>
              <w:t>硕士</w:t>
            </w:r>
          </w:p>
        </w:tc>
        <w:tc>
          <w:tcPr>
            <w:tcW w:type="dxa" w:w="1440"/>
          </w:tcPr>
          <w:p>
            <w:r>
              <w:t>秦雅茹</w:t>
            </w:r>
          </w:p>
        </w:tc>
        <w:tc>
          <w:tcPr>
            <w:tcW w:type="dxa" w:w="1440"/>
          </w:tcPr>
          <w:p>
            <w:r>
              <w:t>商学院</w:t>
            </w:r>
          </w:p>
        </w:tc>
        <w:tc>
          <w:tcPr>
            <w:tcW w:type="dxa" w:w="1440"/>
          </w:tcPr>
          <w:p>
            <w:r>
              <w:t>125603</w:t>
            </w:r>
          </w:p>
        </w:tc>
        <w:tc>
          <w:tcPr>
            <w:tcW w:type="dxa" w:w="1440"/>
          </w:tcPr>
          <w:p>
            <w:r>
              <w:t>工业工程与管理</w:t>
            </w:r>
          </w:p>
        </w:tc>
        <w:tc>
          <w:tcPr>
            <w:tcW w:type="dxa" w:w="1440"/>
          </w:tcPr>
          <w:p>
            <w:r/>
          </w:p>
        </w:tc>
      </w:tr>
      <w:tr>
        <w:tc>
          <w:tcPr>
            <w:tcW w:type="dxa" w:w="1440"/>
          </w:tcPr>
          <w:p>
            <w:r>
              <w:t>硕士</w:t>
            </w:r>
          </w:p>
        </w:tc>
        <w:tc>
          <w:tcPr>
            <w:tcW w:type="dxa" w:w="1440"/>
          </w:tcPr>
          <w:p>
            <w:r>
              <w:t>陆陶熠</w:t>
            </w:r>
          </w:p>
        </w:tc>
        <w:tc>
          <w:tcPr>
            <w:tcW w:type="dxa" w:w="1440"/>
          </w:tcPr>
          <w:p>
            <w:r>
              <w:t>商学院</w:t>
            </w:r>
          </w:p>
        </w:tc>
        <w:tc>
          <w:tcPr>
            <w:tcW w:type="dxa" w:w="1440"/>
          </w:tcPr>
          <w:p>
            <w:r>
              <w:t>125500</w:t>
            </w:r>
          </w:p>
        </w:tc>
        <w:tc>
          <w:tcPr>
            <w:tcW w:type="dxa" w:w="1440"/>
          </w:tcPr>
          <w:p>
            <w:r>
              <w:t>图书情报</w:t>
            </w:r>
          </w:p>
        </w:tc>
        <w:tc>
          <w:tcPr>
            <w:tcW w:type="dxa" w:w="1440"/>
          </w:tcPr>
          <w:p>
            <w:r/>
          </w:p>
        </w:tc>
      </w:tr>
      <w:tr>
        <w:tc>
          <w:tcPr>
            <w:tcW w:type="dxa" w:w="1440"/>
          </w:tcPr>
          <w:p>
            <w:r>
              <w:t>硕士</w:t>
            </w:r>
          </w:p>
        </w:tc>
        <w:tc>
          <w:tcPr>
            <w:tcW w:type="dxa" w:w="1440"/>
          </w:tcPr>
          <w:p>
            <w:r>
              <w:t>赵钰</w:t>
            </w:r>
          </w:p>
        </w:tc>
        <w:tc>
          <w:tcPr>
            <w:tcW w:type="dxa" w:w="1440"/>
          </w:tcPr>
          <w:p>
            <w:r>
              <w:t>商学院</w:t>
            </w:r>
          </w:p>
        </w:tc>
        <w:tc>
          <w:tcPr>
            <w:tcW w:type="dxa" w:w="1440"/>
          </w:tcPr>
          <w:p>
            <w:r>
              <w:t>125500</w:t>
            </w:r>
          </w:p>
        </w:tc>
        <w:tc>
          <w:tcPr>
            <w:tcW w:type="dxa" w:w="1440"/>
          </w:tcPr>
          <w:p>
            <w:r>
              <w:t>图书情报</w:t>
            </w:r>
          </w:p>
        </w:tc>
        <w:tc>
          <w:tcPr>
            <w:tcW w:type="dxa" w:w="1440"/>
          </w:tcPr>
          <w:p>
            <w:r/>
          </w:p>
        </w:tc>
      </w:tr>
      <w:tr>
        <w:tc>
          <w:tcPr>
            <w:tcW w:type="dxa" w:w="1440"/>
          </w:tcPr>
          <w:p>
            <w:r>
              <w:t>硕士</w:t>
            </w:r>
          </w:p>
        </w:tc>
        <w:tc>
          <w:tcPr>
            <w:tcW w:type="dxa" w:w="1440"/>
          </w:tcPr>
          <w:p>
            <w:r>
              <w:t>程子潇</w:t>
            </w:r>
          </w:p>
        </w:tc>
        <w:tc>
          <w:tcPr>
            <w:tcW w:type="dxa" w:w="1440"/>
          </w:tcPr>
          <w:p>
            <w:r>
              <w:t>商学院</w:t>
            </w:r>
          </w:p>
        </w:tc>
        <w:tc>
          <w:tcPr>
            <w:tcW w:type="dxa" w:w="1440"/>
          </w:tcPr>
          <w:p>
            <w:r>
              <w:t>125500</w:t>
            </w:r>
          </w:p>
        </w:tc>
        <w:tc>
          <w:tcPr>
            <w:tcW w:type="dxa" w:w="1440"/>
          </w:tcPr>
          <w:p>
            <w:r>
              <w:t>图书情报</w:t>
            </w:r>
          </w:p>
        </w:tc>
        <w:tc>
          <w:tcPr>
            <w:tcW w:type="dxa" w:w="1440"/>
          </w:tcPr>
          <w:p>
            <w:r/>
          </w:p>
        </w:tc>
      </w:tr>
      <w:tr>
        <w:tc>
          <w:tcPr>
            <w:tcW w:type="dxa" w:w="1440"/>
          </w:tcPr>
          <w:p>
            <w:r>
              <w:t>硕士</w:t>
            </w:r>
          </w:p>
        </w:tc>
        <w:tc>
          <w:tcPr>
            <w:tcW w:type="dxa" w:w="1440"/>
          </w:tcPr>
          <w:p>
            <w:r>
              <w:t>焦奕珩</w:t>
            </w:r>
          </w:p>
        </w:tc>
        <w:tc>
          <w:tcPr>
            <w:tcW w:type="dxa" w:w="1440"/>
          </w:tcPr>
          <w:p>
            <w:r>
              <w:t>经济与金融学院</w:t>
            </w:r>
          </w:p>
        </w:tc>
        <w:tc>
          <w:tcPr>
            <w:tcW w:type="dxa" w:w="1440"/>
          </w:tcPr>
          <w:p>
            <w:r>
              <w:t>020100</w:t>
            </w:r>
          </w:p>
        </w:tc>
        <w:tc>
          <w:tcPr>
            <w:tcW w:type="dxa" w:w="1440"/>
          </w:tcPr>
          <w:p>
            <w:r>
              <w:t>理论经济学</w:t>
            </w:r>
          </w:p>
        </w:tc>
        <w:tc>
          <w:tcPr>
            <w:tcW w:type="dxa" w:w="1440"/>
          </w:tcPr>
          <w:p>
            <w:r/>
          </w:p>
        </w:tc>
      </w:tr>
      <w:tr>
        <w:tc>
          <w:tcPr>
            <w:tcW w:type="dxa" w:w="1440"/>
          </w:tcPr>
          <w:p>
            <w:r>
              <w:t>硕士</w:t>
            </w:r>
          </w:p>
        </w:tc>
        <w:tc>
          <w:tcPr>
            <w:tcW w:type="dxa" w:w="1440"/>
          </w:tcPr>
          <w:p>
            <w:r>
              <w:t>金莹</w:t>
            </w:r>
          </w:p>
        </w:tc>
        <w:tc>
          <w:tcPr>
            <w:tcW w:type="dxa" w:w="1440"/>
          </w:tcPr>
          <w:p>
            <w:r>
              <w:t>经济与金融学院</w:t>
            </w:r>
          </w:p>
        </w:tc>
        <w:tc>
          <w:tcPr>
            <w:tcW w:type="dxa" w:w="1440"/>
          </w:tcPr>
          <w:p>
            <w:r>
              <w:t>020100</w:t>
            </w:r>
          </w:p>
        </w:tc>
        <w:tc>
          <w:tcPr>
            <w:tcW w:type="dxa" w:w="1440"/>
          </w:tcPr>
          <w:p>
            <w:r>
              <w:t>理论经济学</w:t>
            </w:r>
          </w:p>
        </w:tc>
        <w:tc>
          <w:tcPr>
            <w:tcW w:type="dxa" w:w="1440"/>
          </w:tcPr>
          <w:p>
            <w:r/>
          </w:p>
        </w:tc>
      </w:tr>
      <w:tr>
        <w:tc>
          <w:tcPr>
            <w:tcW w:type="dxa" w:w="1440"/>
          </w:tcPr>
          <w:p>
            <w:r>
              <w:t>硕士</w:t>
            </w:r>
          </w:p>
        </w:tc>
        <w:tc>
          <w:tcPr>
            <w:tcW w:type="dxa" w:w="1440"/>
          </w:tcPr>
          <w:p>
            <w:r>
              <w:t>陈超洁</w:t>
            </w:r>
          </w:p>
        </w:tc>
        <w:tc>
          <w:tcPr>
            <w:tcW w:type="dxa" w:w="1440"/>
          </w:tcPr>
          <w:p>
            <w:r>
              <w:t>经济与金融学院</w:t>
            </w:r>
          </w:p>
        </w:tc>
        <w:tc>
          <w:tcPr>
            <w:tcW w:type="dxa" w:w="1440"/>
          </w:tcPr>
          <w:p>
            <w:r>
              <w:t>020100</w:t>
            </w:r>
          </w:p>
        </w:tc>
        <w:tc>
          <w:tcPr>
            <w:tcW w:type="dxa" w:w="1440"/>
          </w:tcPr>
          <w:p>
            <w:r>
              <w:t>理论经济学</w:t>
            </w:r>
          </w:p>
        </w:tc>
        <w:tc>
          <w:tcPr>
            <w:tcW w:type="dxa" w:w="1440"/>
          </w:tcPr>
          <w:p>
            <w:r/>
          </w:p>
        </w:tc>
      </w:tr>
      <w:tr>
        <w:tc>
          <w:tcPr>
            <w:tcW w:type="dxa" w:w="1440"/>
          </w:tcPr>
          <w:p>
            <w:r>
              <w:t>硕士</w:t>
            </w:r>
          </w:p>
        </w:tc>
        <w:tc>
          <w:tcPr>
            <w:tcW w:type="dxa" w:w="1440"/>
          </w:tcPr>
          <w:p>
            <w:r>
              <w:t>皮娜玲</w:t>
            </w:r>
          </w:p>
        </w:tc>
        <w:tc>
          <w:tcPr>
            <w:tcW w:type="dxa" w:w="1440"/>
          </w:tcPr>
          <w:p>
            <w:r>
              <w:t>经济与金融学院</w:t>
            </w:r>
          </w:p>
        </w:tc>
        <w:tc>
          <w:tcPr>
            <w:tcW w:type="dxa" w:w="1440"/>
          </w:tcPr>
          <w:p>
            <w:r>
              <w:t>020100</w:t>
            </w:r>
          </w:p>
        </w:tc>
        <w:tc>
          <w:tcPr>
            <w:tcW w:type="dxa" w:w="1440"/>
          </w:tcPr>
          <w:p>
            <w:r>
              <w:t>理论经济学</w:t>
            </w:r>
          </w:p>
        </w:tc>
        <w:tc>
          <w:tcPr>
            <w:tcW w:type="dxa" w:w="1440"/>
          </w:tcPr>
          <w:p>
            <w:r/>
          </w:p>
        </w:tc>
      </w:tr>
      <w:tr>
        <w:tc>
          <w:tcPr>
            <w:tcW w:type="dxa" w:w="1440"/>
          </w:tcPr>
          <w:p>
            <w:r>
              <w:t>硕士</w:t>
            </w:r>
          </w:p>
        </w:tc>
        <w:tc>
          <w:tcPr>
            <w:tcW w:type="dxa" w:w="1440"/>
          </w:tcPr>
          <w:p>
            <w:r>
              <w:t>张萌媛</w:t>
            </w:r>
          </w:p>
        </w:tc>
        <w:tc>
          <w:tcPr>
            <w:tcW w:type="dxa" w:w="1440"/>
          </w:tcPr>
          <w:p>
            <w:r>
              <w:t>经济与金融学院</w:t>
            </w:r>
          </w:p>
        </w:tc>
        <w:tc>
          <w:tcPr>
            <w:tcW w:type="dxa" w:w="1440"/>
          </w:tcPr>
          <w:p>
            <w:r>
              <w:t>020100</w:t>
            </w:r>
          </w:p>
        </w:tc>
        <w:tc>
          <w:tcPr>
            <w:tcW w:type="dxa" w:w="1440"/>
          </w:tcPr>
          <w:p>
            <w:r>
              <w:t>理论经济学</w:t>
            </w:r>
          </w:p>
        </w:tc>
        <w:tc>
          <w:tcPr>
            <w:tcW w:type="dxa" w:w="1440"/>
          </w:tcPr>
          <w:p>
            <w:r/>
          </w:p>
        </w:tc>
      </w:tr>
      <w:tr>
        <w:tc>
          <w:tcPr>
            <w:tcW w:type="dxa" w:w="1440"/>
          </w:tcPr>
          <w:p>
            <w:r>
              <w:t>硕士</w:t>
            </w:r>
          </w:p>
        </w:tc>
        <w:tc>
          <w:tcPr>
            <w:tcW w:type="dxa" w:w="1440"/>
          </w:tcPr>
          <w:p>
            <w:r>
              <w:t>梁沛东</w:t>
            </w:r>
          </w:p>
        </w:tc>
        <w:tc>
          <w:tcPr>
            <w:tcW w:type="dxa" w:w="1440"/>
          </w:tcPr>
          <w:p>
            <w:r>
              <w:t>经济与金融学院</w:t>
            </w:r>
          </w:p>
        </w:tc>
        <w:tc>
          <w:tcPr>
            <w:tcW w:type="dxa" w:w="1440"/>
          </w:tcPr>
          <w:p>
            <w:r>
              <w:t>020200</w:t>
            </w:r>
          </w:p>
        </w:tc>
        <w:tc>
          <w:tcPr>
            <w:tcW w:type="dxa" w:w="1440"/>
          </w:tcPr>
          <w:p>
            <w:r>
              <w:t>应用经济学</w:t>
            </w:r>
          </w:p>
        </w:tc>
        <w:tc>
          <w:tcPr>
            <w:tcW w:type="dxa" w:w="1440"/>
          </w:tcPr>
          <w:p>
            <w:r/>
          </w:p>
        </w:tc>
      </w:tr>
      <w:tr>
        <w:tc>
          <w:tcPr>
            <w:tcW w:type="dxa" w:w="1440"/>
          </w:tcPr>
          <w:p>
            <w:r>
              <w:t>硕士</w:t>
            </w:r>
          </w:p>
        </w:tc>
        <w:tc>
          <w:tcPr>
            <w:tcW w:type="dxa" w:w="1440"/>
          </w:tcPr>
          <w:p>
            <w:r>
              <w:t>杨丹</w:t>
            </w:r>
          </w:p>
        </w:tc>
        <w:tc>
          <w:tcPr>
            <w:tcW w:type="dxa" w:w="1440"/>
          </w:tcPr>
          <w:p>
            <w:r>
              <w:t>经济与金融学院</w:t>
            </w:r>
          </w:p>
        </w:tc>
        <w:tc>
          <w:tcPr>
            <w:tcW w:type="dxa" w:w="1440"/>
          </w:tcPr>
          <w:p>
            <w:r>
              <w:t>020200</w:t>
            </w:r>
          </w:p>
        </w:tc>
        <w:tc>
          <w:tcPr>
            <w:tcW w:type="dxa" w:w="1440"/>
          </w:tcPr>
          <w:p>
            <w:r>
              <w:t>应用经济学</w:t>
            </w:r>
          </w:p>
        </w:tc>
        <w:tc>
          <w:tcPr>
            <w:tcW w:type="dxa" w:w="1440"/>
          </w:tcPr>
          <w:p>
            <w:r/>
          </w:p>
        </w:tc>
      </w:tr>
      <w:tr>
        <w:tc>
          <w:tcPr>
            <w:tcW w:type="dxa" w:w="1440"/>
          </w:tcPr>
          <w:p>
            <w:r>
              <w:t>硕士</w:t>
            </w:r>
          </w:p>
        </w:tc>
        <w:tc>
          <w:tcPr>
            <w:tcW w:type="dxa" w:w="1440"/>
          </w:tcPr>
          <w:p>
            <w:r>
              <w:t>陆垚嘉</w:t>
            </w:r>
          </w:p>
        </w:tc>
        <w:tc>
          <w:tcPr>
            <w:tcW w:type="dxa" w:w="1440"/>
          </w:tcPr>
          <w:p>
            <w:r>
              <w:t>经济与金融学院</w:t>
            </w:r>
          </w:p>
        </w:tc>
        <w:tc>
          <w:tcPr>
            <w:tcW w:type="dxa" w:w="1440"/>
          </w:tcPr>
          <w:p>
            <w:r>
              <w:t>020200</w:t>
            </w:r>
          </w:p>
        </w:tc>
        <w:tc>
          <w:tcPr>
            <w:tcW w:type="dxa" w:w="1440"/>
          </w:tcPr>
          <w:p>
            <w:r>
              <w:t>应用经济学</w:t>
            </w:r>
          </w:p>
        </w:tc>
        <w:tc>
          <w:tcPr>
            <w:tcW w:type="dxa" w:w="1440"/>
          </w:tcPr>
          <w:p>
            <w:r/>
          </w:p>
        </w:tc>
      </w:tr>
      <w:tr>
        <w:tc>
          <w:tcPr>
            <w:tcW w:type="dxa" w:w="1440"/>
          </w:tcPr>
          <w:p>
            <w:r>
              <w:t>硕士</w:t>
            </w:r>
          </w:p>
        </w:tc>
        <w:tc>
          <w:tcPr>
            <w:tcW w:type="dxa" w:w="1440"/>
          </w:tcPr>
          <w:p>
            <w:r>
              <w:t>李晓露</w:t>
            </w:r>
          </w:p>
        </w:tc>
        <w:tc>
          <w:tcPr>
            <w:tcW w:type="dxa" w:w="1440"/>
          </w:tcPr>
          <w:p>
            <w:r>
              <w:t>经济与金融学院</w:t>
            </w:r>
          </w:p>
        </w:tc>
        <w:tc>
          <w:tcPr>
            <w:tcW w:type="dxa" w:w="1440"/>
          </w:tcPr>
          <w:p>
            <w:r>
              <w:t>020200</w:t>
            </w:r>
          </w:p>
        </w:tc>
        <w:tc>
          <w:tcPr>
            <w:tcW w:type="dxa" w:w="1440"/>
          </w:tcPr>
          <w:p>
            <w:r>
              <w:t>应用经济学</w:t>
            </w:r>
          </w:p>
        </w:tc>
        <w:tc>
          <w:tcPr>
            <w:tcW w:type="dxa" w:w="1440"/>
          </w:tcPr>
          <w:p>
            <w:r/>
          </w:p>
        </w:tc>
      </w:tr>
      <w:tr>
        <w:tc>
          <w:tcPr>
            <w:tcW w:type="dxa" w:w="1440"/>
          </w:tcPr>
          <w:p>
            <w:r>
              <w:t>硕士</w:t>
            </w:r>
          </w:p>
        </w:tc>
        <w:tc>
          <w:tcPr>
            <w:tcW w:type="dxa" w:w="1440"/>
          </w:tcPr>
          <w:p>
            <w:r>
              <w:t>苏千</w:t>
            </w:r>
          </w:p>
        </w:tc>
        <w:tc>
          <w:tcPr>
            <w:tcW w:type="dxa" w:w="1440"/>
          </w:tcPr>
          <w:p>
            <w:r>
              <w:t>经济与金融学院</w:t>
            </w:r>
          </w:p>
        </w:tc>
        <w:tc>
          <w:tcPr>
            <w:tcW w:type="dxa" w:w="1440"/>
          </w:tcPr>
          <w:p>
            <w:r>
              <w:t>020200</w:t>
            </w:r>
          </w:p>
        </w:tc>
        <w:tc>
          <w:tcPr>
            <w:tcW w:type="dxa" w:w="1440"/>
          </w:tcPr>
          <w:p>
            <w:r>
              <w:t>应用经济学</w:t>
            </w:r>
          </w:p>
        </w:tc>
        <w:tc>
          <w:tcPr>
            <w:tcW w:type="dxa" w:w="1440"/>
          </w:tcPr>
          <w:p>
            <w:r/>
          </w:p>
        </w:tc>
      </w:tr>
      <w:tr>
        <w:tc>
          <w:tcPr>
            <w:tcW w:type="dxa" w:w="1440"/>
          </w:tcPr>
          <w:p>
            <w:r>
              <w:t>硕士</w:t>
            </w:r>
          </w:p>
        </w:tc>
        <w:tc>
          <w:tcPr>
            <w:tcW w:type="dxa" w:w="1440"/>
          </w:tcPr>
          <w:p>
            <w:r>
              <w:t>尤晨馨</w:t>
            </w:r>
          </w:p>
        </w:tc>
        <w:tc>
          <w:tcPr>
            <w:tcW w:type="dxa" w:w="1440"/>
          </w:tcPr>
          <w:p>
            <w:r>
              <w:t>经济与金融学院</w:t>
            </w:r>
          </w:p>
        </w:tc>
        <w:tc>
          <w:tcPr>
            <w:tcW w:type="dxa" w:w="1440"/>
          </w:tcPr>
          <w:p>
            <w:r>
              <w:t>020200</w:t>
            </w:r>
          </w:p>
        </w:tc>
        <w:tc>
          <w:tcPr>
            <w:tcW w:type="dxa" w:w="1440"/>
          </w:tcPr>
          <w:p>
            <w:r>
              <w:t>应用经济学</w:t>
            </w:r>
          </w:p>
        </w:tc>
        <w:tc>
          <w:tcPr>
            <w:tcW w:type="dxa" w:w="1440"/>
          </w:tcPr>
          <w:p>
            <w:r/>
          </w:p>
        </w:tc>
      </w:tr>
      <w:tr>
        <w:tc>
          <w:tcPr>
            <w:tcW w:type="dxa" w:w="1440"/>
          </w:tcPr>
          <w:p>
            <w:r>
              <w:t>硕士</w:t>
            </w:r>
          </w:p>
        </w:tc>
        <w:tc>
          <w:tcPr>
            <w:tcW w:type="dxa" w:w="1440"/>
          </w:tcPr>
          <w:p>
            <w:r>
              <w:t>谢心悦</w:t>
            </w:r>
          </w:p>
        </w:tc>
        <w:tc>
          <w:tcPr>
            <w:tcW w:type="dxa" w:w="1440"/>
          </w:tcPr>
          <w:p>
            <w:r>
              <w:t>经济与金融学院</w:t>
            </w:r>
          </w:p>
        </w:tc>
        <w:tc>
          <w:tcPr>
            <w:tcW w:type="dxa" w:w="1440"/>
          </w:tcPr>
          <w:p>
            <w:r>
              <w:t>020200</w:t>
            </w:r>
          </w:p>
        </w:tc>
        <w:tc>
          <w:tcPr>
            <w:tcW w:type="dxa" w:w="1440"/>
          </w:tcPr>
          <w:p>
            <w:r>
              <w:t>应用经济学</w:t>
            </w:r>
          </w:p>
        </w:tc>
        <w:tc>
          <w:tcPr>
            <w:tcW w:type="dxa" w:w="1440"/>
          </w:tcPr>
          <w:p>
            <w:r/>
          </w:p>
        </w:tc>
      </w:tr>
      <w:tr>
        <w:tc>
          <w:tcPr>
            <w:tcW w:type="dxa" w:w="1440"/>
          </w:tcPr>
          <w:p>
            <w:r>
              <w:t>硕士</w:t>
            </w:r>
          </w:p>
        </w:tc>
        <w:tc>
          <w:tcPr>
            <w:tcW w:type="dxa" w:w="1440"/>
          </w:tcPr>
          <w:p>
            <w:r>
              <w:t>朱汶郡</w:t>
            </w:r>
          </w:p>
        </w:tc>
        <w:tc>
          <w:tcPr>
            <w:tcW w:type="dxa" w:w="1440"/>
          </w:tcPr>
          <w:p>
            <w:r>
              <w:t>经济与金融学院</w:t>
            </w:r>
          </w:p>
        </w:tc>
        <w:tc>
          <w:tcPr>
            <w:tcW w:type="dxa" w:w="1440"/>
          </w:tcPr>
          <w:p>
            <w:r>
              <w:t>020200</w:t>
            </w:r>
          </w:p>
        </w:tc>
        <w:tc>
          <w:tcPr>
            <w:tcW w:type="dxa" w:w="1440"/>
          </w:tcPr>
          <w:p>
            <w:r>
              <w:t>应用经济学</w:t>
            </w:r>
          </w:p>
        </w:tc>
        <w:tc>
          <w:tcPr>
            <w:tcW w:type="dxa" w:w="1440"/>
          </w:tcPr>
          <w:p>
            <w:r/>
          </w:p>
        </w:tc>
      </w:tr>
      <w:tr>
        <w:tc>
          <w:tcPr>
            <w:tcW w:type="dxa" w:w="1440"/>
          </w:tcPr>
          <w:p>
            <w:r>
              <w:t>硕士</w:t>
            </w:r>
          </w:p>
        </w:tc>
        <w:tc>
          <w:tcPr>
            <w:tcW w:type="dxa" w:w="1440"/>
          </w:tcPr>
          <w:p>
            <w:r>
              <w:t>韦文鑫</w:t>
            </w:r>
          </w:p>
        </w:tc>
        <w:tc>
          <w:tcPr>
            <w:tcW w:type="dxa" w:w="1440"/>
          </w:tcPr>
          <w:p>
            <w:r>
              <w:t>经济与金融学院</w:t>
            </w:r>
          </w:p>
        </w:tc>
        <w:tc>
          <w:tcPr>
            <w:tcW w:type="dxa" w:w="1440"/>
          </w:tcPr>
          <w:p>
            <w:r>
              <w:t>020200</w:t>
            </w:r>
          </w:p>
        </w:tc>
        <w:tc>
          <w:tcPr>
            <w:tcW w:type="dxa" w:w="1440"/>
          </w:tcPr>
          <w:p>
            <w:r>
              <w:t>应用经济学</w:t>
            </w:r>
          </w:p>
        </w:tc>
        <w:tc>
          <w:tcPr>
            <w:tcW w:type="dxa" w:w="1440"/>
          </w:tcPr>
          <w:p>
            <w:r/>
          </w:p>
        </w:tc>
      </w:tr>
      <w:tr>
        <w:tc>
          <w:tcPr>
            <w:tcW w:type="dxa" w:w="1440"/>
          </w:tcPr>
          <w:p>
            <w:r>
              <w:t>硕士</w:t>
            </w:r>
          </w:p>
        </w:tc>
        <w:tc>
          <w:tcPr>
            <w:tcW w:type="dxa" w:w="1440"/>
          </w:tcPr>
          <w:p>
            <w:r>
              <w:t>王萌玥</w:t>
            </w:r>
          </w:p>
        </w:tc>
        <w:tc>
          <w:tcPr>
            <w:tcW w:type="dxa" w:w="1440"/>
          </w:tcPr>
          <w:p>
            <w:r>
              <w:t>经济与金融学院</w:t>
            </w:r>
          </w:p>
        </w:tc>
        <w:tc>
          <w:tcPr>
            <w:tcW w:type="dxa" w:w="1440"/>
          </w:tcPr>
          <w:p>
            <w:r>
              <w:t>020200</w:t>
            </w:r>
          </w:p>
        </w:tc>
        <w:tc>
          <w:tcPr>
            <w:tcW w:type="dxa" w:w="1440"/>
          </w:tcPr>
          <w:p>
            <w:r>
              <w:t>应用经济学</w:t>
            </w:r>
          </w:p>
        </w:tc>
        <w:tc>
          <w:tcPr>
            <w:tcW w:type="dxa" w:w="1440"/>
          </w:tcPr>
          <w:p>
            <w:r/>
          </w:p>
        </w:tc>
      </w:tr>
      <w:tr>
        <w:tc>
          <w:tcPr>
            <w:tcW w:type="dxa" w:w="1440"/>
          </w:tcPr>
          <w:p>
            <w:r>
              <w:t>硕士</w:t>
            </w:r>
          </w:p>
        </w:tc>
        <w:tc>
          <w:tcPr>
            <w:tcW w:type="dxa" w:w="1440"/>
          </w:tcPr>
          <w:p>
            <w:r>
              <w:t>汪思琪</w:t>
            </w:r>
          </w:p>
        </w:tc>
        <w:tc>
          <w:tcPr>
            <w:tcW w:type="dxa" w:w="1440"/>
          </w:tcPr>
          <w:p>
            <w:r>
              <w:t>经济与金融学院</w:t>
            </w:r>
          </w:p>
        </w:tc>
        <w:tc>
          <w:tcPr>
            <w:tcW w:type="dxa" w:w="1440"/>
          </w:tcPr>
          <w:p>
            <w:r>
              <w:t>020200</w:t>
            </w:r>
          </w:p>
        </w:tc>
        <w:tc>
          <w:tcPr>
            <w:tcW w:type="dxa" w:w="1440"/>
          </w:tcPr>
          <w:p>
            <w:r>
              <w:t>应用经济学</w:t>
            </w:r>
          </w:p>
        </w:tc>
        <w:tc>
          <w:tcPr>
            <w:tcW w:type="dxa" w:w="1440"/>
          </w:tcPr>
          <w:p>
            <w:r/>
          </w:p>
        </w:tc>
      </w:tr>
      <w:tr>
        <w:tc>
          <w:tcPr>
            <w:tcW w:type="dxa" w:w="1440"/>
          </w:tcPr>
          <w:p>
            <w:r>
              <w:t>硕士</w:t>
            </w:r>
          </w:p>
        </w:tc>
        <w:tc>
          <w:tcPr>
            <w:tcW w:type="dxa" w:w="1440"/>
          </w:tcPr>
          <w:p>
            <w:r>
              <w:t>代婉婷</w:t>
            </w:r>
          </w:p>
        </w:tc>
        <w:tc>
          <w:tcPr>
            <w:tcW w:type="dxa" w:w="1440"/>
          </w:tcPr>
          <w:p>
            <w:r>
              <w:t>经济与金融学院</w:t>
            </w:r>
          </w:p>
        </w:tc>
        <w:tc>
          <w:tcPr>
            <w:tcW w:type="dxa" w:w="1440"/>
          </w:tcPr>
          <w:p>
            <w:r>
              <w:t>020200</w:t>
            </w:r>
          </w:p>
        </w:tc>
        <w:tc>
          <w:tcPr>
            <w:tcW w:type="dxa" w:w="1440"/>
          </w:tcPr>
          <w:p>
            <w:r>
              <w:t>应用经济学</w:t>
            </w:r>
          </w:p>
        </w:tc>
        <w:tc>
          <w:tcPr>
            <w:tcW w:type="dxa" w:w="1440"/>
          </w:tcPr>
          <w:p>
            <w:r/>
          </w:p>
        </w:tc>
      </w:tr>
      <w:tr>
        <w:tc>
          <w:tcPr>
            <w:tcW w:type="dxa" w:w="1440"/>
          </w:tcPr>
          <w:p>
            <w:r>
              <w:t>硕士</w:t>
            </w:r>
          </w:p>
        </w:tc>
        <w:tc>
          <w:tcPr>
            <w:tcW w:type="dxa" w:w="1440"/>
          </w:tcPr>
          <w:p>
            <w:r>
              <w:t>黄丽珠</w:t>
            </w:r>
          </w:p>
        </w:tc>
        <w:tc>
          <w:tcPr>
            <w:tcW w:type="dxa" w:w="1440"/>
          </w:tcPr>
          <w:p>
            <w:r>
              <w:t>经济与金融学院</w:t>
            </w:r>
          </w:p>
        </w:tc>
        <w:tc>
          <w:tcPr>
            <w:tcW w:type="dxa" w:w="1440"/>
          </w:tcPr>
          <w:p>
            <w:r>
              <w:t>020200</w:t>
            </w:r>
          </w:p>
        </w:tc>
        <w:tc>
          <w:tcPr>
            <w:tcW w:type="dxa" w:w="1440"/>
          </w:tcPr>
          <w:p>
            <w:r>
              <w:t>应用经济学</w:t>
            </w:r>
          </w:p>
        </w:tc>
        <w:tc>
          <w:tcPr>
            <w:tcW w:type="dxa" w:w="1440"/>
          </w:tcPr>
          <w:p>
            <w:r/>
          </w:p>
        </w:tc>
      </w:tr>
      <w:tr>
        <w:tc>
          <w:tcPr>
            <w:tcW w:type="dxa" w:w="1440"/>
          </w:tcPr>
          <w:p>
            <w:r>
              <w:t>硕士</w:t>
            </w:r>
          </w:p>
        </w:tc>
        <w:tc>
          <w:tcPr>
            <w:tcW w:type="dxa" w:w="1440"/>
          </w:tcPr>
          <w:p>
            <w:r>
              <w:t>邵文彬</w:t>
            </w:r>
          </w:p>
        </w:tc>
        <w:tc>
          <w:tcPr>
            <w:tcW w:type="dxa" w:w="1440"/>
          </w:tcPr>
          <w:p>
            <w:r>
              <w:t>经济与金融学院</w:t>
            </w:r>
          </w:p>
        </w:tc>
        <w:tc>
          <w:tcPr>
            <w:tcW w:type="dxa" w:w="1440"/>
          </w:tcPr>
          <w:p>
            <w:r>
              <w:t>020200</w:t>
            </w:r>
          </w:p>
        </w:tc>
        <w:tc>
          <w:tcPr>
            <w:tcW w:type="dxa" w:w="1440"/>
          </w:tcPr>
          <w:p>
            <w:r>
              <w:t>应用经济学</w:t>
            </w:r>
          </w:p>
        </w:tc>
        <w:tc>
          <w:tcPr>
            <w:tcW w:type="dxa" w:w="1440"/>
          </w:tcPr>
          <w:p>
            <w:r/>
          </w:p>
        </w:tc>
      </w:tr>
      <w:tr>
        <w:tc>
          <w:tcPr>
            <w:tcW w:type="dxa" w:w="1440"/>
          </w:tcPr>
          <w:p>
            <w:r>
              <w:t>硕士</w:t>
            </w:r>
          </w:p>
        </w:tc>
        <w:tc>
          <w:tcPr>
            <w:tcW w:type="dxa" w:w="1440"/>
          </w:tcPr>
          <w:p>
            <w:r>
              <w:t>刘洋</w:t>
            </w:r>
          </w:p>
        </w:tc>
        <w:tc>
          <w:tcPr>
            <w:tcW w:type="dxa" w:w="1440"/>
          </w:tcPr>
          <w:p>
            <w:r>
              <w:t>经济与金融学院</w:t>
            </w:r>
          </w:p>
        </w:tc>
        <w:tc>
          <w:tcPr>
            <w:tcW w:type="dxa" w:w="1440"/>
          </w:tcPr>
          <w:p>
            <w:r>
              <w:t>020200</w:t>
            </w:r>
          </w:p>
        </w:tc>
        <w:tc>
          <w:tcPr>
            <w:tcW w:type="dxa" w:w="1440"/>
          </w:tcPr>
          <w:p>
            <w:r>
              <w:t>应用经济学</w:t>
            </w:r>
          </w:p>
        </w:tc>
        <w:tc>
          <w:tcPr>
            <w:tcW w:type="dxa" w:w="1440"/>
          </w:tcPr>
          <w:p>
            <w:r/>
          </w:p>
        </w:tc>
      </w:tr>
      <w:tr>
        <w:tc>
          <w:tcPr>
            <w:tcW w:type="dxa" w:w="1440"/>
          </w:tcPr>
          <w:p>
            <w:r>
              <w:t>硕士</w:t>
            </w:r>
          </w:p>
        </w:tc>
        <w:tc>
          <w:tcPr>
            <w:tcW w:type="dxa" w:w="1440"/>
          </w:tcPr>
          <w:p>
            <w:r>
              <w:t>郭超越</w:t>
            </w:r>
          </w:p>
        </w:tc>
        <w:tc>
          <w:tcPr>
            <w:tcW w:type="dxa" w:w="1440"/>
          </w:tcPr>
          <w:p>
            <w:r>
              <w:t>经济与金融学院</w:t>
            </w:r>
          </w:p>
        </w:tc>
        <w:tc>
          <w:tcPr>
            <w:tcW w:type="dxa" w:w="1440"/>
          </w:tcPr>
          <w:p>
            <w:r>
              <w:t>020200</w:t>
            </w:r>
          </w:p>
        </w:tc>
        <w:tc>
          <w:tcPr>
            <w:tcW w:type="dxa" w:w="1440"/>
          </w:tcPr>
          <w:p>
            <w:r>
              <w:t>应用经济学</w:t>
            </w:r>
          </w:p>
        </w:tc>
        <w:tc>
          <w:tcPr>
            <w:tcW w:type="dxa" w:w="1440"/>
          </w:tcPr>
          <w:p>
            <w:r/>
          </w:p>
        </w:tc>
      </w:tr>
      <w:tr>
        <w:tc>
          <w:tcPr>
            <w:tcW w:type="dxa" w:w="1440"/>
          </w:tcPr>
          <w:p>
            <w:r>
              <w:t>硕士</w:t>
            </w:r>
          </w:p>
        </w:tc>
        <w:tc>
          <w:tcPr>
            <w:tcW w:type="dxa" w:w="1440"/>
          </w:tcPr>
          <w:p>
            <w:r>
              <w:t>陈坤</w:t>
            </w:r>
          </w:p>
        </w:tc>
        <w:tc>
          <w:tcPr>
            <w:tcW w:type="dxa" w:w="1440"/>
          </w:tcPr>
          <w:p>
            <w:r>
              <w:t>经济与金融学院</w:t>
            </w:r>
          </w:p>
        </w:tc>
        <w:tc>
          <w:tcPr>
            <w:tcW w:type="dxa" w:w="1440"/>
          </w:tcPr>
          <w:p>
            <w:r>
              <w:t>020200</w:t>
            </w:r>
          </w:p>
        </w:tc>
        <w:tc>
          <w:tcPr>
            <w:tcW w:type="dxa" w:w="1440"/>
          </w:tcPr>
          <w:p>
            <w:r>
              <w:t>应用经济学</w:t>
            </w:r>
          </w:p>
        </w:tc>
        <w:tc>
          <w:tcPr>
            <w:tcW w:type="dxa" w:w="1440"/>
          </w:tcPr>
          <w:p>
            <w:r/>
          </w:p>
        </w:tc>
      </w:tr>
      <w:tr>
        <w:tc>
          <w:tcPr>
            <w:tcW w:type="dxa" w:w="1440"/>
          </w:tcPr>
          <w:p>
            <w:r>
              <w:t>硕士</w:t>
            </w:r>
          </w:p>
        </w:tc>
        <w:tc>
          <w:tcPr>
            <w:tcW w:type="dxa" w:w="1440"/>
          </w:tcPr>
          <w:p>
            <w:r>
              <w:t>李慧伦</w:t>
            </w:r>
          </w:p>
        </w:tc>
        <w:tc>
          <w:tcPr>
            <w:tcW w:type="dxa" w:w="1440"/>
          </w:tcPr>
          <w:p>
            <w:r>
              <w:t>经济与金融学院</w:t>
            </w:r>
          </w:p>
        </w:tc>
        <w:tc>
          <w:tcPr>
            <w:tcW w:type="dxa" w:w="1440"/>
          </w:tcPr>
          <w:p>
            <w:r>
              <w:t>020200</w:t>
            </w:r>
          </w:p>
        </w:tc>
        <w:tc>
          <w:tcPr>
            <w:tcW w:type="dxa" w:w="1440"/>
          </w:tcPr>
          <w:p>
            <w:r>
              <w:t>应用经济学</w:t>
            </w:r>
          </w:p>
        </w:tc>
        <w:tc>
          <w:tcPr>
            <w:tcW w:type="dxa" w:w="1440"/>
          </w:tcPr>
          <w:p>
            <w:r/>
          </w:p>
        </w:tc>
      </w:tr>
      <w:tr>
        <w:tc>
          <w:tcPr>
            <w:tcW w:type="dxa" w:w="1440"/>
          </w:tcPr>
          <w:p>
            <w:r>
              <w:t>硕士</w:t>
            </w:r>
          </w:p>
        </w:tc>
        <w:tc>
          <w:tcPr>
            <w:tcW w:type="dxa" w:w="1440"/>
          </w:tcPr>
          <w:p>
            <w:r>
              <w:t>刘一帆</w:t>
            </w:r>
          </w:p>
        </w:tc>
        <w:tc>
          <w:tcPr>
            <w:tcW w:type="dxa" w:w="1440"/>
          </w:tcPr>
          <w:p>
            <w:r>
              <w:t>经济与金融学院</w:t>
            </w:r>
          </w:p>
        </w:tc>
        <w:tc>
          <w:tcPr>
            <w:tcW w:type="dxa" w:w="1440"/>
          </w:tcPr>
          <w:p>
            <w:r>
              <w:t>020200</w:t>
            </w:r>
          </w:p>
        </w:tc>
        <w:tc>
          <w:tcPr>
            <w:tcW w:type="dxa" w:w="1440"/>
          </w:tcPr>
          <w:p>
            <w:r>
              <w:t>应用经济学</w:t>
            </w:r>
          </w:p>
        </w:tc>
        <w:tc>
          <w:tcPr>
            <w:tcW w:type="dxa" w:w="1440"/>
          </w:tcPr>
          <w:p>
            <w:r/>
          </w:p>
        </w:tc>
      </w:tr>
      <w:tr>
        <w:tc>
          <w:tcPr>
            <w:tcW w:type="dxa" w:w="1440"/>
          </w:tcPr>
          <w:p>
            <w:r>
              <w:t>硕士</w:t>
            </w:r>
          </w:p>
        </w:tc>
        <w:tc>
          <w:tcPr>
            <w:tcW w:type="dxa" w:w="1440"/>
          </w:tcPr>
          <w:p>
            <w:r>
              <w:t>齐新</w:t>
            </w:r>
          </w:p>
        </w:tc>
        <w:tc>
          <w:tcPr>
            <w:tcW w:type="dxa" w:w="1440"/>
          </w:tcPr>
          <w:p>
            <w:r>
              <w:t>经济与金融学院</w:t>
            </w:r>
          </w:p>
        </w:tc>
        <w:tc>
          <w:tcPr>
            <w:tcW w:type="dxa" w:w="1440"/>
          </w:tcPr>
          <w:p>
            <w:r>
              <w:t>020200</w:t>
            </w:r>
          </w:p>
        </w:tc>
        <w:tc>
          <w:tcPr>
            <w:tcW w:type="dxa" w:w="1440"/>
          </w:tcPr>
          <w:p>
            <w:r>
              <w:t>应用经济学</w:t>
            </w:r>
          </w:p>
        </w:tc>
        <w:tc>
          <w:tcPr>
            <w:tcW w:type="dxa" w:w="1440"/>
          </w:tcPr>
          <w:p>
            <w:r/>
          </w:p>
        </w:tc>
      </w:tr>
      <w:tr>
        <w:tc>
          <w:tcPr>
            <w:tcW w:type="dxa" w:w="1440"/>
          </w:tcPr>
          <w:p>
            <w:r>
              <w:t>硕士</w:t>
            </w:r>
          </w:p>
        </w:tc>
        <w:tc>
          <w:tcPr>
            <w:tcW w:type="dxa" w:w="1440"/>
          </w:tcPr>
          <w:p>
            <w:r>
              <w:t>刘若琳</w:t>
            </w:r>
          </w:p>
        </w:tc>
        <w:tc>
          <w:tcPr>
            <w:tcW w:type="dxa" w:w="1440"/>
          </w:tcPr>
          <w:p>
            <w:r>
              <w:t>经济与金融学院</w:t>
            </w:r>
          </w:p>
        </w:tc>
        <w:tc>
          <w:tcPr>
            <w:tcW w:type="dxa" w:w="1440"/>
          </w:tcPr>
          <w:p>
            <w:r>
              <w:t>020200</w:t>
            </w:r>
          </w:p>
        </w:tc>
        <w:tc>
          <w:tcPr>
            <w:tcW w:type="dxa" w:w="1440"/>
          </w:tcPr>
          <w:p>
            <w:r>
              <w:t>应用经济学</w:t>
            </w:r>
          </w:p>
        </w:tc>
        <w:tc>
          <w:tcPr>
            <w:tcW w:type="dxa" w:w="1440"/>
          </w:tcPr>
          <w:p>
            <w:r/>
          </w:p>
        </w:tc>
      </w:tr>
      <w:tr>
        <w:tc>
          <w:tcPr>
            <w:tcW w:type="dxa" w:w="1440"/>
          </w:tcPr>
          <w:p>
            <w:r>
              <w:t>硕士</w:t>
            </w:r>
          </w:p>
        </w:tc>
        <w:tc>
          <w:tcPr>
            <w:tcW w:type="dxa" w:w="1440"/>
          </w:tcPr>
          <w:p>
            <w:r>
              <w:t>吴越</w:t>
            </w:r>
          </w:p>
        </w:tc>
        <w:tc>
          <w:tcPr>
            <w:tcW w:type="dxa" w:w="1440"/>
          </w:tcPr>
          <w:p>
            <w:r>
              <w:t>经济与金融学院</w:t>
            </w:r>
          </w:p>
        </w:tc>
        <w:tc>
          <w:tcPr>
            <w:tcW w:type="dxa" w:w="1440"/>
          </w:tcPr>
          <w:p>
            <w:r>
              <w:t>020200</w:t>
            </w:r>
          </w:p>
        </w:tc>
        <w:tc>
          <w:tcPr>
            <w:tcW w:type="dxa" w:w="1440"/>
          </w:tcPr>
          <w:p>
            <w:r>
              <w:t>应用经济学</w:t>
            </w:r>
          </w:p>
        </w:tc>
        <w:tc>
          <w:tcPr>
            <w:tcW w:type="dxa" w:w="1440"/>
          </w:tcPr>
          <w:p>
            <w:r/>
          </w:p>
        </w:tc>
      </w:tr>
      <w:tr>
        <w:tc>
          <w:tcPr>
            <w:tcW w:type="dxa" w:w="1440"/>
          </w:tcPr>
          <w:p>
            <w:r>
              <w:t>硕士</w:t>
            </w:r>
          </w:p>
        </w:tc>
        <w:tc>
          <w:tcPr>
            <w:tcW w:type="dxa" w:w="1440"/>
          </w:tcPr>
          <w:p>
            <w:r>
              <w:t>刘莹</w:t>
            </w:r>
          </w:p>
        </w:tc>
        <w:tc>
          <w:tcPr>
            <w:tcW w:type="dxa" w:w="1440"/>
          </w:tcPr>
          <w:p>
            <w:r>
              <w:t>经济与金融学院</w:t>
            </w:r>
          </w:p>
        </w:tc>
        <w:tc>
          <w:tcPr>
            <w:tcW w:type="dxa" w:w="1440"/>
          </w:tcPr>
          <w:p>
            <w:r>
              <w:t>020200</w:t>
            </w:r>
          </w:p>
        </w:tc>
        <w:tc>
          <w:tcPr>
            <w:tcW w:type="dxa" w:w="1440"/>
          </w:tcPr>
          <w:p>
            <w:r>
              <w:t>应用经济学</w:t>
            </w:r>
          </w:p>
        </w:tc>
        <w:tc>
          <w:tcPr>
            <w:tcW w:type="dxa" w:w="1440"/>
          </w:tcPr>
          <w:p>
            <w:r/>
          </w:p>
        </w:tc>
      </w:tr>
      <w:tr>
        <w:tc>
          <w:tcPr>
            <w:tcW w:type="dxa" w:w="1440"/>
          </w:tcPr>
          <w:p>
            <w:r>
              <w:t>硕士</w:t>
            </w:r>
          </w:p>
        </w:tc>
        <w:tc>
          <w:tcPr>
            <w:tcW w:type="dxa" w:w="1440"/>
          </w:tcPr>
          <w:p>
            <w:r>
              <w:t>龙钰文</w:t>
            </w:r>
          </w:p>
        </w:tc>
        <w:tc>
          <w:tcPr>
            <w:tcW w:type="dxa" w:w="1440"/>
          </w:tcPr>
          <w:p>
            <w:r>
              <w:t>经济与金融学院</w:t>
            </w:r>
          </w:p>
        </w:tc>
        <w:tc>
          <w:tcPr>
            <w:tcW w:type="dxa" w:w="1440"/>
          </w:tcPr>
          <w:p>
            <w:r>
              <w:t>020200</w:t>
            </w:r>
          </w:p>
        </w:tc>
        <w:tc>
          <w:tcPr>
            <w:tcW w:type="dxa" w:w="1440"/>
          </w:tcPr>
          <w:p>
            <w:r>
              <w:t>应用经济学</w:t>
            </w:r>
          </w:p>
        </w:tc>
        <w:tc>
          <w:tcPr>
            <w:tcW w:type="dxa" w:w="1440"/>
          </w:tcPr>
          <w:p>
            <w:r/>
          </w:p>
        </w:tc>
      </w:tr>
      <w:tr>
        <w:tc>
          <w:tcPr>
            <w:tcW w:type="dxa" w:w="1440"/>
          </w:tcPr>
          <w:p>
            <w:r>
              <w:t>硕士</w:t>
            </w:r>
          </w:p>
        </w:tc>
        <w:tc>
          <w:tcPr>
            <w:tcW w:type="dxa" w:w="1440"/>
          </w:tcPr>
          <w:p>
            <w:r>
              <w:t>叶卓</w:t>
            </w:r>
          </w:p>
        </w:tc>
        <w:tc>
          <w:tcPr>
            <w:tcW w:type="dxa" w:w="1440"/>
          </w:tcPr>
          <w:p>
            <w:r>
              <w:t>经济与金融学院</w:t>
            </w:r>
          </w:p>
        </w:tc>
        <w:tc>
          <w:tcPr>
            <w:tcW w:type="dxa" w:w="1440"/>
          </w:tcPr>
          <w:p>
            <w:r>
              <w:t>020200</w:t>
            </w:r>
          </w:p>
        </w:tc>
        <w:tc>
          <w:tcPr>
            <w:tcW w:type="dxa" w:w="1440"/>
          </w:tcPr>
          <w:p>
            <w:r>
              <w:t>应用经济学</w:t>
            </w:r>
          </w:p>
        </w:tc>
        <w:tc>
          <w:tcPr>
            <w:tcW w:type="dxa" w:w="1440"/>
          </w:tcPr>
          <w:p>
            <w:r/>
          </w:p>
        </w:tc>
      </w:tr>
      <w:tr>
        <w:tc>
          <w:tcPr>
            <w:tcW w:type="dxa" w:w="1440"/>
          </w:tcPr>
          <w:p>
            <w:r>
              <w:t>硕士</w:t>
            </w:r>
          </w:p>
        </w:tc>
        <w:tc>
          <w:tcPr>
            <w:tcW w:type="dxa" w:w="1440"/>
          </w:tcPr>
          <w:p>
            <w:r>
              <w:t>宋瑾瑾</w:t>
            </w:r>
          </w:p>
        </w:tc>
        <w:tc>
          <w:tcPr>
            <w:tcW w:type="dxa" w:w="1440"/>
          </w:tcPr>
          <w:p>
            <w:r>
              <w:t>经济与金融学院</w:t>
            </w:r>
          </w:p>
        </w:tc>
        <w:tc>
          <w:tcPr>
            <w:tcW w:type="dxa" w:w="1440"/>
          </w:tcPr>
          <w:p>
            <w:r>
              <w:t>020200</w:t>
            </w:r>
          </w:p>
        </w:tc>
        <w:tc>
          <w:tcPr>
            <w:tcW w:type="dxa" w:w="1440"/>
          </w:tcPr>
          <w:p>
            <w:r>
              <w:t>应用经济学</w:t>
            </w:r>
          </w:p>
        </w:tc>
        <w:tc>
          <w:tcPr>
            <w:tcW w:type="dxa" w:w="1440"/>
          </w:tcPr>
          <w:p>
            <w:r/>
          </w:p>
        </w:tc>
      </w:tr>
      <w:tr>
        <w:tc>
          <w:tcPr>
            <w:tcW w:type="dxa" w:w="1440"/>
          </w:tcPr>
          <w:p>
            <w:r>
              <w:t>硕士</w:t>
            </w:r>
          </w:p>
        </w:tc>
        <w:tc>
          <w:tcPr>
            <w:tcW w:type="dxa" w:w="1440"/>
          </w:tcPr>
          <w:p>
            <w:r>
              <w:t>孙梦琪</w:t>
            </w:r>
          </w:p>
        </w:tc>
        <w:tc>
          <w:tcPr>
            <w:tcW w:type="dxa" w:w="1440"/>
          </w:tcPr>
          <w:p>
            <w:r>
              <w:t>经济与金融学院</w:t>
            </w:r>
          </w:p>
        </w:tc>
        <w:tc>
          <w:tcPr>
            <w:tcW w:type="dxa" w:w="1440"/>
          </w:tcPr>
          <w:p>
            <w:r>
              <w:t>020200</w:t>
            </w:r>
          </w:p>
        </w:tc>
        <w:tc>
          <w:tcPr>
            <w:tcW w:type="dxa" w:w="1440"/>
          </w:tcPr>
          <w:p>
            <w:r>
              <w:t>应用经济学</w:t>
            </w:r>
          </w:p>
        </w:tc>
        <w:tc>
          <w:tcPr>
            <w:tcW w:type="dxa" w:w="1440"/>
          </w:tcPr>
          <w:p>
            <w:r/>
          </w:p>
        </w:tc>
      </w:tr>
      <w:tr>
        <w:tc>
          <w:tcPr>
            <w:tcW w:type="dxa" w:w="1440"/>
          </w:tcPr>
          <w:p>
            <w:r>
              <w:t>硕士</w:t>
            </w:r>
          </w:p>
        </w:tc>
        <w:tc>
          <w:tcPr>
            <w:tcW w:type="dxa" w:w="1440"/>
          </w:tcPr>
          <w:p>
            <w:r>
              <w:t>李文博</w:t>
            </w:r>
          </w:p>
        </w:tc>
        <w:tc>
          <w:tcPr>
            <w:tcW w:type="dxa" w:w="1440"/>
          </w:tcPr>
          <w:p>
            <w:r>
              <w:t>经济与金融学院</w:t>
            </w:r>
          </w:p>
        </w:tc>
        <w:tc>
          <w:tcPr>
            <w:tcW w:type="dxa" w:w="1440"/>
          </w:tcPr>
          <w:p>
            <w:r>
              <w:t>020200</w:t>
            </w:r>
          </w:p>
        </w:tc>
        <w:tc>
          <w:tcPr>
            <w:tcW w:type="dxa" w:w="1440"/>
          </w:tcPr>
          <w:p>
            <w:r>
              <w:t>应用经济学</w:t>
            </w:r>
          </w:p>
        </w:tc>
        <w:tc>
          <w:tcPr>
            <w:tcW w:type="dxa" w:w="1440"/>
          </w:tcPr>
          <w:p>
            <w:r/>
          </w:p>
        </w:tc>
      </w:tr>
      <w:tr>
        <w:tc>
          <w:tcPr>
            <w:tcW w:type="dxa" w:w="1440"/>
          </w:tcPr>
          <w:p>
            <w:r>
              <w:t>硕士</w:t>
            </w:r>
          </w:p>
        </w:tc>
        <w:tc>
          <w:tcPr>
            <w:tcW w:type="dxa" w:w="1440"/>
          </w:tcPr>
          <w:p>
            <w:r>
              <w:t>杨艳</w:t>
            </w:r>
          </w:p>
        </w:tc>
        <w:tc>
          <w:tcPr>
            <w:tcW w:type="dxa" w:w="1440"/>
          </w:tcPr>
          <w:p>
            <w:r>
              <w:t>经济与金融学院</w:t>
            </w:r>
          </w:p>
        </w:tc>
        <w:tc>
          <w:tcPr>
            <w:tcW w:type="dxa" w:w="1440"/>
          </w:tcPr>
          <w:p>
            <w:r>
              <w:t>020200</w:t>
            </w:r>
          </w:p>
        </w:tc>
        <w:tc>
          <w:tcPr>
            <w:tcW w:type="dxa" w:w="1440"/>
          </w:tcPr>
          <w:p>
            <w:r>
              <w:t>应用经济学</w:t>
            </w:r>
          </w:p>
        </w:tc>
        <w:tc>
          <w:tcPr>
            <w:tcW w:type="dxa" w:w="1440"/>
          </w:tcPr>
          <w:p>
            <w:r/>
          </w:p>
        </w:tc>
      </w:tr>
      <w:tr>
        <w:tc>
          <w:tcPr>
            <w:tcW w:type="dxa" w:w="1440"/>
          </w:tcPr>
          <w:p>
            <w:r>
              <w:t>硕士</w:t>
            </w:r>
          </w:p>
        </w:tc>
        <w:tc>
          <w:tcPr>
            <w:tcW w:type="dxa" w:w="1440"/>
          </w:tcPr>
          <w:p>
            <w:r>
              <w:t>李嘉馨</w:t>
            </w:r>
          </w:p>
        </w:tc>
        <w:tc>
          <w:tcPr>
            <w:tcW w:type="dxa" w:w="1440"/>
          </w:tcPr>
          <w:p>
            <w:r>
              <w:t>经济与金融学院</w:t>
            </w:r>
          </w:p>
        </w:tc>
        <w:tc>
          <w:tcPr>
            <w:tcW w:type="dxa" w:w="1440"/>
          </w:tcPr>
          <w:p>
            <w:r>
              <w:t>0714Z1</w:t>
            </w:r>
          </w:p>
        </w:tc>
        <w:tc>
          <w:tcPr>
            <w:tcW w:type="dxa" w:w="1440"/>
          </w:tcPr>
          <w:p>
            <w:r>
              <w:t>社会经济统计学</w:t>
            </w:r>
          </w:p>
        </w:tc>
        <w:tc>
          <w:tcPr>
            <w:tcW w:type="dxa" w:w="1440"/>
          </w:tcPr>
          <w:p>
            <w:r/>
          </w:p>
        </w:tc>
      </w:tr>
      <w:tr>
        <w:tc>
          <w:tcPr>
            <w:tcW w:type="dxa" w:w="1440"/>
          </w:tcPr>
          <w:p>
            <w:r>
              <w:t>硕士</w:t>
            </w:r>
          </w:p>
        </w:tc>
        <w:tc>
          <w:tcPr>
            <w:tcW w:type="dxa" w:w="1440"/>
          </w:tcPr>
          <w:p>
            <w:r>
              <w:t>任众玥</w:t>
            </w:r>
          </w:p>
        </w:tc>
        <w:tc>
          <w:tcPr>
            <w:tcW w:type="dxa" w:w="1440"/>
          </w:tcPr>
          <w:p>
            <w:r>
              <w:t>经济与金融学院</w:t>
            </w:r>
          </w:p>
        </w:tc>
        <w:tc>
          <w:tcPr>
            <w:tcW w:type="dxa" w:w="1440"/>
          </w:tcPr>
          <w:p>
            <w:r>
              <w:t>0714Z1</w:t>
            </w:r>
          </w:p>
        </w:tc>
        <w:tc>
          <w:tcPr>
            <w:tcW w:type="dxa" w:w="1440"/>
          </w:tcPr>
          <w:p>
            <w:r>
              <w:t>社会经济统计学</w:t>
            </w:r>
          </w:p>
        </w:tc>
        <w:tc>
          <w:tcPr>
            <w:tcW w:type="dxa" w:w="1440"/>
          </w:tcPr>
          <w:p>
            <w:r/>
          </w:p>
        </w:tc>
      </w:tr>
      <w:tr>
        <w:tc>
          <w:tcPr>
            <w:tcW w:type="dxa" w:w="1440"/>
          </w:tcPr>
          <w:p>
            <w:r>
              <w:t>硕士</w:t>
            </w:r>
          </w:p>
        </w:tc>
        <w:tc>
          <w:tcPr>
            <w:tcW w:type="dxa" w:w="1440"/>
          </w:tcPr>
          <w:p>
            <w:r>
              <w:t>包章愉</w:t>
            </w:r>
          </w:p>
        </w:tc>
        <w:tc>
          <w:tcPr>
            <w:tcW w:type="dxa" w:w="1440"/>
          </w:tcPr>
          <w:p>
            <w:r>
              <w:t>经济与金融学院</w:t>
            </w:r>
          </w:p>
        </w:tc>
        <w:tc>
          <w:tcPr>
            <w:tcW w:type="dxa" w:w="1440"/>
          </w:tcPr>
          <w:p>
            <w:r>
              <w:t>0714Z1</w:t>
            </w:r>
          </w:p>
        </w:tc>
        <w:tc>
          <w:tcPr>
            <w:tcW w:type="dxa" w:w="1440"/>
          </w:tcPr>
          <w:p>
            <w:r>
              <w:t>社会经济统计学</w:t>
            </w:r>
          </w:p>
        </w:tc>
        <w:tc>
          <w:tcPr>
            <w:tcW w:type="dxa" w:w="1440"/>
          </w:tcPr>
          <w:p>
            <w:r/>
          </w:p>
        </w:tc>
      </w:tr>
      <w:tr>
        <w:tc>
          <w:tcPr>
            <w:tcW w:type="dxa" w:w="1440"/>
          </w:tcPr>
          <w:p>
            <w:r>
              <w:t>硕士</w:t>
            </w:r>
          </w:p>
        </w:tc>
        <w:tc>
          <w:tcPr>
            <w:tcW w:type="dxa" w:w="1440"/>
          </w:tcPr>
          <w:p>
            <w:r>
              <w:t>张燕林</w:t>
            </w:r>
          </w:p>
        </w:tc>
        <w:tc>
          <w:tcPr>
            <w:tcW w:type="dxa" w:w="1440"/>
          </w:tcPr>
          <w:p>
            <w:r>
              <w:t>经济与金融学院</w:t>
            </w:r>
          </w:p>
        </w:tc>
        <w:tc>
          <w:tcPr>
            <w:tcW w:type="dxa" w:w="1440"/>
          </w:tcPr>
          <w:p>
            <w:r>
              <w:t>0714Z1</w:t>
            </w:r>
          </w:p>
        </w:tc>
        <w:tc>
          <w:tcPr>
            <w:tcW w:type="dxa" w:w="1440"/>
          </w:tcPr>
          <w:p>
            <w:r>
              <w:t>社会经济统计学</w:t>
            </w:r>
          </w:p>
        </w:tc>
        <w:tc>
          <w:tcPr>
            <w:tcW w:type="dxa" w:w="1440"/>
          </w:tcPr>
          <w:p>
            <w:r/>
          </w:p>
        </w:tc>
      </w:tr>
      <w:tr>
        <w:tc>
          <w:tcPr>
            <w:tcW w:type="dxa" w:w="1440"/>
          </w:tcPr>
          <w:p>
            <w:r>
              <w:t>硕士</w:t>
            </w:r>
          </w:p>
        </w:tc>
        <w:tc>
          <w:tcPr>
            <w:tcW w:type="dxa" w:w="1440"/>
          </w:tcPr>
          <w:p>
            <w:r>
              <w:t>姜同贺</w:t>
            </w:r>
          </w:p>
        </w:tc>
        <w:tc>
          <w:tcPr>
            <w:tcW w:type="dxa" w:w="1440"/>
          </w:tcPr>
          <w:p>
            <w:r>
              <w:t>经济与金融学院</w:t>
            </w:r>
          </w:p>
        </w:tc>
        <w:tc>
          <w:tcPr>
            <w:tcW w:type="dxa" w:w="1440"/>
          </w:tcPr>
          <w:p>
            <w:r>
              <w:t>025100</w:t>
            </w:r>
          </w:p>
        </w:tc>
        <w:tc>
          <w:tcPr>
            <w:tcW w:type="dxa" w:w="1440"/>
          </w:tcPr>
          <w:p>
            <w:r>
              <w:t>金融</w:t>
            </w:r>
          </w:p>
        </w:tc>
        <w:tc>
          <w:tcPr>
            <w:tcW w:type="dxa" w:w="1440"/>
          </w:tcPr>
          <w:p>
            <w:r/>
          </w:p>
        </w:tc>
      </w:tr>
      <w:tr>
        <w:tc>
          <w:tcPr>
            <w:tcW w:type="dxa" w:w="1440"/>
          </w:tcPr>
          <w:p>
            <w:r>
              <w:t>硕士</w:t>
            </w:r>
          </w:p>
        </w:tc>
        <w:tc>
          <w:tcPr>
            <w:tcW w:type="dxa" w:w="1440"/>
          </w:tcPr>
          <w:p>
            <w:r>
              <w:t>叶小蕾</w:t>
            </w:r>
          </w:p>
        </w:tc>
        <w:tc>
          <w:tcPr>
            <w:tcW w:type="dxa" w:w="1440"/>
          </w:tcPr>
          <w:p>
            <w:r>
              <w:t>经济与金融学院</w:t>
            </w:r>
          </w:p>
        </w:tc>
        <w:tc>
          <w:tcPr>
            <w:tcW w:type="dxa" w:w="1440"/>
          </w:tcPr>
          <w:p>
            <w:r>
              <w:t>025100</w:t>
            </w:r>
          </w:p>
        </w:tc>
        <w:tc>
          <w:tcPr>
            <w:tcW w:type="dxa" w:w="1440"/>
          </w:tcPr>
          <w:p>
            <w:r>
              <w:t>金融</w:t>
            </w:r>
          </w:p>
        </w:tc>
        <w:tc>
          <w:tcPr>
            <w:tcW w:type="dxa" w:w="1440"/>
          </w:tcPr>
          <w:p>
            <w:r/>
          </w:p>
        </w:tc>
      </w:tr>
      <w:tr>
        <w:tc>
          <w:tcPr>
            <w:tcW w:type="dxa" w:w="1440"/>
          </w:tcPr>
          <w:p>
            <w:r>
              <w:t>硕士</w:t>
            </w:r>
          </w:p>
        </w:tc>
        <w:tc>
          <w:tcPr>
            <w:tcW w:type="dxa" w:w="1440"/>
          </w:tcPr>
          <w:p>
            <w:r>
              <w:t>於文婷</w:t>
            </w:r>
          </w:p>
        </w:tc>
        <w:tc>
          <w:tcPr>
            <w:tcW w:type="dxa" w:w="1440"/>
          </w:tcPr>
          <w:p>
            <w:r>
              <w:t>经济与金融学院</w:t>
            </w:r>
          </w:p>
        </w:tc>
        <w:tc>
          <w:tcPr>
            <w:tcW w:type="dxa" w:w="1440"/>
          </w:tcPr>
          <w:p>
            <w:r>
              <w:t>025100</w:t>
            </w:r>
          </w:p>
        </w:tc>
        <w:tc>
          <w:tcPr>
            <w:tcW w:type="dxa" w:w="1440"/>
          </w:tcPr>
          <w:p>
            <w:r>
              <w:t>金融</w:t>
            </w:r>
          </w:p>
        </w:tc>
        <w:tc>
          <w:tcPr>
            <w:tcW w:type="dxa" w:w="1440"/>
          </w:tcPr>
          <w:p>
            <w:r/>
          </w:p>
        </w:tc>
      </w:tr>
      <w:tr>
        <w:tc>
          <w:tcPr>
            <w:tcW w:type="dxa" w:w="1440"/>
          </w:tcPr>
          <w:p>
            <w:r>
              <w:t>硕士</w:t>
            </w:r>
          </w:p>
        </w:tc>
        <w:tc>
          <w:tcPr>
            <w:tcW w:type="dxa" w:w="1440"/>
          </w:tcPr>
          <w:p>
            <w:r>
              <w:t>朱璨</w:t>
            </w:r>
          </w:p>
        </w:tc>
        <w:tc>
          <w:tcPr>
            <w:tcW w:type="dxa" w:w="1440"/>
          </w:tcPr>
          <w:p>
            <w:r>
              <w:t>经济与金融学院</w:t>
            </w:r>
          </w:p>
        </w:tc>
        <w:tc>
          <w:tcPr>
            <w:tcW w:type="dxa" w:w="1440"/>
          </w:tcPr>
          <w:p>
            <w:r>
              <w:t>025100</w:t>
            </w:r>
          </w:p>
        </w:tc>
        <w:tc>
          <w:tcPr>
            <w:tcW w:type="dxa" w:w="1440"/>
          </w:tcPr>
          <w:p>
            <w:r>
              <w:t>金融</w:t>
            </w:r>
          </w:p>
        </w:tc>
        <w:tc>
          <w:tcPr>
            <w:tcW w:type="dxa" w:w="1440"/>
          </w:tcPr>
          <w:p>
            <w:r/>
          </w:p>
        </w:tc>
      </w:tr>
      <w:tr>
        <w:tc>
          <w:tcPr>
            <w:tcW w:type="dxa" w:w="1440"/>
          </w:tcPr>
          <w:p>
            <w:r>
              <w:t>硕士</w:t>
            </w:r>
          </w:p>
        </w:tc>
        <w:tc>
          <w:tcPr>
            <w:tcW w:type="dxa" w:w="1440"/>
          </w:tcPr>
          <w:p>
            <w:r>
              <w:t>周梦琦</w:t>
            </w:r>
          </w:p>
        </w:tc>
        <w:tc>
          <w:tcPr>
            <w:tcW w:type="dxa" w:w="1440"/>
          </w:tcPr>
          <w:p>
            <w:r>
              <w:t>经济与金融学院</w:t>
            </w:r>
          </w:p>
        </w:tc>
        <w:tc>
          <w:tcPr>
            <w:tcW w:type="dxa" w:w="1440"/>
          </w:tcPr>
          <w:p>
            <w:r>
              <w:t>025100</w:t>
            </w:r>
          </w:p>
        </w:tc>
        <w:tc>
          <w:tcPr>
            <w:tcW w:type="dxa" w:w="1440"/>
          </w:tcPr>
          <w:p>
            <w:r>
              <w:t>金融</w:t>
            </w:r>
          </w:p>
        </w:tc>
        <w:tc>
          <w:tcPr>
            <w:tcW w:type="dxa" w:w="1440"/>
          </w:tcPr>
          <w:p>
            <w:r/>
          </w:p>
        </w:tc>
      </w:tr>
      <w:tr>
        <w:tc>
          <w:tcPr>
            <w:tcW w:type="dxa" w:w="1440"/>
          </w:tcPr>
          <w:p>
            <w:r>
              <w:t>硕士</w:t>
            </w:r>
          </w:p>
        </w:tc>
        <w:tc>
          <w:tcPr>
            <w:tcW w:type="dxa" w:w="1440"/>
          </w:tcPr>
          <w:p>
            <w:r>
              <w:t>曹明青</w:t>
            </w:r>
          </w:p>
        </w:tc>
        <w:tc>
          <w:tcPr>
            <w:tcW w:type="dxa" w:w="1440"/>
          </w:tcPr>
          <w:p>
            <w:r>
              <w:t>经济与金融学院</w:t>
            </w:r>
          </w:p>
        </w:tc>
        <w:tc>
          <w:tcPr>
            <w:tcW w:type="dxa" w:w="1440"/>
          </w:tcPr>
          <w:p>
            <w:r>
              <w:t>025100</w:t>
            </w:r>
          </w:p>
        </w:tc>
        <w:tc>
          <w:tcPr>
            <w:tcW w:type="dxa" w:w="1440"/>
          </w:tcPr>
          <w:p>
            <w:r>
              <w:t>金融</w:t>
            </w:r>
          </w:p>
        </w:tc>
        <w:tc>
          <w:tcPr>
            <w:tcW w:type="dxa" w:w="1440"/>
          </w:tcPr>
          <w:p>
            <w:r/>
          </w:p>
        </w:tc>
      </w:tr>
      <w:tr>
        <w:tc>
          <w:tcPr>
            <w:tcW w:type="dxa" w:w="1440"/>
          </w:tcPr>
          <w:p>
            <w:r>
              <w:t>硕士</w:t>
            </w:r>
          </w:p>
        </w:tc>
        <w:tc>
          <w:tcPr>
            <w:tcW w:type="dxa" w:w="1440"/>
          </w:tcPr>
          <w:p>
            <w:r>
              <w:t>贾琪</w:t>
            </w:r>
          </w:p>
        </w:tc>
        <w:tc>
          <w:tcPr>
            <w:tcW w:type="dxa" w:w="1440"/>
          </w:tcPr>
          <w:p>
            <w:r>
              <w:t>经济与金融学院</w:t>
            </w:r>
          </w:p>
        </w:tc>
        <w:tc>
          <w:tcPr>
            <w:tcW w:type="dxa" w:w="1440"/>
          </w:tcPr>
          <w:p>
            <w:r>
              <w:t>025100</w:t>
            </w:r>
          </w:p>
        </w:tc>
        <w:tc>
          <w:tcPr>
            <w:tcW w:type="dxa" w:w="1440"/>
          </w:tcPr>
          <w:p>
            <w:r>
              <w:t>金融</w:t>
            </w:r>
          </w:p>
        </w:tc>
        <w:tc>
          <w:tcPr>
            <w:tcW w:type="dxa" w:w="1440"/>
          </w:tcPr>
          <w:p>
            <w:r/>
          </w:p>
        </w:tc>
      </w:tr>
      <w:tr>
        <w:tc>
          <w:tcPr>
            <w:tcW w:type="dxa" w:w="1440"/>
          </w:tcPr>
          <w:p>
            <w:r>
              <w:t>硕士</w:t>
            </w:r>
          </w:p>
        </w:tc>
        <w:tc>
          <w:tcPr>
            <w:tcW w:type="dxa" w:w="1440"/>
          </w:tcPr>
          <w:p>
            <w:r>
              <w:t>杨露</w:t>
            </w:r>
          </w:p>
        </w:tc>
        <w:tc>
          <w:tcPr>
            <w:tcW w:type="dxa" w:w="1440"/>
          </w:tcPr>
          <w:p>
            <w:r>
              <w:t>经济与金融学院</w:t>
            </w:r>
          </w:p>
        </w:tc>
        <w:tc>
          <w:tcPr>
            <w:tcW w:type="dxa" w:w="1440"/>
          </w:tcPr>
          <w:p>
            <w:r>
              <w:t>025100</w:t>
            </w:r>
          </w:p>
        </w:tc>
        <w:tc>
          <w:tcPr>
            <w:tcW w:type="dxa" w:w="1440"/>
          </w:tcPr>
          <w:p>
            <w:r>
              <w:t>金融</w:t>
            </w:r>
          </w:p>
        </w:tc>
        <w:tc>
          <w:tcPr>
            <w:tcW w:type="dxa" w:w="1440"/>
          </w:tcPr>
          <w:p>
            <w:r/>
          </w:p>
        </w:tc>
      </w:tr>
      <w:tr>
        <w:tc>
          <w:tcPr>
            <w:tcW w:type="dxa" w:w="1440"/>
          </w:tcPr>
          <w:p>
            <w:r>
              <w:t>硕士</w:t>
            </w:r>
          </w:p>
        </w:tc>
        <w:tc>
          <w:tcPr>
            <w:tcW w:type="dxa" w:w="1440"/>
          </w:tcPr>
          <w:p>
            <w:r>
              <w:t>孙芸颖</w:t>
            </w:r>
          </w:p>
        </w:tc>
        <w:tc>
          <w:tcPr>
            <w:tcW w:type="dxa" w:w="1440"/>
          </w:tcPr>
          <w:p>
            <w:r>
              <w:t>经济与金融学院</w:t>
            </w:r>
          </w:p>
        </w:tc>
        <w:tc>
          <w:tcPr>
            <w:tcW w:type="dxa" w:w="1440"/>
          </w:tcPr>
          <w:p>
            <w:r>
              <w:t>025400</w:t>
            </w:r>
          </w:p>
        </w:tc>
        <w:tc>
          <w:tcPr>
            <w:tcW w:type="dxa" w:w="1440"/>
          </w:tcPr>
          <w:p>
            <w:r>
              <w:t>国际商务</w:t>
            </w:r>
          </w:p>
        </w:tc>
        <w:tc>
          <w:tcPr>
            <w:tcW w:type="dxa" w:w="1440"/>
          </w:tcPr>
          <w:p>
            <w:r/>
          </w:p>
        </w:tc>
      </w:tr>
      <w:tr>
        <w:tc>
          <w:tcPr>
            <w:tcW w:type="dxa" w:w="1440"/>
          </w:tcPr>
          <w:p>
            <w:r>
              <w:t>硕士</w:t>
            </w:r>
          </w:p>
        </w:tc>
        <w:tc>
          <w:tcPr>
            <w:tcW w:type="dxa" w:w="1440"/>
          </w:tcPr>
          <w:p>
            <w:r>
              <w:t>范纯</w:t>
            </w:r>
          </w:p>
        </w:tc>
        <w:tc>
          <w:tcPr>
            <w:tcW w:type="dxa" w:w="1440"/>
          </w:tcPr>
          <w:p>
            <w:r>
              <w:t>经济与金融学院</w:t>
            </w:r>
          </w:p>
        </w:tc>
        <w:tc>
          <w:tcPr>
            <w:tcW w:type="dxa" w:w="1440"/>
          </w:tcPr>
          <w:p>
            <w:r>
              <w:t>025400</w:t>
            </w:r>
          </w:p>
        </w:tc>
        <w:tc>
          <w:tcPr>
            <w:tcW w:type="dxa" w:w="1440"/>
          </w:tcPr>
          <w:p>
            <w:r>
              <w:t>国际商务</w:t>
            </w:r>
          </w:p>
        </w:tc>
        <w:tc>
          <w:tcPr>
            <w:tcW w:type="dxa" w:w="1440"/>
          </w:tcPr>
          <w:p>
            <w:r/>
          </w:p>
        </w:tc>
      </w:tr>
      <w:tr>
        <w:tc>
          <w:tcPr>
            <w:tcW w:type="dxa" w:w="1440"/>
          </w:tcPr>
          <w:p>
            <w:r>
              <w:t>硕士</w:t>
            </w:r>
          </w:p>
        </w:tc>
        <w:tc>
          <w:tcPr>
            <w:tcW w:type="dxa" w:w="1440"/>
          </w:tcPr>
          <w:p>
            <w:r>
              <w:t>崔羽婕</w:t>
            </w:r>
          </w:p>
        </w:tc>
        <w:tc>
          <w:tcPr>
            <w:tcW w:type="dxa" w:w="1440"/>
          </w:tcPr>
          <w:p>
            <w:r>
              <w:t>经济与金融学院</w:t>
            </w:r>
          </w:p>
        </w:tc>
        <w:tc>
          <w:tcPr>
            <w:tcW w:type="dxa" w:w="1440"/>
          </w:tcPr>
          <w:p>
            <w:r>
              <w:t>025400</w:t>
            </w:r>
          </w:p>
        </w:tc>
        <w:tc>
          <w:tcPr>
            <w:tcW w:type="dxa" w:w="1440"/>
          </w:tcPr>
          <w:p>
            <w:r>
              <w:t>国际商务</w:t>
            </w:r>
          </w:p>
        </w:tc>
        <w:tc>
          <w:tcPr>
            <w:tcW w:type="dxa" w:w="1440"/>
          </w:tcPr>
          <w:p>
            <w:r/>
          </w:p>
        </w:tc>
      </w:tr>
      <w:tr>
        <w:tc>
          <w:tcPr>
            <w:tcW w:type="dxa" w:w="1440"/>
          </w:tcPr>
          <w:p>
            <w:r>
              <w:t>硕士</w:t>
            </w:r>
          </w:p>
        </w:tc>
        <w:tc>
          <w:tcPr>
            <w:tcW w:type="dxa" w:w="1440"/>
          </w:tcPr>
          <w:p>
            <w:r>
              <w:t>周飞扬</w:t>
            </w:r>
          </w:p>
        </w:tc>
        <w:tc>
          <w:tcPr>
            <w:tcW w:type="dxa" w:w="1440"/>
          </w:tcPr>
          <w:p>
            <w:r>
              <w:t>经济与金融学院</w:t>
            </w:r>
          </w:p>
        </w:tc>
        <w:tc>
          <w:tcPr>
            <w:tcW w:type="dxa" w:w="1440"/>
          </w:tcPr>
          <w:p>
            <w:r>
              <w:t>025400</w:t>
            </w:r>
          </w:p>
        </w:tc>
        <w:tc>
          <w:tcPr>
            <w:tcW w:type="dxa" w:w="1440"/>
          </w:tcPr>
          <w:p>
            <w:r>
              <w:t>国际商务</w:t>
            </w:r>
          </w:p>
        </w:tc>
        <w:tc>
          <w:tcPr>
            <w:tcW w:type="dxa" w:w="1440"/>
          </w:tcPr>
          <w:p>
            <w:r/>
          </w:p>
        </w:tc>
      </w:tr>
      <w:tr>
        <w:tc>
          <w:tcPr>
            <w:tcW w:type="dxa" w:w="1440"/>
          </w:tcPr>
          <w:p>
            <w:r>
              <w:t>硕士</w:t>
            </w:r>
          </w:p>
        </w:tc>
        <w:tc>
          <w:tcPr>
            <w:tcW w:type="dxa" w:w="1440"/>
          </w:tcPr>
          <w:p>
            <w:r>
              <w:t>杨卉怡</w:t>
            </w:r>
          </w:p>
        </w:tc>
        <w:tc>
          <w:tcPr>
            <w:tcW w:type="dxa" w:w="1440"/>
          </w:tcPr>
          <w:p>
            <w:r>
              <w:t>经济与金融学院</w:t>
            </w:r>
          </w:p>
        </w:tc>
        <w:tc>
          <w:tcPr>
            <w:tcW w:type="dxa" w:w="1440"/>
          </w:tcPr>
          <w:p>
            <w:r>
              <w:t>025400</w:t>
            </w:r>
          </w:p>
        </w:tc>
        <w:tc>
          <w:tcPr>
            <w:tcW w:type="dxa" w:w="1440"/>
          </w:tcPr>
          <w:p>
            <w:r>
              <w:t>国际商务</w:t>
            </w:r>
          </w:p>
        </w:tc>
        <w:tc>
          <w:tcPr>
            <w:tcW w:type="dxa" w:w="1440"/>
          </w:tcPr>
          <w:p>
            <w:r/>
          </w:p>
        </w:tc>
      </w:tr>
      <w:tr>
        <w:tc>
          <w:tcPr>
            <w:tcW w:type="dxa" w:w="1440"/>
          </w:tcPr>
          <w:p>
            <w:r>
              <w:t>硕士</w:t>
            </w:r>
          </w:p>
        </w:tc>
        <w:tc>
          <w:tcPr>
            <w:tcW w:type="dxa" w:w="1440"/>
          </w:tcPr>
          <w:p>
            <w:r>
              <w:t>李萍（0863）</w:t>
            </w:r>
          </w:p>
        </w:tc>
        <w:tc>
          <w:tcPr>
            <w:tcW w:type="dxa" w:w="1440"/>
          </w:tcPr>
          <w:p>
            <w:r>
              <w:t>经济与金融学院</w:t>
            </w:r>
          </w:p>
        </w:tc>
        <w:tc>
          <w:tcPr>
            <w:tcW w:type="dxa" w:w="1440"/>
          </w:tcPr>
          <w:p>
            <w:r>
              <w:t>025400</w:t>
            </w:r>
          </w:p>
        </w:tc>
        <w:tc>
          <w:tcPr>
            <w:tcW w:type="dxa" w:w="1440"/>
          </w:tcPr>
          <w:p>
            <w:r>
              <w:t>国际商务</w:t>
            </w:r>
          </w:p>
        </w:tc>
        <w:tc>
          <w:tcPr>
            <w:tcW w:type="dxa" w:w="1440"/>
          </w:tcPr>
          <w:p>
            <w:r/>
          </w:p>
        </w:tc>
      </w:tr>
      <w:tr>
        <w:tc>
          <w:tcPr>
            <w:tcW w:type="dxa" w:w="1440"/>
          </w:tcPr>
          <w:p>
            <w:r>
              <w:t>硕士</w:t>
            </w:r>
          </w:p>
        </w:tc>
        <w:tc>
          <w:tcPr>
            <w:tcW w:type="dxa" w:w="1440"/>
          </w:tcPr>
          <w:p>
            <w:r>
              <w:t>陈怡恒</w:t>
            </w:r>
          </w:p>
        </w:tc>
        <w:tc>
          <w:tcPr>
            <w:tcW w:type="dxa" w:w="1440"/>
          </w:tcPr>
          <w:p>
            <w:r>
              <w:t>经济与金融学院</w:t>
            </w:r>
          </w:p>
        </w:tc>
        <w:tc>
          <w:tcPr>
            <w:tcW w:type="dxa" w:w="1440"/>
          </w:tcPr>
          <w:p>
            <w:r>
              <w:t>025400</w:t>
            </w:r>
          </w:p>
        </w:tc>
        <w:tc>
          <w:tcPr>
            <w:tcW w:type="dxa" w:w="1440"/>
          </w:tcPr>
          <w:p>
            <w:r>
              <w:t>国际商务</w:t>
            </w:r>
          </w:p>
        </w:tc>
        <w:tc>
          <w:tcPr>
            <w:tcW w:type="dxa" w:w="1440"/>
          </w:tcPr>
          <w:p>
            <w:r/>
          </w:p>
        </w:tc>
      </w:tr>
      <w:tr>
        <w:tc>
          <w:tcPr>
            <w:tcW w:type="dxa" w:w="1440"/>
          </w:tcPr>
          <w:p>
            <w:r>
              <w:t>硕士</w:t>
            </w:r>
          </w:p>
        </w:tc>
        <w:tc>
          <w:tcPr>
            <w:tcW w:type="dxa" w:w="1440"/>
          </w:tcPr>
          <w:p>
            <w:r>
              <w:t>卢春会</w:t>
            </w:r>
          </w:p>
        </w:tc>
        <w:tc>
          <w:tcPr>
            <w:tcW w:type="dxa" w:w="1440"/>
          </w:tcPr>
          <w:p>
            <w:r>
              <w:t>经济与金融学院</w:t>
            </w:r>
          </w:p>
        </w:tc>
        <w:tc>
          <w:tcPr>
            <w:tcW w:type="dxa" w:w="1440"/>
          </w:tcPr>
          <w:p>
            <w:r>
              <w:t>025400</w:t>
            </w:r>
          </w:p>
        </w:tc>
        <w:tc>
          <w:tcPr>
            <w:tcW w:type="dxa" w:w="1440"/>
          </w:tcPr>
          <w:p>
            <w:r>
              <w:t>国际商务</w:t>
            </w:r>
          </w:p>
        </w:tc>
        <w:tc>
          <w:tcPr>
            <w:tcW w:type="dxa" w:w="1440"/>
          </w:tcPr>
          <w:p>
            <w:r/>
          </w:p>
        </w:tc>
      </w:tr>
      <w:tr>
        <w:tc>
          <w:tcPr>
            <w:tcW w:type="dxa" w:w="1440"/>
          </w:tcPr>
          <w:p>
            <w:r>
              <w:t>硕士</w:t>
            </w:r>
          </w:p>
        </w:tc>
        <w:tc>
          <w:tcPr>
            <w:tcW w:type="dxa" w:w="1440"/>
          </w:tcPr>
          <w:p>
            <w:r>
              <w:t>高婉琪</w:t>
            </w:r>
          </w:p>
        </w:tc>
        <w:tc>
          <w:tcPr>
            <w:tcW w:type="dxa" w:w="1440"/>
          </w:tcPr>
          <w:p>
            <w:r>
              <w:t>经济与金融学院</w:t>
            </w:r>
          </w:p>
        </w:tc>
        <w:tc>
          <w:tcPr>
            <w:tcW w:type="dxa" w:w="1440"/>
          </w:tcPr>
          <w:p>
            <w:r>
              <w:t>025600</w:t>
            </w:r>
          </w:p>
        </w:tc>
        <w:tc>
          <w:tcPr>
            <w:tcW w:type="dxa" w:w="1440"/>
          </w:tcPr>
          <w:p>
            <w:r>
              <w:t>资产评估</w:t>
            </w:r>
          </w:p>
        </w:tc>
        <w:tc>
          <w:tcPr>
            <w:tcW w:type="dxa" w:w="1440"/>
          </w:tcPr>
          <w:p>
            <w:r/>
          </w:p>
        </w:tc>
      </w:tr>
      <w:tr>
        <w:tc>
          <w:tcPr>
            <w:tcW w:type="dxa" w:w="1440"/>
          </w:tcPr>
          <w:p>
            <w:r>
              <w:t>硕士</w:t>
            </w:r>
          </w:p>
        </w:tc>
        <w:tc>
          <w:tcPr>
            <w:tcW w:type="dxa" w:w="1440"/>
          </w:tcPr>
          <w:p>
            <w:r>
              <w:t>赵倩</w:t>
            </w:r>
          </w:p>
        </w:tc>
        <w:tc>
          <w:tcPr>
            <w:tcW w:type="dxa" w:w="1440"/>
          </w:tcPr>
          <w:p>
            <w:r>
              <w:t>经济与金融学院</w:t>
            </w:r>
          </w:p>
        </w:tc>
        <w:tc>
          <w:tcPr>
            <w:tcW w:type="dxa" w:w="1440"/>
          </w:tcPr>
          <w:p>
            <w:r>
              <w:t>025600</w:t>
            </w:r>
          </w:p>
        </w:tc>
        <w:tc>
          <w:tcPr>
            <w:tcW w:type="dxa" w:w="1440"/>
          </w:tcPr>
          <w:p>
            <w:r>
              <w:t>资产评估</w:t>
            </w:r>
          </w:p>
        </w:tc>
        <w:tc>
          <w:tcPr>
            <w:tcW w:type="dxa" w:w="1440"/>
          </w:tcPr>
          <w:p>
            <w:r/>
          </w:p>
        </w:tc>
      </w:tr>
      <w:tr>
        <w:tc>
          <w:tcPr>
            <w:tcW w:type="dxa" w:w="1440"/>
          </w:tcPr>
          <w:p>
            <w:r>
              <w:t>硕士</w:t>
            </w:r>
          </w:p>
        </w:tc>
        <w:tc>
          <w:tcPr>
            <w:tcW w:type="dxa" w:w="1440"/>
          </w:tcPr>
          <w:p>
            <w:r>
              <w:t>胡丹桂</w:t>
            </w:r>
          </w:p>
        </w:tc>
        <w:tc>
          <w:tcPr>
            <w:tcW w:type="dxa" w:w="1440"/>
          </w:tcPr>
          <w:p>
            <w:r>
              <w:t>经济与金融学院</w:t>
            </w:r>
          </w:p>
        </w:tc>
        <w:tc>
          <w:tcPr>
            <w:tcW w:type="dxa" w:w="1440"/>
          </w:tcPr>
          <w:p>
            <w:r>
              <w:t>025600</w:t>
            </w:r>
          </w:p>
        </w:tc>
        <w:tc>
          <w:tcPr>
            <w:tcW w:type="dxa" w:w="1440"/>
          </w:tcPr>
          <w:p>
            <w:r>
              <w:t>资产评估</w:t>
            </w:r>
          </w:p>
        </w:tc>
        <w:tc>
          <w:tcPr>
            <w:tcW w:type="dxa" w:w="1440"/>
          </w:tcPr>
          <w:p>
            <w:r/>
          </w:p>
        </w:tc>
      </w:tr>
      <w:tr>
        <w:tc>
          <w:tcPr>
            <w:tcW w:type="dxa" w:w="1440"/>
          </w:tcPr>
          <w:p>
            <w:r>
              <w:t>硕士</w:t>
            </w:r>
          </w:p>
        </w:tc>
        <w:tc>
          <w:tcPr>
            <w:tcW w:type="dxa" w:w="1440"/>
          </w:tcPr>
          <w:p>
            <w:r>
              <w:t>顾悦宁</w:t>
            </w:r>
          </w:p>
        </w:tc>
        <w:tc>
          <w:tcPr>
            <w:tcW w:type="dxa" w:w="1440"/>
          </w:tcPr>
          <w:p>
            <w:r>
              <w:t>经济与金融学院</w:t>
            </w:r>
          </w:p>
        </w:tc>
        <w:tc>
          <w:tcPr>
            <w:tcW w:type="dxa" w:w="1440"/>
          </w:tcPr>
          <w:p>
            <w:r>
              <w:t>025600</w:t>
            </w:r>
          </w:p>
        </w:tc>
        <w:tc>
          <w:tcPr>
            <w:tcW w:type="dxa" w:w="1440"/>
          </w:tcPr>
          <w:p>
            <w:r>
              <w:t>资产评估</w:t>
            </w:r>
          </w:p>
        </w:tc>
        <w:tc>
          <w:tcPr>
            <w:tcW w:type="dxa" w:w="1440"/>
          </w:tcPr>
          <w:p>
            <w:r/>
          </w:p>
        </w:tc>
      </w:tr>
      <w:tr>
        <w:tc>
          <w:tcPr>
            <w:tcW w:type="dxa" w:w="1440"/>
          </w:tcPr>
          <w:p>
            <w:r>
              <w:t>硕士</w:t>
            </w:r>
          </w:p>
        </w:tc>
        <w:tc>
          <w:tcPr>
            <w:tcW w:type="dxa" w:w="1440"/>
          </w:tcPr>
          <w:p>
            <w:r>
              <w:t>杨翌宇</w:t>
            </w:r>
          </w:p>
        </w:tc>
        <w:tc>
          <w:tcPr>
            <w:tcW w:type="dxa" w:w="1440"/>
          </w:tcPr>
          <w:p>
            <w:r>
              <w:t>经济与金融学院</w:t>
            </w:r>
          </w:p>
        </w:tc>
        <w:tc>
          <w:tcPr>
            <w:tcW w:type="dxa" w:w="1440"/>
          </w:tcPr>
          <w:p>
            <w:r>
              <w:t>025600</w:t>
            </w:r>
          </w:p>
        </w:tc>
        <w:tc>
          <w:tcPr>
            <w:tcW w:type="dxa" w:w="1440"/>
          </w:tcPr>
          <w:p>
            <w:r>
              <w:t>资产评估</w:t>
            </w:r>
          </w:p>
        </w:tc>
        <w:tc>
          <w:tcPr>
            <w:tcW w:type="dxa" w:w="1440"/>
          </w:tcPr>
          <w:p>
            <w:r/>
          </w:p>
        </w:tc>
      </w:tr>
      <w:tr>
        <w:tc>
          <w:tcPr>
            <w:tcW w:type="dxa" w:w="1440"/>
          </w:tcPr>
          <w:p>
            <w:r>
              <w:t>硕士</w:t>
            </w:r>
          </w:p>
        </w:tc>
        <w:tc>
          <w:tcPr>
            <w:tcW w:type="dxa" w:w="1440"/>
          </w:tcPr>
          <w:p>
            <w:r>
              <w:t>肖姝</w:t>
            </w:r>
          </w:p>
        </w:tc>
        <w:tc>
          <w:tcPr>
            <w:tcW w:type="dxa" w:w="1440"/>
          </w:tcPr>
          <w:p>
            <w:r>
              <w:t>经济与金融学院</w:t>
            </w:r>
          </w:p>
        </w:tc>
        <w:tc>
          <w:tcPr>
            <w:tcW w:type="dxa" w:w="1440"/>
          </w:tcPr>
          <w:p>
            <w:r>
              <w:t>025600</w:t>
            </w:r>
          </w:p>
        </w:tc>
        <w:tc>
          <w:tcPr>
            <w:tcW w:type="dxa" w:w="1440"/>
          </w:tcPr>
          <w:p>
            <w:r>
              <w:t>资产评估</w:t>
            </w:r>
          </w:p>
        </w:tc>
        <w:tc>
          <w:tcPr>
            <w:tcW w:type="dxa" w:w="1440"/>
          </w:tcPr>
          <w:p>
            <w:r/>
          </w:p>
        </w:tc>
      </w:tr>
      <w:tr>
        <w:tc>
          <w:tcPr>
            <w:tcW w:type="dxa" w:w="1440"/>
          </w:tcPr>
          <w:p>
            <w:r>
              <w:t>硕士</w:t>
            </w:r>
          </w:p>
        </w:tc>
        <w:tc>
          <w:tcPr>
            <w:tcW w:type="dxa" w:w="1440"/>
          </w:tcPr>
          <w:p>
            <w:r>
              <w:t>王梦思</w:t>
            </w:r>
          </w:p>
        </w:tc>
        <w:tc>
          <w:tcPr>
            <w:tcW w:type="dxa" w:w="1440"/>
          </w:tcPr>
          <w:p>
            <w:r>
              <w:t>经济与金融学院</w:t>
            </w:r>
          </w:p>
        </w:tc>
        <w:tc>
          <w:tcPr>
            <w:tcW w:type="dxa" w:w="1440"/>
          </w:tcPr>
          <w:p>
            <w:r>
              <w:t>025600</w:t>
            </w:r>
          </w:p>
        </w:tc>
        <w:tc>
          <w:tcPr>
            <w:tcW w:type="dxa" w:w="1440"/>
          </w:tcPr>
          <w:p>
            <w:r>
              <w:t>资产评估</w:t>
            </w:r>
          </w:p>
        </w:tc>
        <w:tc>
          <w:tcPr>
            <w:tcW w:type="dxa" w:w="1440"/>
          </w:tcPr>
          <w:p>
            <w:r/>
          </w:p>
        </w:tc>
      </w:tr>
      <w:tr>
        <w:tc>
          <w:tcPr>
            <w:tcW w:type="dxa" w:w="1440"/>
          </w:tcPr>
          <w:p>
            <w:r>
              <w:t>硕士</w:t>
            </w:r>
          </w:p>
        </w:tc>
        <w:tc>
          <w:tcPr>
            <w:tcW w:type="dxa" w:w="1440"/>
          </w:tcPr>
          <w:p>
            <w:r>
              <w:t>邹义倩</w:t>
            </w:r>
          </w:p>
        </w:tc>
        <w:tc>
          <w:tcPr>
            <w:tcW w:type="dxa" w:w="1440"/>
          </w:tcPr>
          <w:p>
            <w:r>
              <w:t>经济与金融学院</w:t>
            </w:r>
          </w:p>
        </w:tc>
        <w:tc>
          <w:tcPr>
            <w:tcW w:type="dxa" w:w="1440"/>
          </w:tcPr>
          <w:p>
            <w:r>
              <w:t>025600</w:t>
            </w:r>
          </w:p>
        </w:tc>
        <w:tc>
          <w:tcPr>
            <w:tcW w:type="dxa" w:w="1440"/>
          </w:tcPr>
          <w:p>
            <w:r>
              <w:t>资产评估</w:t>
            </w:r>
          </w:p>
        </w:tc>
        <w:tc>
          <w:tcPr>
            <w:tcW w:type="dxa" w:w="1440"/>
          </w:tcPr>
          <w:p>
            <w:r/>
          </w:p>
        </w:tc>
      </w:tr>
    </w:tbl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宋体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