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港航院2015年推免生第二批复试通知</w:t>
      </w:r>
    </w:p>
    <w:p>
      <w:r>
        <w:t>河海大学港口海岸与近海工程学院2015年推荐免试研究生第二批复试通知.doc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