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港航院2015年推免生复试细则及复试安排</w:t>
      </w:r>
    </w:p>
    <w:p>
      <w:r>
        <w:t>港口海岸与近海工程学院2015年推免生复试细则及复试安排.doc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