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港航院2015年推免生复试地点更改通知</w:t>
      </w:r>
    </w:p>
    <w:p>
      <w:r>
        <w:t>推免生复试地点更改通知.doc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