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公示：港航院2019年接收推免生复试名单</w:t>
      </w:r>
    </w:p>
    <w:p>
      <w:r>
        <w:t>附件：2019年港航学院推免复试公示.xlsx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