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关于调整海洋学院推荐免试研究生工作领导小组的通知</w:t>
      </w:r>
    </w:p>
    <w:p>
      <w:r>
        <w:t>院内各单位：</w:t>
      </w:r>
    </w:p>
    <w:p>
      <w:r>
        <w:t>根据学校关于推荐免试研究生工作有关文件要求，结合学院情况，经研究决定，调整海洋学院推荐免试研究生工作领导小组成员，名单如下：</w:t>
      </w:r>
    </w:p>
    <w:p>
      <w:r>
        <w:t>组长：王永芝齐义泉</w:t>
      </w:r>
    </w:p>
    <w:p>
      <w:r>
        <w:t>副组长：白学志</w:t>
      </w:r>
    </w:p>
    <w:p>
      <w:r>
        <w:t>成员：赵哲廖光洪王毛毛陶玉强</w:t>
      </w:r>
    </w:p>
    <w:p>
      <w:r>
        <w:t>秘书：安杰晶李燕</w:t>
      </w:r>
    </w:p>
    <w:p>
      <w:r>
        <w:t>海洋学院</w:t>
      </w:r>
    </w:p>
    <w:p>
      <w:r>
        <w:t>2020年9月22日</w:t>
      </w:r>
    </w:p>
    <w:p>
      <w:r>
        <w:t>关于调整海洋学院推荐免试研究生工作领导小组成员的通知.pdf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