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河海大学海洋学院2021年接收推免生复试名单公示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性别</w:t>
            </w:r>
          </w:p>
        </w:tc>
        <w:tc>
          <w:tcPr>
            <w:tcW w:type="dxa" w:w="1728"/>
          </w:tcPr>
          <w:p>
            <w:r>
              <w:t>复试专业代码</w:t>
            </w:r>
          </w:p>
        </w:tc>
        <w:tc>
          <w:tcPr>
            <w:tcW w:type="dxa" w:w="1728"/>
          </w:tcPr>
          <w:p>
            <w:r>
              <w:t>复试专业名称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崔荣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070700</w:t>
            </w:r>
          </w:p>
        </w:tc>
        <w:tc>
          <w:tcPr>
            <w:tcW w:type="dxa" w:w="1728"/>
          </w:tcPr>
          <w:p>
            <w:r>
              <w:t>海洋科学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王拔秀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070700</w:t>
            </w:r>
          </w:p>
        </w:tc>
        <w:tc>
          <w:tcPr>
            <w:tcW w:type="dxa" w:w="1728"/>
          </w:tcPr>
          <w:p>
            <w:r>
              <w:t>海洋科学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赵时长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070700</w:t>
            </w:r>
          </w:p>
        </w:tc>
        <w:tc>
          <w:tcPr>
            <w:tcW w:type="dxa" w:w="1728"/>
          </w:tcPr>
          <w:p>
            <w:r>
              <w:t>海洋科学</w:t>
            </w:r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