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河海大学水利水电学院、水科学研究院2023年推免生复试细则及时间安排</w:t>
      </w:r>
    </w:p>
    <w:p>
      <w:r>
        <w:t>根据《河海大学2023年接收推荐免试研究生（含直博生）简章》、《河海大学2023年接收推荐免试研究生（含直博生）工作办法》文件精神及学校工作要求，结合我院实际情况，制定2023年推荐免试研究生（含直博生）（以下简称推免生）复试细则及时间安排。</w:t>
      </w:r>
    </w:p>
    <w:p>
      <w:r>
        <w:t>一、复试工作原则</w:t>
      </w:r>
    </w:p>
    <w:p>
      <w:r>
        <w:t>1.坚持把广大考生及教师生命安全和身体健康放在第一位，严格落实疫情防控工作要求。</w:t>
      </w:r>
    </w:p>
    <w:p>
      <w:r>
        <w:t>2.坚持“以德为先、全面衡量、严格标准、择优录取”的原则，切实提高接收工作选拔质量。</w:t>
      </w:r>
    </w:p>
    <w:p>
      <w:r>
        <w:t>3.进一步加强对接收推免生工作的领导与管理，科学设计，规范程序，维护接收工作的公平公正。</w:t>
      </w:r>
    </w:p>
    <w:p>
      <w:r>
        <w:t>二、复试工作组织</w:t>
      </w:r>
    </w:p>
    <w:p>
      <w:r>
        <w:t>为做好推免生复试工作，我院成立研究生招生工作领导小组，负责对本单位推免生接收工作的领导、组织、协调和管理，负责对学院复试录取工作进行监督，确保复试工作严格按照既定方案和程序进行，充分体现复试工作的公平、公正、公开，保证复试质量。</w:t>
      </w:r>
    </w:p>
    <w:p>
      <w:r>
        <w:t>三、复试要求</w:t>
      </w:r>
    </w:p>
    <w:p>
      <w:r>
        <w:t>1.参加我院复试的学生，需提供以下电子材料（请按照顺序扫描合成一个PDF文件，命名格式：申请专业_申请人姓名_推免申请材料.pdf</w:t>
      </w:r>
    </w:p>
    <w:p>
      <w:r>
        <w:t>（1）《河海大学2023年接收推荐免试研究生申请表》（预报名系统打印）原件；</w:t>
      </w:r>
    </w:p>
    <w:p>
      <w:r>
        <w:t>（2）大学本科阶段成绩单原件（须加盖学校教务处公章）；</w:t>
      </w:r>
    </w:p>
    <w:p>
      <w:r>
        <w:t>（3）本人有效身份证件和学生证复印件，原件备查；</w:t>
      </w:r>
    </w:p>
    <w:p>
      <w:r>
        <w:t>（4）如有外语水平证明（如CET-4、CET-6、TOEFL、IELTS等）、计算机水平证明的请提供证书或成绩单复印件，原件备查；</w:t>
      </w:r>
    </w:p>
    <w:p>
      <w:r>
        <w:t>（5）如有校级及以上获奖证书，请提供证书扫描件或证明材料，原件备查；</w:t>
      </w:r>
    </w:p>
    <w:p>
      <w:r>
        <w:t>（6）其他能反映考生综合素质能力与水平的证明材料：已发表的相关学术论文（期刊论文请提供封面+目录+正文，SCI或EI检索论文还需提供检索证明材料）、专利、技术报告等科研情况材料；</w:t>
      </w:r>
    </w:p>
    <w:p>
      <w:r>
        <w:t>（7）社会工作及志愿服务证明材料扫描件，原件备查；</w:t>
      </w:r>
    </w:p>
    <w:p>
      <w:r>
        <w:t>（8）河海大学网络远程复试诚信承诺书（附件2，报名系统下载打印，手写签名）；</w:t>
      </w:r>
    </w:p>
    <w:p>
      <w:r>
        <w:t>2.材料提交方式：除在预报名系统提交外，还需以附件形式发送至邮箱hhusdyyzb@qq.com，主题同文件名。</w:t>
      </w:r>
    </w:p>
    <w:p>
      <w:r>
        <w:t>3.申请学生所提供的信息必须真实，如查出有不符事实的信息，取消其复试资格，并依照有关规定处理。</w:t>
      </w:r>
    </w:p>
    <w:p>
      <w:r>
        <w:t>四、复试方式及考核内容</w:t>
      </w:r>
    </w:p>
    <w:p>
      <w:r>
        <w:t>1.复试考核工作根据疫情防控的要求，原则上采取网络远程面试的形式开展，主要考核学生的外语水平、学术能力与综合素质。</w:t>
      </w:r>
    </w:p>
    <w:p>
      <w:r>
        <w:t>外语水平：重点考察考生的外语基础、专业外语水平和外语表达与沟通能力。</w:t>
      </w:r>
    </w:p>
    <w:p>
      <w:r>
        <w:t>学术能力：学术学位研究生重点考察考生所掌握的知识结构、从事科研的能力和潜力、创新精神和能力；专业学位研究生突出对专业知识的应用和专业能力倾向的考查，加强对考生实践能力和职业发展能力等方面的考查。</w:t>
      </w:r>
    </w:p>
    <w:p>
      <w:r>
        <w:t>综合素质：重点考察考生的思想政治素质、心理健康、社会活动、诚信以及专业契合度等方面。</w:t>
      </w:r>
    </w:p>
    <w:p>
      <w:r>
        <w:t>2.复试成绩采取百分制。其中外语水平占25%（X），学术能力占55%（Y），综合素质占20%（Z）。复试成绩=X+Y+Z，复试成绩低于60分为复试不合格。思想政治素质和品德考核不合格者不予录取。</w:t>
      </w:r>
    </w:p>
    <w:p>
      <w:r>
        <w:t>3. .申请人需准备2分钟以内的个人口头汇报，汇报内容应涵盖大学阶段学习情况及成绩、科研情况、创新竞赛、实践活动（学生工作、社团活动、志愿服务）等方面。</w:t>
      </w:r>
    </w:p>
    <w:p>
      <w:r>
        <w:t>五、复试时间安排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复试批次</w:t>
            </w:r>
          </w:p>
        </w:tc>
        <w:tc>
          <w:tcPr>
            <w:tcW w:type="dxa" w:w="2880"/>
          </w:tcPr>
          <w:p>
            <w:r>
              <w:t>内容</w:t>
            </w:r>
          </w:p>
        </w:tc>
        <w:tc>
          <w:tcPr>
            <w:tcW w:type="dxa" w:w="2880"/>
          </w:tcPr>
          <w:p>
            <w:r>
              <w:t>时间</w:t>
            </w:r>
          </w:p>
        </w:tc>
      </w:tr>
      <w:tr>
        <w:tc>
          <w:tcPr>
            <w:tcW w:type="dxa" w:w="2880"/>
          </w:tcPr>
          <w:p>
            <w:r>
              <w:t>第一批</w:t>
            </w:r>
          </w:p>
        </w:tc>
        <w:tc>
          <w:tcPr>
            <w:tcW w:type="dxa" w:w="2880"/>
          </w:tcPr>
          <w:p>
            <w:r>
              <w:t>远程模拟</w:t>
            </w:r>
          </w:p>
        </w:tc>
        <w:tc>
          <w:tcPr>
            <w:tcW w:type="dxa" w:w="2880"/>
          </w:tcPr>
          <w:p>
            <w:r>
              <w:t>9月23日13:00-17:00</w:t>
            </w:r>
          </w:p>
        </w:tc>
      </w:tr>
      <w:tr>
        <w:tc>
          <w:tcPr>
            <w:tcW w:type="dxa" w:w="2880"/>
          </w:tcPr>
          <w:p>
            <w:r>
              <w:t>远程复试</w:t>
            </w:r>
          </w:p>
        </w:tc>
        <w:tc>
          <w:tcPr>
            <w:tcW w:type="dxa" w:w="2880"/>
          </w:tcPr>
          <w:p>
            <w:r>
              <w:t>9月24日8:00-18:00</w:t>
            </w:r>
          </w:p>
        </w:tc>
        <w:tc>
          <w:tcPr>
            <w:tcW w:type="dxa" w:w="2880"/>
          </w:tcPr>
          <w:p/>
        </w:tc>
      </w:tr>
    </w:tbl>
    <w:p>
      <w:r>
        <w:t>其他批次具体安排另行通知。</w:t>
      </w:r>
    </w:p>
    <w:p>
      <w:r>
        <w:t>六、其他</w:t>
      </w:r>
    </w:p>
    <w:p>
      <w:r>
        <w:t>1.学院对复试全程进行录音并录像。</w:t>
      </w:r>
    </w:p>
    <w:p>
      <w:r>
        <w:t>2.请考生根据网络远程复试的要求提前准备好相关设备和软件（详见附件3）。</w:t>
      </w:r>
    </w:p>
    <w:p>
      <w:r>
        <w:t>3.本细则中未提及事项按《河海大学2023年硕士研究生招生简章》、《河海大学2023年接收推荐免试研究生（含直博生）简章》、《河海大学2023年接收推荐免试研究生（含直博生）工作办法》等文件规定执行。</w:t>
      </w:r>
    </w:p>
    <w:p>
      <w:r>
        <w:t>4.考生须认真阅读《河海大学网络远程复试考场规则》（附件1）等有关规定，签订《河海大学网络远程复试诚信承诺书》（附件2），承诺所提交全部材料真实和复试过程诚实守信。对弄虚作假者，不论何时，一经查实，即按有关规定取消报考资格、录取资格或学籍。对所涉及的单位和人员按国家有关条例处理。</w:t>
      </w:r>
    </w:p>
    <w:p>
      <w:r>
        <w:t>5.复试属于国家级考试，按照研究生招生考试相关保密管理规定，任何人员和机构（学校授权除外）不得对复试过程录音、录像、拍照、截屏或者网络直播，不得对外泄露或传播试题等复试内容，否则将依据相关规定追究相关人员责任。</w:t>
      </w:r>
    </w:p>
    <w:p>
      <w:r>
        <w:t>6.学院联系方式</w:t>
      </w:r>
    </w:p>
    <w:p>
      <w:r>
        <w:t>咨询电话：025-83786922联系人：柳老师</w:t>
      </w:r>
    </w:p>
    <w:p>
      <w:r>
        <w:t>监督电话：025-83787321联系人：胡老师</w:t>
      </w:r>
    </w:p>
    <w:p>
      <w:r>
        <w:t>附件：</w:t>
      </w:r>
    </w:p>
    <w:p>
      <w:r>
        <w:t>附件1：河海大学网络远程复试考场规则.docx</w:t>
      </w:r>
    </w:p>
    <w:p>
      <w:r>
        <w:t>附件2：考生网络远程复试诚信承诺书.docx</w:t>
      </w:r>
    </w:p>
    <w:p>
      <w:r>
        <w:t>附件3：河海大学接收2023年推免生网络远程复试指南.docx</w:t>
      </w:r>
    </w:p>
    <w:p>
      <w:r>
        <w:t>附件4：河海大学网络远程复试平台考生操作说明.pdf</w:t>
      </w:r>
    </w:p>
    <w:p>
      <w:r>
        <w:t>河海大学水利水电学院、水科学研究院</w:t>
      </w:r>
    </w:p>
    <w:p>
      <w:r>
        <w:t>2022年9月21日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