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关于调整水利水电学院推荐免试攻读 硕士研究生工作领导小组的通知</w:t>
      </w:r>
    </w:p>
    <w:p>
      <w:r>
        <w:t>根据教育部办公厅文件精神要求，使推免工作“公开、公平、公正”进行，经研究决定，调整水利水电学院推荐免试攻读硕士研究生工作领导小组，成员名单如下：</w:t>
      </w:r>
    </w:p>
    <w:p>
      <w:r>
        <w:t>组长：顾冲时任旭华</w:t>
      </w:r>
    </w:p>
    <w:p>
      <w:r>
        <w:t>副组长：张继勋戴玉珍方国华</w:t>
      </w:r>
    </w:p>
    <w:p>
      <w:r>
        <w:t>成员：沈振中包腾飞蔡付林刘斯宏周建旭傅宗甫</w:t>
      </w:r>
    </w:p>
    <w:p>
      <w:r>
        <w:t>秘书：蒋慧敏笪步源柳璐</w:t>
      </w:r>
    </w:p>
    <w:p>
      <w:r>
        <w:t>水利水电学院</w:t>
      </w:r>
    </w:p>
    <w:p>
      <w:r>
        <w:t>2019年9月5日</w:t>
      </w:r>
    </w:p>
    <w:p>
      <w:r>
        <w:t>主题词：调整推荐免试工作领导小组通知</w:t>
      </w:r>
    </w:p>
    <w:p>
      <w:r>
        <w:t>河海大学水利水电学院2019年9月5日印发</w:t>
      </w:r>
    </w:p>
    <w:p>
      <w:r>
        <w:t>录入：蒋慧敏校对：胡旭宇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