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河海大学水利水电学院2021年接收推免生复试名单公示</w:t>
      </w:r>
    </w:p>
    <w:p>
      <w:r>
        <w:t>发布者：水电院发布时间：2020-10-09浏览次数：2743</w:t>
      </w:r>
    </w:p>
    <w:p>
      <w:r>
        <w:t>请详见附件，谢谢。</w:t>
      </w:r>
    </w:p>
    <w:p>
      <w:r>
        <w:t>河海大学水利水电学院2021年接收推免生复试名单公示.pdf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