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Not Found</w:t>
      </w:r>
    </w:p>
    <w:p>
      <w:r>
        <w:t>The requested URL was not found on this server.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