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企业管理学院2020年推免复试名单公示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