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河海大禹院〔2016〕8号—</w:t>
      </w:r>
    </w:p>
    <w:p>
      <w:r>
        <w:t>院内各单位：</w:t>
      </w:r>
    </w:p>
    <w:p>
      <w:r>
        <w:t>根据学校有关精神，为进一步做好我院2017年推荐优秀应届本科毕业生免试攻读研究生工作，经研究决定成立学院推荐免试研究生工作领导小组，名单如下：</w:t>
      </w:r>
    </w:p>
    <w:p>
      <w:r>
        <w:t>组长：朱伟</w:t>
      </w:r>
    </w:p>
    <w:p>
      <w:r>
        <w:t>成员：李冠华王娟嵇敏</w:t>
      </w:r>
    </w:p>
    <w:p>
      <w:r>
        <w:t>大禹学院</w:t>
      </w:r>
    </w:p>
    <w:p>
      <w:r>
        <w:t>2016</w:t>
      </w:r>
    </w:p>
    <w:p>
      <w:r>
        <w:t>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