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关于成立大禹学院推荐2014届优秀本科毕业生免试攻读硕士研究生工作领导小组的通知</w:t>
      </w:r>
    </w:p>
    <w:p>
      <w:r>
        <w:t>根据河海校科教〔2013〕40号文件精神，为做好2014年推荐优秀应届本科毕业生免试攻读硕士学位研究生的工作，使推荐工作“公开、公平、公正”，经研究决定，成立大禹学院推荐免试攻读硕士研究生工作领导小组，成员名单如下：</w:t>
      </w:r>
    </w:p>
    <w:p>
      <w:r>
        <w:t>组长：束龙仓</w:t>
      </w:r>
    </w:p>
    <w:p>
      <w:r>
        <w:t>副组长：李冠华朱正东</w:t>
      </w:r>
    </w:p>
    <w:p>
      <w:r>
        <w:t>成员：张玲彬王娟李杭</w:t>
      </w:r>
    </w:p>
    <w:p>
      <w:r>
        <w:t>秘书：李杭</w:t>
      </w:r>
    </w:p>
    <w:p>
      <w:r>
        <w:t>大禹学院</w:t>
      </w:r>
    </w:p>
    <w:p>
      <w:r>
        <w:t>二〇一三年九月二十七日</w:t>
      </w:r>
    </w:p>
    <w:p>
      <w:r>
        <w:t>主题词：成立机构通知</w:t>
      </w:r>
    </w:p>
    <w:p>
      <w:r>
        <w:t>河海大学大禹学院2013年9月27日印发</w:t>
      </w:r>
    </w:p>
    <w:p>
      <w:r>
        <w:t>录入：李杭校对：张玲彬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