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公示（大禹学院2019年推荐免试研究生）</w:t>
      </w:r>
    </w:p>
    <w:p>
      <w:r>
        <w:t>院内各班级：</w:t>
      </w:r>
    </w:p>
    <w:p>
      <w:r>
        <w:t>大禹学院2019年推荐免试研究生工作已顺利完成，经过前期动员、学生申报、学院审核等程序，共推荐吴昌贤、林婧等80名学生为免试研究生候选人，现在全院范围内进行公示。</w:t>
      </w:r>
    </w:p>
    <w:p>
      <w:r>
        <w:t>公示时间为：2018年9月13日至2018年9月15日，如有异议，请于9月15日下午5点前以书面材料形式或电子邮件形式反馈至：</w:t>
      </w:r>
    </w:p>
    <w:p>
      <w:r>
        <w:t>党委书记办公室（勤学楼1200），电话：025-58099203；</w:t>
      </w:r>
    </w:p>
    <w:p>
      <w:r>
        <w:t>Email：ligh@hhu.edu.cn。</w:t>
      </w:r>
    </w:p>
    <w:p>
      <w:r>
        <w:t>学生教育管理办公室（河海馆505），电话：025-83787814；</w:t>
      </w:r>
    </w:p>
    <w:p>
      <w:r>
        <w:t>Email：chaizhishang@hhu.edu.cn。</w:t>
      </w:r>
    </w:p>
    <w:p>
      <w:r>
        <w:t>大禹学院</w:t>
      </w:r>
    </w:p>
    <w:p>
      <w:r>
        <w:t>2018年9月13日</w:t>
      </w:r>
    </w:p>
    <w:p>
      <w:r>
        <w:t>公示（大禹学院2019年推荐免试研究生）.xlsx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