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河海大学土木与交通学院2025年推免生复试细则及时间安排</w:t>
      </w:r>
    </w:p>
    <w:p>
      <w:r>
        <w:t>请详见附件。谢谢！</w:t>
      </w:r>
    </w:p>
    <w:p>
      <w:r>
        <w:t>河海大学土木与交通学院2025年推免生复试细则及时间安排.pdf附件1：河海大学网络远程复试考场规则.pdf附件2：河海大学诚信复试承诺书.pdf附件3：网络远程复试指南.pdf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