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河海大学土木与交通学院2023年推免生复试细则及时间安排</w:t>
      </w:r>
    </w:p>
    <w:p>
      <w:r>
        <w:t>发布者：土木院发布时间：2022-09-21浏览次数：2228</w:t>
      </w:r>
    </w:p>
    <w:p>
      <w:r>
        <w:t>请详见附件。谢谢！</w:t>
      </w:r>
    </w:p>
    <w:p>
      <w:r>
        <w:t>土木与交通学院2023年推免生复试细则及时间安排.pdf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