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土木与交通学院2020年推免生复试细则及时间安排</w:t>
      </w:r>
    </w:p>
    <w:p>
      <w:r>
        <w:t>发布者：研究生教育发布时间：2019-09-20浏览次数：1160</w:t>
      </w:r>
    </w:p>
    <w:p>
      <w:r>
        <w:t>请见附件。谢谢！</w:t>
      </w:r>
    </w:p>
    <w:p>
      <w:r>
        <w:t>河海大学土木与交通学院2020年推免生复试细则及时间安排.pdf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