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2020年接收推免生复试名单公示</w:t>
      </w:r>
    </w:p>
    <w:p>
      <w:r>
        <w:t>发布者：研究生教育发布时间：2019-10-09浏览次数：1422</w:t>
      </w:r>
    </w:p>
    <w:p>
      <w:r>
        <w:t>请见附件。谢谢！</w:t>
      </w:r>
    </w:p>
    <w:p>
      <w:r>
        <w:t>2020年接收推免生复试名单公示（土木）.pdf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