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土木与交通学院2020年接收推免生拟录取名单公示</w:t>
      </w:r>
    </w:p>
    <w:p>
      <w:r>
        <w:t>根据教育部及学校有关文件要求，现将我院2020年拟接收推荐免试研究生名单予以公示(请见附件)。公示期为十个工作日。联系电话：025-83786552。</w:t>
      </w:r>
    </w:p>
    <w:p>
      <w:r>
        <w:t>附件：</w:t>
      </w:r>
    </w:p>
    <w:p>
      <w:r>
        <w:t>2020年土木与交通学院接收推荐免试研究生拟录取名单公示.pdf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