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河海大学商学院2021年接收推荐免试研究生建议录取名单公示</w:t>
      </w:r>
    </w:p>
    <w:p>
      <w:r>
        <w:t>发布者：系统管理员发布时间：2020-10-25浏览次数：128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