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河海大学商学院2021年接收推免生复试名单公示</w:t>
      </w:r>
    </w:p>
    <w:p>
      <w:r>
        <w:t>发布者：系统管理员发布时间：2020-10-23浏览次数：294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