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河海大学农业工程学院2020年接收推免生复试名单公示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河海大学农业工程学院2020年接收推免生复试名单公示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性别</w:t>
            </w:r>
          </w:p>
        </w:tc>
        <w:tc>
          <w:tcPr>
            <w:tcW w:type="dxa" w:w="1728"/>
          </w:tcPr>
          <w:p>
            <w:r>
              <w:t>复试专业代码</w:t>
            </w:r>
          </w:p>
        </w:tc>
        <w:tc>
          <w:tcPr>
            <w:tcW w:type="dxa" w:w="1728"/>
          </w:tcPr>
          <w:p>
            <w:r>
              <w:t>复试专业名称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王羿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田汇文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吾尔开西·库热西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黄蕊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丁旭洁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韩笑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侬文莲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袁新玥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崔思梦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范梦颖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082803</w:t>
            </w:r>
          </w:p>
        </w:tc>
        <w:tc>
          <w:tcPr>
            <w:tcW w:type="dxa" w:w="1728"/>
          </w:tcPr>
          <w:p>
            <w:r>
              <w:t>农业生物环境与能源工程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黎景江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李明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刘娜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赵学梅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郭安安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胡磊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082802</w:t>
            </w:r>
          </w:p>
        </w:tc>
        <w:tc>
          <w:tcPr>
            <w:tcW w:type="dxa" w:w="1728"/>
          </w:tcPr>
          <w:p>
            <w:r>
              <w:t>农业水土工程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