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河海大学体育系2018年推免生复试细则及时间安排</w:t>
      </w:r>
    </w:p>
    <w:p>
      <w:r>
        <w:t>发布者：体育系发布时间：2017-09-22浏览次数：969</w:t>
      </w:r>
    </w:p>
    <w:p>
      <w:r>
        <w:t>河海大学体育系2018年推免生复试细则及时间安排.doc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