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自动化学院2027年推荐应届本科毕业生免试攻读硕士研究生工作细则</w:t>
      </w:r>
    </w:p>
    <w:p>
      <w:r>
        <w:t>一、推荐原则</w:t>
      </w:r>
    </w:p>
    <w:p>
      <w:r>
        <w:t>推免生工作遵循全面衡量、综合评价、择优选拔和公开、公平、公正的原则。</w:t>
      </w:r>
    </w:p>
    <w:p>
      <w:r>
        <w:t>二、组织领导</w:t>
      </w:r>
    </w:p>
    <w:p>
      <w:r>
        <w:t>学院成立2027届推免生遴选工作小组（简称“领导小组”），负责制定学院推免工作实施方案及细则、组织实施推免生的资格审核、材料审定、思想品德和综合素质鉴定等事项，组成如下：</w:t>
      </w:r>
    </w:p>
    <w:p>
      <w:r>
        <w:t>组长齐亮</w:t>
      </w:r>
    </w:p>
    <w:p>
      <w:r>
        <w:t>副组长叶辉郭峰（纪检委员）</w:t>
      </w:r>
    </w:p>
    <w:p>
      <w:r>
        <w:t>组员孙雪莹智鹏飞刘利叶树霞薛文涛</w:t>
      </w:r>
    </w:p>
    <w:p>
      <w:r>
        <w:t>学院成立2027届推免生“特殊学术专长”专家审核小组（简称“审核小组”），负责对学生的科研成果、竞赛获奖、参军服役、志愿服务、国际组织实习等方面进行审核鉴定。</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学院根据学校下发的推荐名额，依据学生数量、专业建设等因素综合考量，按照专业分解推荐名额，并实行专业内替补原则。</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1.学生报名</w:t>
      </w:r>
    </w:p>
    <w:p>
      <w:r>
        <w:t>时间：2026年9月1日10:00—9月3日17:30</w:t>
      </w:r>
    </w:p>
    <w:p>
      <w:r>
        <w:t>2.资格审核、思想品德考核及特殊学术专长认定</w:t>
      </w:r>
    </w:p>
    <w:p>
      <w:r>
        <w:t>2026年9月4日-9月6日，学院对报名学生进行资格审查，并对提交的资料进行审核；对符合条件的学生，进行思想品德考核考查，思想品德考核不合格不予推荐。</w:t>
      </w:r>
    </w:p>
    <w:p>
      <w:r>
        <w:t>2026年9月4日10:00，学院“特殊学术专长”专家审核认定小组按依据《江苏科技大学推荐应届本科毕业生免试攻读硕士研究生实施办法（修订）》（江科大校〔2024〕267号）文件要求组织答辩，排除抄袭、造假、冒名及有名无实等情况，专家审核小组及每位成员给出明确审核鉴定意见并签字存档。答辩全程录音录像，对答辩结果进行公示。</w:t>
      </w:r>
    </w:p>
    <w:p>
      <w:r>
        <w:t>3.成绩排名与公示</w:t>
      </w:r>
    </w:p>
    <w:p>
      <w:r>
        <w:t>2026年9月7日-9月9日，学院根据“特殊学术专长”审核认定结果，并依据《江苏科技大学推荐应届本科毕业生免试攻读硕士研究生实施办法（修订）》（江科大校〔2024〕267号）文件中评分办法评分，核算综合成绩，确定拟推荐名单及递补名单，并对推荐结果进行公示。</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自动化学院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