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食品科学与工程学院2027年推荐免试硕士研究生工作实施细则</w:t>
      </w:r>
    </w:p>
    <w:p>
      <w:r>
        <w:t>1、学院设立推荐免试攻读硕士研究生工作（以下简称推免工作）领导小组。</w:t>
      </w:r>
    </w:p>
    <w:p>
      <w:r>
        <w:t>2、根据学校文件《江苏大学推荐优秀应届本科毕业生免试攻读硕士研究生实施办法》(江大校〔2021〕15号)文件精神，和校教务处《关于做好2027年推荐优秀应届本科毕业生免试攻读硕士研究生工作的通知》（江大教〔2026〕84号）的规定和要求，组织学生申报。</w:t>
      </w:r>
    </w:p>
    <w:p>
      <w:r>
        <w:t>3、教务和学工部门负责宣传发动和收集学生的基础材料，审查报名学生资格，并最终确定符合规定的候选学生名单，进行材料汇总，提交推免工作领导小组。</w:t>
      </w:r>
    </w:p>
    <w:p>
      <w:r>
        <w:t>4、学院推免工作领导小组下设专家答辩审核小组，组织候选人进行答辩，严格审核认定学生的特殊学术专长，并依据综合评价指标体系对申请者进行量化评分，根据学校下达的推荐名额，按成绩排名确定学院正式推荐名单及2名候补人选。</w:t>
      </w:r>
    </w:p>
    <w:p>
      <w:r>
        <w:t>5、学院对拟推荐名单进行公示，公示期不少于3天；经公示无异议后，确定最终名单并上报。</w:t>
      </w:r>
    </w:p>
    <w:p>
      <w:r>
        <w:t>6、凡在基本情况介绍和提供材料中，有弄虚作假等不实情况，经核实，取消其免推资格。</w:t>
      </w:r>
    </w:p>
    <w:p>
      <w:r>
        <w:t>7、本办法由学院推免工作领导小组负责解释。</w:t>
      </w:r>
    </w:p>
    <w:p>
      <w:r>
        <w:t>附件：</w:t>
      </w:r>
    </w:p>
    <w:p>
      <w:r>
        <w:t>推免工作领导小组：</w:t>
      </w:r>
    </w:p>
    <w:p>
      <w:r>
        <w:t>组长：张红印</w:t>
      </w:r>
    </w:p>
    <w:p>
      <w:r>
        <w:t>成员：李丹、夏大庆、任晓锋、黄晓玮、崔海英、张钖、赵延胜</w:t>
      </w:r>
    </w:p>
    <w:p>
      <w:r>
        <w:t>秘书：郎涛、余敏、李一栋</w:t>
      </w:r>
    </w:p>
    <w:p>
      <w:r>
        <w:t>专家答辩审核小组：</w:t>
      </w:r>
    </w:p>
    <w:p>
      <w:r>
        <w:t>张红印、任晓锋、夏大庆、黄晓玮、欧阳琴、崔海英、徐金龙、杨其亚、孙宗保、张钖、崔恒林、赵延胜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