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电气信息工程学院2027年推荐优秀应届本科毕业生免试攻读硕士研究生工作细则</w:t>
      </w:r>
    </w:p>
    <w:p>
      <w:r>
        <w:t>根据上级文件精神和《江苏大学推荐优秀应届本科毕业生免试攻读硕士研究生实施办法》(江大校〔2021〕15号)，电气学院成立由院长担任组长的院推免工作领导小组，开展本学院的推免生遴选工作。</w:t>
      </w:r>
    </w:p>
    <w:p>
      <w:r>
        <w:t>一、院领导小组名单</w:t>
      </w:r>
    </w:p>
    <w:p>
      <w:r>
        <w:t>组长：丁世宏、杜怿、陈国强</w:t>
      </w:r>
    </w:p>
    <w:p>
      <w:r>
        <w:t>成员：黄永红、姬伟、刘超、白雪、朱莉、褚亚伦、张祥、王媛媛、</w:t>
      </w:r>
    </w:p>
    <w:p>
      <w:r>
        <w:t>储铄、王思嘉、莫杨杨</w:t>
      </w:r>
    </w:p>
    <w:p>
      <w:r>
        <w:t>二、推免工作时间安排</w:t>
      </w:r>
    </w:p>
    <w:p>
      <w:r>
        <w:t>1、9月2日上午8:30，院推免工作领导小组讨论各专业名额分配。</w:t>
      </w:r>
    </w:p>
    <w:p>
      <w:r>
        <w:t>2、9月3日下午17:00前，学生提交申请材料，逾期不再接收增补。</w:t>
      </w:r>
    </w:p>
    <w:p>
      <w:r>
        <w:t>3、9月5日上午，学院组织专家进行推免审核答辩。</w:t>
      </w:r>
    </w:p>
    <w:p>
      <w:r>
        <w:t>4、9月7日上午，院推免工作领导小组按照综合评价指标体系排名讨论确定拟推荐名单并公示。</w:t>
      </w:r>
    </w:p>
    <w:p>
      <w:r>
        <w:t>三、推免工作细则</w:t>
      </w:r>
    </w:p>
    <w:p>
      <w:r>
        <w:t>1、推免生遴选工作依据“公开、公正、公平”原则，采取“本人申请、学院综合评价”的方式进行。学院收到申请材料后，组织学工人员鉴定学生的思想政治表现，审核是否有违纪；由院团委对学生提交的能通过志愿服务信息系统查验的志愿服务时长进行审核并公示；教务人员审核学生的必修课和限选课绩点排名是否在专业前20%、挂科是否超过</w:t>
      </w:r>
    </w:p>
    <w:p>
      <w:r>
        <w:t>1门、英语六级和计算机二级是否通过、发展素质加分材料是否真实完备。通过审核的学生方可申请推免资格。</w:t>
      </w:r>
    </w:p>
    <w:p>
      <w:r>
        <w:t>2、学院组织各专业专家对申请推免资格学生的科研论文、竞赛获奖奖项及内容进行审核答辩，根据综合评价指标体系得出申请学生的综合评价成绩。</w:t>
      </w:r>
    </w:p>
    <w:p>
      <w:r>
        <w:t>3、经院推免工作领导小组讨论，按照学校下达的名额进行排名确定学院推荐名单（含2名候补推荐名单）。</w:t>
      </w:r>
    </w:p>
    <w:p>
      <w:r>
        <w:t>4、学院将对拟推荐名单进行公示，公示期不少于3天。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