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机械工程学院2027级免试硕士研究生推荐工作实施细则</w:t>
      </w:r>
    </w:p>
    <w:p>
      <w:r>
        <w:t>根据《江苏大学推荐优秀应届本科毕业生免试攻读硕士研究生实施办法》（江大校〔2021〕15号）及教务处《关于做好2027年推荐优秀应届本科毕业生免试攻读硕士研究生工作的通知》（江大教〔2026〕84号）文件精神，为规范有序开展我院2027级免试研究生推荐工作，经学院推免工作领导小组研究审议，特制定本实施细则。</w:t>
      </w:r>
    </w:p>
    <w:p>
      <w:r>
        <w:t>一、领导小组和工作小组，组成成员如下：</w:t>
      </w:r>
    </w:p>
    <w:p>
      <w:r>
        <w:t>（一）领导小组：</w:t>
      </w:r>
    </w:p>
    <w:p>
      <w:r>
        <w:t>组长：张忠强张世兵</w:t>
      </w:r>
    </w:p>
    <w:p>
      <w:r>
        <w:t>成员：蔡杰张黎明叶云霞</w:t>
      </w:r>
    </w:p>
    <w:p>
      <w:r>
        <w:t>秘书：王海英</w:t>
      </w:r>
    </w:p>
    <w:p>
      <w:r>
        <w:t>（二）材料审核小组：</w:t>
      </w:r>
    </w:p>
    <w:p>
      <w:r>
        <w:t>组长：蔡杰张黎明</w:t>
      </w:r>
    </w:p>
    <w:p>
      <w:r>
        <w:t>成员：徐坤黄娟戴开宇丛嘉伟</w:t>
      </w:r>
    </w:p>
    <w:p>
      <w:r>
        <w:t>郭二廓王海英王贤良黄琦涛</w:t>
      </w:r>
    </w:p>
    <w:p>
      <w:r>
        <w:t>（三）答辩小组：</w:t>
      </w:r>
    </w:p>
    <w:p>
      <w:r>
        <w:t>组长：蔡杰</w:t>
      </w:r>
    </w:p>
    <w:p>
      <w:r>
        <w:t>成员：戴峰泽黄娟钱鹏飞陈明阳张朝阳</w:t>
      </w:r>
    </w:p>
    <w:p>
      <w:r>
        <w:t>秘书：王海英</w:t>
      </w:r>
    </w:p>
    <w:p>
      <w:r>
        <w:t>二、推荐计划和原则</w:t>
      </w:r>
    </w:p>
    <w:p>
      <w:r>
        <w:t>（一）推荐名额</w:t>
      </w:r>
    </w:p>
    <w:p>
      <w:r>
        <w:t>根据学校统一名额分配安排，我院今年总推荐名额为53名，其中普通班推免生名额为4 8人，机械（卓越）班推免生名额为5人。</w:t>
      </w:r>
    </w:p>
    <w:p>
      <w:r>
        <w:t>各专业具体推荐名额按照各专业学生人数比例进行核算分配，并由学院推免工作领导小组会议研究讨论后确定。</w:t>
      </w:r>
    </w:p>
    <w:p>
      <w:r>
        <w:t>（二）推荐工作遵循以下原则：</w:t>
      </w:r>
    </w:p>
    <w:p>
      <w:r>
        <w:t>1.公开、公正、公平。</w:t>
      </w:r>
    </w:p>
    <w:p>
      <w:r>
        <w:t>2.全面考核、综合评价、择优选拔。</w:t>
      </w:r>
    </w:p>
    <w:p>
      <w:r>
        <w:t>三、推荐条件与要求</w:t>
      </w:r>
    </w:p>
    <w:p>
      <w:r>
        <w:t>参照江苏大学印发的《江苏大学推荐优秀应届本科毕业生免试攻读硕士研究生实施办法》（江大校〔202 1〕15号）执行。</w:t>
      </w:r>
    </w:p>
    <w:p>
      <w:r>
        <w:t>转专业学生按照转入专业培养计划计算平均学分绩点。</w:t>
      </w:r>
    </w:p>
    <w:p>
      <w:r>
        <w:t>四、推荐程序及时间安排</w:t>
      </w:r>
    </w:p>
    <w:p>
      <w:r>
        <w:t>1.推荐工作采取“本人申请、院工作小组审核、面试答辩、院领导小组审定”的方式进行。</w:t>
      </w:r>
    </w:p>
    <w:p>
      <w:r>
        <w:t>2.个人申请。符合条件的学生自愿申请，填写：</w:t>
      </w:r>
    </w:p>
    <w:p>
      <w:r>
        <w:t>（1）江苏大学推荐免试硕士研究生申请表；</w:t>
      </w:r>
    </w:p>
    <w:p>
      <w:r>
        <w:t>（2）江苏大学推荐免试硕士研究生综合评价评分表；</w:t>
      </w:r>
    </w:p>
    <w:p>
      <w:r>
        <w:t>（3）江苏大学推免生志愿服务时长认定表；</w:t>
      </w:r>
    </w:p>
    <w:p>
      <w:r>
        <w:t>（4）学院推荐免试硕士研究生汇总表。</w:t>
      </w:r>
    </w:p>
    <w:p>
      <w:r>
        <w:t>以上表格以及相关证明材料复印件请于9月3日报辅导员。</w:t>
      </w:r>
    </w:p>
    <w:p>
      <w:r>
        <w:t>3.材料审核。9月4日上午材料审核小组完成材料审核。</w:t>
      </w:r>
    </w:p>
    <w:p>
      <w:r>
        <w:t>4.答辩。答辩小组对提供的论文、竞赛获奖等学术专长的学生组织答辩，进行审核鉴定，完成《江苏大学推荐免试硕士研究生科研论文和竞赛获奖审核鉴定意见表》，填写相应发展素质分。</w:t>
      </w:r>
    </w:p>
    <w:p>
      <w:r>
        <w:t>5.综合评价。根据学生的平均学分绩点折算分、发展素质评价分两部分的总成绩确定拟推荐学生名单，报学院推荐免试研究生工作领导小组审定，并在院内进行公示，公示期为3个工作日。成绩评定的具体原则如下：</w:t>
      </w:r>
    </w:p>
    <w:p>
      <w:r>
        <w:t>（1）平均学分绩点折算分=平均学分绩点×10+50</w:t>
      </w:r>
    </w:p>
    <w:p>
      <w:r>
        <w:t>（2）发展素质评价分具体标准详见《江苏大学推荐优秀应届本科毕业生免试攻读硕士研究生实施办法（江大校〔2021〕15号）》评价体系。</w:t>
      </w:r>
    </w:p>
    <w:p>
      <w:r>
        <w:t>（3）总成绩=平均学分绩点折算分*85%+发展素质评价分*15%。</w:t>
      </w:r>
    </w:p>
    <w:p>
      <w:r>
        <w:t>6.确定推荐名单。公示期结束后，院推荐免试研究生工作领导小组确定推荐名单，并上报教务处。</w:t>
      </w:r>
    </w:p>
    <w:p>
      <w:r>
        <w:t>五、本实施细则未尽事宜由学院推免生领导小组负责解释。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