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文学院2027年推荐优秀本科 毕业生免试攻读硕士研究生工作实施细则</w:t>
      </w:r>
    </w:p>
    <w:p>
      <w:r>
        <w:t>第一章总则</w:t>
      </w:r>
    </w:p>
    <w:p>
      <w:r>
        <w:t>第一条为规范我院推荐优秀应届本科毕业生免试攻读硕士研究生（以下简称“推免生”）工作，加大拔尖创新人才选拔力度，根据《江苏大学推荐优秀应届本科毕业生免试攻读硕士研究生实施办法（江大校〔2021〕15号）》及《关于做好2027年推荐优秀本科毕业生免试攻读硕士研究生工作的通知》要求，结合学院实际，制定本细则。</w:t>
      </w:r>
    </w:p>
    <w:p>
      <w:r>
        <w:t>第二条本细则适用于我院全日制普通应届本科毕业生（不含专升本、第二学士学位等）的推免生遴选工作。</w:t>
      </w:r>
    </w:p>
    <w:p>
      <w:r>
        <w:t>第三条推免工作坚持以下原则：</w:t>
      </w:r>
    </w:p>
    <w:p>
      <w:r>
        <w:t>1.公平、公正、公开：全面推行信息公开，确保过程透明、结果公正。</w:t>
      </w:r>
    </w:p>
    <w:p>
      <w:r>
        <w:t>2.德智体美劳全面衡量，以德为先，思想品德考核未获优秀等第者不予推荐；有违法违纪处分且情节严重、影响特别恶劣者不予推荐。</w:t>
      </w:r>
    </w:p>
    <w:p>
      <w:r>
        <w:t>3.突出能力，择优选拔：在注重学业成绩的基础上，突出对创新精神、科研潜质和专业能力倾向的考察。</w:t>
      </w:r>
    </w:p>
    <w:p>
      <w:r>
        <w:t>第二章组织领导</w:t>
      </w:r>
    </w:p>
    <w:p>
      <w:r>
        <w:t>第四条学院成立推免生遴选工作领导小组（以下简称“领导小组”），由学院院长任组长，分管本科教学、研究生、学生工作的负责人及教授代表为成员。领导小组负责学院推免工作的组织、协调和审定。</w:t>
      </w:r>
    </w:p>
    <w:p>
      <w:r>
        <w:t>本年度领导小组构成如下：</w:t>
      </w:r>
    </w:p>
    <w:p>
      <w:r>
        <w:t>组长：余红艳</w:t>
      </w:r>
    </w:p>
    <w:p>
      <w:r>
        <w:t>成员：周渡、沈辉、吴先琳、戴文静</w:t>
      </w:r>
    </w:p>
    <w:p>
      <w:r>
        <w:t>第五条学院成立推免生专家审核小组，由相关学科副教授以上职称教师组成（不少于5人），负责对申请学生的科研创新成果、论文、竞赛获奖等特殊学术专长进行审核鉴定和公开答辩，学院专家审核小组及每位成员都要给出明确审核鉴定意见。</w:t>
      </w:r>
    </w:p>
    <w:p>
      <w:r>
        <w:t>第六条实行回避制度。推免相关工作人员有直系亲属或利益相关人员（如收费辅导教学等）参加本单位推免招生的应主动申请回避，有非直系亲属等报名参加推免招生的要主动报备，《推免相关人员亲属或利益关系报备登记表》须递交学生所在学院。</w:t>
      </w:r>
    </w:p>
    <w:p>
      <w:r>
        <w:t>第三章推荐条件及综合评价计算方法</w:t>
      </w:r>
    </w:p>
    <w:p>
      <w:r>
        <w:t>第七条推荐条件和综合评价计算方法等按照《江苏大学推荐优秀应届本科毕业生免试攻读硕士研究生实施办法（江大校〔2021〕15号）》和《关于做好2027年推荐优秀本科毕业生免试攻读硕士研究生工作的通知》等文件的要求执行。</w:t>
      </w:r>
    </w:p>
    <w:p>
      <w:r>
        <w:t>第八条思想品德考核由申请推免资格学生的辅导员、学业导师、学院教学条线分别按照百分制评分，依照40%、40%、20%的比例计算综合得分，90分及以上为优秀，80至89分为良好，80至60分为合格，60分以下为不合格。</w:t>
      </w:r>
    </w:p>
    <w:p>
      <w:r>
        <w:t>第九条申请推免资格学生中的转专业学生的平均学分绩点仅计算转入专业培养计划中的必修课和限选课，符合课程替换要求的必修课须先进行课程替换。</w:t>
      </w:r>
    </w:p>
    <w:p>
      <w:r>
        <w:t>第十条志愿者服务时长由申请推免资格学生所在学院依据校团委相关文件予以认定。</w:t>
      </w:r>
    </w:p>
    <w:p>
      <w:r>
        <w:t>第四章推荐程序</w:t>
      </w:r>
    </w:p>
    <w:p>
      <w:r>
        <w:t>第十一条工作流程</w:t>
      </w:r>
    </w:p>
    <w:p>
      <w:r>
        <w:t>1.个人申报。符合通知推荐条件的学生自愿申请，填写《江苏大学推荐免试硕士研究生申请表》《江苏大学推荐免试硕士研究生综合评价评分表》《江苏大学推免生志愿服务时长认定表》，申请学生若有亲属（直系亲属和非直系亲属）或利益相关人员（如收费辅导教学等）参与学校或学院推免相关工作的，应主动向所在学院递交《推免工作相关人员亲属或利益关系报备登记表》，说明情况。所有申请人于《关于做好2027年推荐优秀本科毕业生免试攻读硕士研究生工作的通知》要求截止时间前将申请表和相应证明材料复印件（包括竞赛获奖、科研论文、参军入伍服兵役、参加志愿服务、到国际组织实习等）以及电子扫描件报所在学院。</w:t>
      </w:r>
    </w:p>
    <w:p>
      <w:r>
        <w:t>2.学院推荐。9月7日前，学院完成申请学生的资格审查以及对科研创新成果、论文、竞赛获奖奖项等内容的审核工作。根据学校要求，有科研创新成果、论文、竞赛获奖奖项等综合评价加分项的申请人需参加答辩，由学院专家审核小组对相关内容审核认定与打分，根据综合评价指标体系得出申请学生的综合评价成绩，进行排名后，结合各专业名额分配情况，确定推荐名单及候补推荐名单。</w:t>
      </w:r>
    </w:p>
    <w:p>
      <w:r>
        <w:t>3.名单公示。学院对拟推荐名单进行公示，公示期不少于3天。</w:t>
      </w:r>
    </w:p>
    <w:p>
      <w:r>
        <w:t>4.材料上报。公示结束后，学院汇总《江苏大学推荐免试硕士研究生申请表》《江苏大学推荐免试硕士研究生综合评价评分表》《江苏大学推荐免试硕士研究生科研论文和竞赛获奖审核鉴定意见表》《学院推荐免试硕士研究生汇总表》等纸质材料（一式一份）、所有纸质材料的电子扫描件以及答辩录音录像报教务处。</w:t>
      </w:r>
    </w:p>
    <w:p>
      <w:r>
        <w:t>第五章附则</w:t>
      </w:r>
    </w:p>
    <w:p>
      <w:r>
        <w:t>第十二条本细则由学院推免生遴选工作领导小组负责解释。</w:t>
      </w:r>
    </w:p>
    <w:p>
      <w:r>
        <w:t>第十三条本细则自发布之日起施行。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