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外国语学院关于2027级推荐优秀应届本科毕业生免试攻读硕士研究生拟推荐人选的公示</w:t>
      </w:r>
    </w:p>
    <w:p>
      <w:r>
        <w:t>来源：日期：2026-09-08浏览量：387</w:t>
      </w:r>
    </w:p>
    <w:p>
      <w:r>
        <w:t>详见附件。</w:t>
      </w:r>
    </w:p>
    <w:p>
      <w:pPr>
        <w:pStyle w:val="ListBullet"/>
      </w:pPr>
      <w:r>
        <w:t>附件【外国语学院关于2027级推荐优秀应届本科毕业生免试攻读硕士研究生拟推荐人选的公示.pdf】已下载246次</w:t>
      </w:r>
    </w:p>
    <w:p>
      <w:r>
        <w:t>上一条：江苏大学外国语学院2027级推荐免试硕士研究生科研论文和竞赛获奖审核鉴定意见表下一条：外国语学院2027年推荐优秀应届本科毕业生免试攻读硕士研究生工作细则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