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化学化工学院2027年推荐优秀应届本科毕业生免试攻读硕士研究生工作细则</w:t>
      </w:r>
    </w:p>
    <w:p>
      <w:r>
        <w:t>根据教育部有关文件和《江苏大学推荐优秀应届本科毕业生免试攻读硕士研究生实施办法》的文件精神(江大校[2021]15号)，结合学院学科特色、专业建设及人才培养实际情况，制订本工作细则。</w:t>
      </w:r>
    </w:p>
    <w:p>
      <w:r>
        <w:t>一、推荐工作原则</w:t>
      </w:r>
    </w:p>
    <w:p>
      <w:r>
        <w:t>推荐应届免试研究生（以下简称推免生）工作坚持公开、公正、公平的原则，严格执行工作回避制度，做到全面衡量、以德为先、综合评价、分类统筹、择优选拔，兼顾学科发展与专业均衡。</w:t>
      </w:r>
    </w:p>
    <w:p>
      <w:r>
        <w:t>二、推免生工作组</w:t>
      </w:r>
    </w:p>
    <w:p>
      <w:r>
        <w:t>（一）工作领导小组</w:t>
      </w:r>
    </w:p>
    <w:p>
      <w:r>
        <w:t>由院长任组长，其他院领导、专业教授代表为组员，吸纳一线教师代表参与决策，保障推免工作专业性、公允性。主要负责统筹推免整体工作、审定推荐及候补名单、处理名额分配、复核异议问题及解释未尽事宜。</w:t>
      </w:r>
    </w:p>
    <w:p>
      <w:r>
        <w:t>（二）专家审核小组</w:t>
      </w:r>
    </w:p>
    <w:p>
      <w:r>
        <w:t>由教学院长/院长助理任组长，各系（副）主任、专业骨干教师为组员。主要负责学生学术专长评审、答辩考核、综合评分核验、材料专业性审核等工作。</w:t>
      </w:r>
    </w:p>
    <w:p>
      <w:r>
        <w:t>（三）工作监督组</w:t>
      </w:r>
    </w:p>
    <w:p>
      <w:r>
        <w:t>由书记任组长，学工副书记、院党办主任为组员。主要负责全程监督推免各项流程、受理学生异议申诉、开展复查监督，保障工作公开透明。</w:t>
      </w:r>
    </w:p>
    <w:p>
      <w:r>
        <w:t>三、推荐程序</w:t>
      </w:r>
    </w:p>
    <w:p>
      <w:r>
        <w:t>推荐工作采取“本人申请、资格审查、专家评审答辩、推免生工作领导小组审定、公示、异议者复查”的方式规范开展。</w:t>
      </w:r>
    </w:p>
    <w:p>
      <w:r>
        <w:t>1、符合推免生条件的学生自愿申请，提交《江苏大学推荐免试硕士研究生申请表》、《江苏大学推荐免试硕士研究生综合评价评分表》、《江苏大学推免生志愿服务时长认定表》等各类学业、科研、竞赛、荣誉等相关证明材料，统一报送学院审核。</w:t>
      </w:r>
    </w:p>
    <w:p>
      <w:r>
        <w:t>2、依据学校下达推免指标分配名额，综合考量专业办学层次、国家级一流本科专业、基础学科建设定位、专业在读人数等多重因素统筹分配，工作领导小组联合专家审核小组集体投票择优确定，优先保障优势学科、基础学科人才培养需求。</w:t>
      </w:r>
    </w:p>
    <w:p>
      <w:r>
        <w:t>3、申请学生若有亲属（直系亲属和非直系亲属）或利益相关人员参与学校或学院推免相关工作的，应主动向学院递交《推免相关人员亲属或利益关系报备登记表》，说明情况。推免相关工作人员有直系亲属或利益相关人员报名参加推免招生的应主动申请回避，有非直系亲属等报名参加推免招生的要主动报备，《推免相关人员亲属或利益关系报备登记表》须递交学生所在学院。对未按规定报备声明回避关系的推免相关工作人员，学校将依规依纪严肃处理；对未按规定报备声明回避关系且影响推免过程和结果公平公正的学生，将取消其推免资格。</w:t>
      </w:r>
    </w:p>
    <w:p>
      <w:r>
        <w:t>4、9月7日前教学秘书和辅导员对申报学生的材料进行资格初步审核，并给申请学生的《江苏大学推荐免试硕士研究生综合评价评分表》中的相关评分项进行初步计算及核查。</w:t>
      </w:r>
    </w:p>
    <w:p>
      <w:r>
        <w:t>5、9月7日前学院推免专家审核小组对申请学生特殊学术专长进行评审答辩，答辩全程录音录像；答辩结束后给出审核鉴定意见并签字。</w:t>
      </w:r>
    </w:p>
    <w:p>
      <w:r>
        <w:t>6、9月8日前学院推免工作领导小组对申请学生进行综合评价审定，按各专业成绩从高分至低分排序后，结合各专业名额分配情况，确定学院推荐名单及候补推荐名单。</w:t>
      </w:r>
    </w:p>
    <w:p>
      <w:r>
        <w:t>7、9月8日前公示拟推荐名单，公示期不少于3天。</w:t>
      </w:r>
    </w:p>
    <w:p>
      <w:r>
        <w:t>8、有异议者可以向学院工作监督组反馈，学院推免生工作领导小组进行复审。</w:t>
      </w:r>
    </w:p>
    <w:p>
      <w:r>
        <w:t>四、其他</w:t>
      </w:r>
    </w:p>
    <w:p>
      <w:r>
        <w:t>未尽事宜由学院推免生工作领导小组负责解释。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